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B278" w14:textId="77777777" w:rsidR="00415B47" w:rsidRPr="00715BB3" w:rsidRDefault="00652F4F">
      <w:pPr>
        <w:jc w:val="center"/>
        <w:rPr>
          <w:sz w:val="24"/>
          <w:szCs w:val="24"/>
        </w:rPr>
      </w:pPr>
      <w:r w:rsidRPr="00715BB3">
        <w:rPr>
          <w:b/>
          <w:sz w:val="24"/>
          <w:szCs w:val="24"/>
        </w:rPr>
        <w:t>ПРОТОКОЛ № 1</w:t>
      </w:r>
    </w:p>
    <w:p w14:paraId="01854FC8" w14:textId="77777777" w:rsidR="00415B47" w:rsidRPr="00281DFF" w:rsidRDefault="00652F4F">
      <w:pPr>
        <w:jc w:val="center"/>
        <w:rPr>
          <w:szCs w:val="20"/>
        </w:rPr>
      </w:pPr>
      <w:r w:rsidRPr="00281DFF">
        <w:rPr>
          <w:b/>
          <w:szCs w:val="20"/>
        </w:rPr>
        <w:t>от Общо събрание на Сдружението на собствениците</w:t>
      </w:r>
    </w:p>
    <w:p w14:paraId="7252693F" w14:textId="77777777" w:rsidR="00415B47" w:rsidRPr="00281DFF" w:rsidRDefault="00652F4F">
      <w:pPr>
        <w:rPr>
          <w:szCs w:val="20"/>
        </w:rPr>
      </w:pPr>
      <w:r w:rsidRPr="00281DFF">
        <w:rPr>
          <w:szCs w:val="20"/>
        </w:rPr>
        <w:t>Сграда/блок: ____________  Вход: ______  Адрес: ________________________________________________</w:t>
      </w:r>
    </w:p>
    <w:p w14:paraId="5E9C7B90" w14:textId="77777777" w:rsidR="00415B47" w:rsidRPr="00281DFF" w:rsidRDefault="00652F4F">
      <w:pPr>
        <w:rPr>
          <w:szCs w:val="20"/>
        </w:rPr>
      </w:pPr>
      <w:r w:rsidRPr="00281DFF">
        <w:rPr>
          <w:szCs w:val="20"/>
        </w:rPr>
        <w:t>Дата: ____________ г.  Час: ______  Място: _________________________________________________</w:t>
      </w:r>
    </w:p>
    <w:p w14:paraId="343D3B6C" w14:textId="77777777" w:rsidR="00415B47" w:rsidRPr="00281DFF" w:rsidRDefault="00652F4F">
      <w:pPr>
        <w:rPr>
          <w:szCs w:val="20"/>
        </w:rPr>
      </w:pPr>
      <w:r w:rsidRPr="00281DFF">
        <w:rPr>
          <w:szCs w:val="20"/>
        </w:rPr>
        <w:t>Председателстващ: ____________________________________  Протоколчик: ______________________________</w:t>
      </w:r>
    </w:p>
    <w:p w14:paraId="2C1D7E98" w14:textId="77777777" w:rsidR="00415B47" w:rsidRPr="00281DFF" w:rsidRDefault="00652F4F">
      <w:pPr>
        <w:rPr>
          <w:szCs w:val="20"/>
        </w:rPr>
      </w:pPr>
      <w:r w:rsidRPr="00281DFF">
        <w:rPr>
          <w:b/>
          <w:szCs w:val="20"/>
        </w:rPr>
        <w:t>ДНЕВЕН РЕД</w:t>
      </w:r>
    </w:p>
    <w:p w14:paraId="028E5754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1. Разглеждане и приемане на офертата за изготвяне на технически паспорт на сградата.</w:t>
      </w:r>
    </w:p>
    <w:p w14:paraId="29B8D748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2. Приемане на предложената цена съгласно представената оферта.</w:t>
      </w:r>
    </w:p>
    <w:p w14:paraId="3327AD9E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3. Възлагане на управителя/председателя на Сдружението да сключи договор с избраната фирма/лице за изготвяне на техническия паспорт.</w:t>
      </w:r>
    </w:p>
    <w:p w14:paraId="143C4351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4. Упълномощаване на управителя/председателя да предостави необходимите документи и информация.</w:t>
      </w:r>
    </w:p>
    <w:p w14:paraId="66EF47C0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5. Вземане на решение за обследване за енергийна ефективност/издаване на енергиен сертификат съгласно офертата.</w:t>
      </w:r>
    </w:p>
    <w:p w14:paraId="04A07BFA" w14:textId="00D84D65" w:rsidR="00415B47" w:rsidRPr="00281DFF" w:rsidRDefault="00652F4F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 xml:space="preserve">6. </w:t>
      </w:r>
      <w:r w:rsidR="001B7B5C" w:rsidRPr="00281DFF">
        <w:rPr>
          <w:szCs w:val="20"/>
          <w:lang w:val="bg-BG"/>
        </w:rPr>
        <w:t xml:space="preserve">Отваряне на банкова сметка на сдружението на собствениците за целите на сдружението в банков клон :  </w:t>
      </w:r>
      <w:r w:rsidR="00207D70" w:rsidRPr="00281DFF">
        <w:rPr>
          <w:szCs w:val="20"/>
          <w:lang w:val="bg-BG"/>
        </w:rPr>
        <w:t>................................................................................................................................</w:t>
      </w:r>
    </w:p>
    <w:p w14:paraId="1BC0D687" w14:textId="77777777" w:rsidR="00415B47" w:rsidRPr="00281DFF" w:rsidRDefault="00652F4F">
      <w:pPr>
        <w:rPr>
          <w:szCs w:val="20"/>
        </w:rPr>
      </w:pPr>
      <w:r w:rsidRPr="00281DFF">
        <w:rPr>
          <w:b/>
          <w:szCs w:val="20"/>
        </w:rPr>
        <w:t>РЕШЕНИЯ</w:t>
      </w:r>
    </w:p>
    <w:p w14:paraId="4FF2AF11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1. Общото събрание приема офертата за изготвяне на технически паспорт на сградата.</w:t>
      </w:r>
    </w:p>
    <w:p w14:paraId="2C32F798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2. Приема предложената цена съгласно представената оферта.</w:t>
      </w:r>
    </w:p>
    <w:p w14:paraId="3A514295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3. Възлага на управителя/председателя на Сдружението да сключи договор с избраната фирма/лице за изготвяне на техническия паспорт.</w:t>
      </w:r>
    </w:p>
    <w:p w14:paraId="5A742917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4. Упълномощава управителя/председателя да предостави необходимите документи и информация, свързани с изготвянето на техническия паспорт.</w:t>
      </w:r>
    </w:p>
    <w:p w14:paraId="355944D4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5. Разходите за изготвянето на техническия паспорт да бъдат заплатени от средствата на етажната собственост.</w:t>
      </w:r>
    </w:p>
    <w:p w14:paraId="3CB23AF4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6. Определя срок за изпълнение съгласно условията, посочени в приетата оферта.</w:t>
      </w:r>
    </w:p>
    <w:p w14:paraId="1C8C767D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7. Общото събрание решава да се извърши обследване за енергийна ефективност/издаване на енергиен сертификат съгласно приетата оферта.</w:t>
      </w:r>
    </w:p>
    <w:p w14:paraId="53AA56B3" w14:textId="28759C8C" w:rsidR="00415B47" w:rsidRPr="00281DFF" w:rsidRDefault="00652F4F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>8. Упълномощава управителя/председателя да подпише необходимите документи и договора с „САНИРАНЕ БГ“ ЕООД.</w:t>
      </w:r>
      <w:r w:rsidR="00207D70" w:rsidRPr="00281DFF">
        <w:rPr>
          <w:szCs w:val="20"/>
          <w:lang w:val="bg-BG"/>
        </w:rPr>
        <w:t xml:space="preserve"> </w:t>
      </w:r>
      <w:r w:rsidR="00207D70" w:rsidRPr="00281DFF">
        <w:rPr>
          <w:szCs w:val="20"/>
          <w:lang w:val="bg-BG"/>
        </w:rPr>
        <w:br/>
      </w:r>
      <w:r w:rsidR="00207D70" w:rsidRPr="00281DFF">
        <w:rPr>
          <w:szCs w:val="20"/>
          <w:lang w:val="bg-BG"/>
        </w:rPr>
        <w:br/>
        <w:t xml:space="preserve">9. </w:t>
      </w:r>
      <w:r w:rsidR="00207D70" w:rsidRPr="00281DFF">
        <w:rPr>
          <w:szCs w:val="20"/>
        </w:rPr>
        <w:t>Общото събрание решава да се</w:t>
      </w:r>
      <w:r w:rsidR="00207D70" w:rsidRPr="00281DFF">
        <w:rPr>
          <w:szCs w:val="20"/>
          <w:lang w:val="bg-BG"/>
        </w:rPr>
        <w:t xml:space="preserve"> отвори банкова сметка в банков клон:.................................</w:t>
      </w:r>
    </w:p>
    <w:p w14:paraId="48CD0132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Решението е прието с необходимото мнозинство съгласно Закона за управление на етажната собственост.</w:t>
      </w:r>
    </w:p>
    <w:p w14:paraId="7BB3B1C7" w14:textId="77777777" w:rsidR="00415B47" w:rsidRPr="00281DFF" w:rsidRDefault="00652F4F" w:rsidP="00281DFF">
      <w:pPr>
        <w:spacing w:line="240" w:lineRule="auto"/>
        <w:rPr>
          <w:szCs w:val="20"/>
        </w:rPr>
      </w:pPr>
      <w:r w:rsidRPr="00281DFF">
        <w:rPr>
          <w:szCs w:val="20"/>
        </w:rPr>
        <w:t>Резултат от гласуването: „ЗА“ ______ % идеални части; „ПРОТИВ“ ______ %; „ВЪЗДЪРЖАЛ СЕ“ ______ %.</w:t>
      </w:r>
    </w:p>
    <w:p w14:paraId="37B81E99" w14:textId="77777777" w:rsidR="00415B47" w:rsidRDefault="00652F4F" w:rsidP="00281DFF">
      <w:pPr>
        <w:spacing w:line="240" w:lineRule="auto"/>
        <w:rPr>
          <w:szCs w:val="20"/>
          <w:lang w:val="bg-BG"/>
        </w:rPr>
      </w:pPr>
      <w:r w:rsidRPr="00281DFF">
        <w:rPr>
          <w:szCs w:val="20"/>
        </w:rPr>
        <w:t>Приложение № 1: Присъствен/гласувателен списък.</w:t>
      </w:r>
    </w:p>
    <w:p w14:paraId="374C5511" w14:textId="77777777" w:rsidR="00281DFF" w:rsidRDefault="00281DFF" w:rsidP="00281DFF">
      <w:pPr>
        <w:spacing w:line="240" w:lineRule="auto"/>
        <w:rPr>
          <w:szCs w:val="20"/>
          <w:lang w:val="bg-BG"/>
        </w:rPr>
      </w:pPr>
    </w:p>
    <w:p w14:paraId="696AD6C5" w14:textId="77777777" w:rsidR="00281DFF" w:rsidRPr="00281DFF" w:rsidRDefault="00281DFF" w:rsidP="00281DFF">
      <w:pPr>
        <w:spacing w:line="240" w:lineRule="auto"/>
        <w:rPr>
          <w:szCs w:val="20"/>
          <w:lang w:val="bg-BG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"/>
        <w:gridCol w:w="633"/>
        <w:gridCol w:w="2697"/>
        <w:gridCol w:w="1153"/>
        <w:gridCol w:w="1201"/>
        <w:gridCol w:w="1132"/>
        <w:gridCol w:w="1152"/>
        <w:gridCol w:w="1171"/>
        <w:gridCol w:w="1149"/>
      </w:tblGrid>
      <w:tr w:rsidR="00415B47" w14:paraId="50D68AE6" w14:textId="77777777" w:rsidTr="0012102F">
        <w:trPr>
          <w:jc w:val="center"/>
        </w:trPr>
        <w:tc>
          <w:tcPr>
            <w:tcW w:w="468" w:type="dxa"/>
          </w:tcPr>
          <w:p w14:paraId="2D7A9E70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633" w:type="dxa"/>
          </w:tcPr>
          <w:p w14:paraId="541CF3C5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>Самостоятелен обект / ап.</w:t>
            </w:r>
          </w:p>
        </w:tc>
        <w:tc>
          <w:tcPr>
            <w:tcW w:w="2697" w:type="dxa"/>
          </w:tcPr>
          <w:p w14:paraId="75C0B889" w14:textId="3DCA8D34" w:rsidR="00415B47" w:rsidRPr="006F3639" w:rsidRDefault="00514698">
            <w:pPr>
              <w:jc w:val="center"/>
              <w:rPr>
                <w:lang w:val="bg-BG"/>
              </w:rPr>
            </w:pPr>
            <w:r>
              <w:rPr>
                <w:b/>
                <w:sz w:val="14"/>
              </w:rPr>
              <w:t xml:space="preserve">Собственик </w:t>
            </w:r>
          </w:p>
        </w:tc>
        <w:tc>
          <w:tcPr>
            <w:tcW w:w="1153" w:type="dxa"/>
          </w:tcPr>
          <w:p w14:paraId="7D745627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 xml:space="preserve">Идеални </w:t>
            </w:r>
            <w:r>
              <w:rPr>
                <w:b/>
                <w:sz w:val="14"/>
              </w:rPr>
              <w:t>части (%)</w:t>
            </w:r>
          </w:p>
        </w:tc>
        <w:tc>
          <w:tcPr>
            <w:tcW w:w="1201" w:type="dxa"/>
          </w:tcPr>
          <w:p w14:paraId="731A1611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>Представител</w:t>
            </w:r>
          </w:p>
        </w:tc>
        <w:tc>
          <w:tcPr>
            <w:tcW w:w="1132" w:type="dxa"/>
          </w:tcPr>
          <w:p w14:paraId="4ACD8CC7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>ЗА</w:t>
            </w:r>
          </w:p>
        </w:tc>
        <w:tc>
          <w:tcPr>
            <w:tcW w:w="1152" w:type="dxa"/>
          </w:tcPr>
          <w:p w14:paraId="4A9E78D9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>ПРОТИВ</w:t>
            </w:r>
          </w:p>
        </w:tc>
        <w:tc>
          <w:tcPr>
            <w:tcW w:w="1171" w:type="dxa"/>
          </w:tcPr>
          <w:p w14:paraId="3C8EEC68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>ВЪЗДЪРЖАЛ СЕ</w:t>
            </w:r>
          </w:p>
        </w:tc>
        <w:tc>
          <w:tcPr>
            <w:tcW w:w="1149" w:type="dxa"/>
          </w:tcPr>
          <w:p w14:paraId="521027E0" w14:textId="77777777" w:rsidR="00415B47" w:rsidRDefault="00514698">
            <w:pPr>
              <w:jc w:val="center"/>
            </w:pPr>
            <w:r>
              <w:rPr>
                <w:b/>
                <w:sz w:val="14"/>
              </w:rPr>
              <w:t>Подпис</w:t>
            </w:r>
          </w:p>
        </w:tc>
      </w:tr>
      <w:tr w:rsidR="00415B47" w14:paraId="110B4FD4" w14:textId="77777777" w:rsidTr="0012102F">
        <w:trPr>
          <w:trHeight w:val="640"/>
          <w:jc w:val="center"/>
        </w:trPr>
        <w:tc>
          <w:tcPr>
            <w:tcW w:w="468" w:type="dxa"/>
          </w:tcPr>
          <w:p w14:paraId="519B812E" w14:textId="0E82052A" w:rsidR="00415B47" w:rsidRDefault="0012102F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33" w:type="dxa"/>
          </w:tcPr>
          <w:p w14:paraId="55B7A39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10AD41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77609E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65F30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02A17C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9DFB5A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4997C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04FD0D6" w14:textId="77777777" w:rsidR="00415B47" w:rsidRDefault="00415B47">
            <w:pPr>
              <w:jc w:val="center"/>
            </w:pPr>
          </w:p>
        </w:tc>
      </w:tr>
      <w:tr w:rsidR="00415B47" w14:paraId="29556954" w14:textId="77777777" w:rsidTr="0012102F">
        <w:trPr>
          <w:trHeight w:val="640"/>
          <w:jc w:val="center"/>
        </w:trPr>
        <w:tc>
          <w:tcPr>
            <w:tcW w:w="468" w:type="dxa"/>
          </w:tcPr>
          <w:p w14:paraId="7A022053" w14:textId="5F28755D" w:rsidR="00415B47" w:rsidRDefault="0012102F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33" w:type="dxa"/>
          </w:tcPr>
          <w:p w14:paraId="3E9F141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7D2465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8E05F5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2B6D5F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B3A34A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302A3B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74E798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899A4D6" w14:textId="77777777" w:rsidR="00415B47" w:rsidRDefault="00415B47">
            <w:pPr>
              <w:jc w:val="center"/>
            </w:pPr>
          </w:p>
        </w:tc>
      </w:tr>
      <w:tr w:rsidR="00415B47" w14:paraId="41B4CB20" w14:textId="77777777" w:rsidTr="0012102F">
        <w:trPr>
          <w:trHeight w:val="640"/>
          <w:jc w:val="center"/>
        </w:trPr>
        <w:tc>
          <w:tcPr>
            <w:tcW w:w="468" w:type="dxa"/>
          </w:tcPr>
          <w:p w14:paraId="4CB68F36" w14:textId="51898361" w:rsidR="00415B47" w:rsidRDefault="0012102F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33" w:type="dxa"/>
          </w:tcPr>
          <w:p w14:paraId="12A0E05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0CB154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9FC8DC0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8D6DEB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62B9FE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2A3017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27C1F2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C4DF3B" w14:textId="77777777" w:rsidR="00415B47" w:rsidRDefault="00415B47">
            <w:pPr>
              <w:jc w:val="center"/>
            </w:pPr>
          </w:p>
        </w:tc>
      </w:tr>
      <w:tr w:rsidR="00415B47" w14:paraId="137BC2B8" w14:textId="77777777" w:rsidTr="0012102F">
        <w:trPr>
          <w:trHeight w:val="640"/>
          <w:jc w:val="center"/>
        </w:trPr>
        <w:tc>
          <w:tcPr>
            <w:tcW w:w="468" w:type="dxa"/>
          </w:tcPr>
          <w:p w14:paraId="4FE16BA8" w14:textId="4AF9733B" w:rsidR="00415B47" w:rsidRDefault="0012102F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633" w:type="dxa"/>
          </w:tcPr>
          <w:p w14:paraId="15EBEE7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728FED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AC43D6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573F84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08723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81196D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5D4BC9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D543B82" w14:textId="77777777" w:rsidR="00415B47" w:rsidRDefault="00415B47">
            <w:pPr>
              <w:jc w:val="center"/>
            </w:pPr>
          </w:p>
        </w:tc>
      </w:tr>
      <w:tr w:rsidR="00415B47" w14:paraId="24FE96B3" w14:textId="77777777" w:rsidTr="0012102F">
        <w:trPr>
          <w:trHeight w:val="640"/>
          <w:jc w:val="center"/>
        </w:trPr>
        <w:tc>
          <w:tcPr>
            <w:tcW w:w="468" w:type="dxa"/>
          </w:tcPr>
          <w:p w14:paraId="0DE9D42E" w14:textId="02034472" w:rsidR="00415B47" w:rsidRDefault="0012102F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633" w:type="dxa"/>
          </w:tcPr>
          <w:p w14:paraId="5E7D993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36AB44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F9312E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84A406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967B2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EFE593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EB042C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AFDC86B" w14:textId="77777777" w:rsidR="00415B47" w:rsidRDefault="00415B47">
            <w:pPr>
              <w:jc w:val="center"/>
            </w:pPr>
          </w:p>
        </w:tc>
      </w:tr>
      <w:tr w:rsidR="00415B47" w14:paraId="40B85EF1" w14:textId="77777777" w:rsidTr="0012102F">
        <w:trPr>
          <w:trHeight w:val="640"/>
          <w:jc w:val="center"/>
        </w:trPr>
        <w:tc>
          <w:tcPr>
            <w:tcW w:w="468" w:type="dxa"/>
          </w:tcPr>
          <w:p w14:paraId="55E8252C" w14:textId="1B9A3B50" w:rsidR="00415B47" w:rsidRDefault="0012102F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633" w:type="dxa"/>
          </w:tcPr>
          <w:p w14:paraId="45E6E22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57EAB7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785B28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F1EAFE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74ECFA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5808C2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F8EDD7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D2D168" w14:textId="77777777" w:rsidR="00415B47" w:rsidRDefault="00415B47">
            <w:pPr>
              <w:jc w:val="center"/>
            </w:pPr>
          </w:p>
        </w:tc>
      </w:tr>
      <w:tr w:rsidR="00415B47" w14:paraId="52415469" w14:textId="77777777" w:rsidTr="0012102F">
        <w:trPr>
          <w:trHeight w:val="640"/>
          <w:jc w:val="center"/>
        </w:trPr>
        <w:tc>
          <w:tcPr>
            <w:tcW w:w="468" w:type="dxa"/>
          </w:tcPr>
          <w:p w14:paraId="7C1F2D6C" w14:textId="2F813909" w:rsidR="00415B47" w:rsidRDefault="0012102F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633" w:type="dxa"/>
          </w:tcPr>
          <w:p w14:paraId="531E7B5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6DF8F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F5F9F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382924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333889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B0AC81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7AA002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D4D020" w14:textId="77777777" w:rsidR="00415B47" w:rsidRDefault="00415B47">
            <w:pPr>
              <w:jc w:val="center"/>
            </w:pPr>
          </w:p>
        </w:tc>
      </w:tr>
      <w:tr w:rsidR="00415B47" w14:paraId="0CA0C543" w14:textId="77777777" w:rsidTr="0012102F">
        <w:trPr>
          <w:trHeight w:val="640"/>
          <w:jc w:val="center"/>
        </w:trPr>
        <w:tc>
          <w:tcPr>
            <w:tcW w:w="468" w:type="dxa"/>
          </w:tcPr>
          <w:p w14:paraId="2F50127E" w14:textId="4142DACA" w:rsidR="00415B47" w:rsidRDefault="0012102F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633" w:type="dxa"/>
          </w:tcPr>
          <w:p w14:paraId="2DE2372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A6AA2A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7EF493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1D9C8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AEEF0A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93426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B6786C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DA9F820" w14:textId="77777777" w:rsidR="00415B47" w:rsidRDefault="00415B47">
            <w:pPr>
              <w:jc w:val="center"/>
            </w:pPr>
          </w:p>
        </w:tc>
      </w:tr>
      <w:tr w:rsidR="00415B47" w14:paraId="0302678F" w14:textId="77777777" w:rsidTr="0012102F">
        <w:trPr>
          <w:trHeight w:val="640"/>
          <w:jc w:val="center"/>
        </w:trPr>
        <w:tc>
          <w:tcPr>
            <w:tcW w:w="468" w:type="dxa"/>
          </w:tcPr>
          <w:p w14:paraId="0EBC4275" w14:textId="1EAEEA8C" w:rsidR="00415B47" w:rsidRDefault="0012102F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633" w:type="dxa"/>
          </w:tcPr>
          <w:p w14:paraId="674E2EE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6B7C0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F815C3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0BBEE7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4B748E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675B12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1ABAB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8795D71" w14:textId="77777777" w:rsidR="00415B47" w:rsidRDefault="00415B47">
            <w:pPr>
              <w:jc w:val="center"/>
            </w:pPr>
          </w:p>
        </w:tc>
      </w:tr>
      <w:tr w:rsidR="00415B47" w14:paraId="24057C47" w14:textId="77777777" w:rsidTr="0012102F">
        <w:trPr>
          <w:trHeight w:val="640"/>
          <w:jc w:val="center"/>
        </w:trPr>
        <w:tc>
          <w:tcPr>
            <w:tcW w:w="468" w:type="dxa"/>
          </w:tcPr>
          <w:p w14:paraId="0E4B9293" w14:textId="45FF87E3" w:rsidR="00415B47" w:rsidRDefault="0012102F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633" w:type="dxa"/>
          </w:tcPr>
          <w:p w14:paraId="0442B8A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B3497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F174AA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97C76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8C89E7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37521D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F9FF55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69317D1" w14:textId="77777777" w:rsidR="00415B47" w:rsidRDefault="00415B47">
            <w:pPr>
              <w:jc w:val="center"/>
            </w:pPr>
          </w:p>
        </w:tc>
      </w:tr>
      <w:tr w:rsidR="00415B47" w14:paraId="0FCC31E5" w14:textId="77777777" w:rsidTr="0012102F">
        <w:trPr>
          <w:trHeight w:val="640"/>
          <w:jc w:val="center"/>
        </w:trPr>
        <w:tc>
          <w:tcPr>
            <w:tcW w:w="468" w:type="dxa"/>
          </w:tcPr>
          <w:p w14:paraId="017D70FC" w14:textId="4802A89E" w:rsidR="00415B47" w:rsidRDefault="0012102F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633" w:type="dxa"/>
          </w:tcPr>
          <w:p w14:paraId="446428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162210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9A748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C74DDC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A6CA50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504154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8B0F18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72E8C61" w14:textId="77777777" w:rsidR="00415B47" w:rsidRDefault="00415B47">
            <w:pPr>
              <w:jc w:val="center"/>
            </w:pPr>
          </w:p>
        </w:tc>
      </w:tr>
      <w:tr w:rsidR="00415B47" w14:paraId="111DA3B3" w14:textId="77777777" w:rsidTr="0012102F">
        <w:trPr>
          <w:trHeight w:val="640"/>
          <w:jc w:val="center"/>
        </w:trPr>
        <w:tc>
          <w:tcPr>
            <w:tcW w:w="468" w:type="dxa"/>
          </w:tcPr>
          <w:p w14:paraId="27A2CAB3" w14:textId="3A0D39A5" w:rsidR="00415B47" w:rsidRDefault="0012102F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633" w:type="dxa"/>
          </w:tcPr>
          <w:p w14:paraId="2B470AD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F76F34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160C91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90F0AF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125562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067635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95A275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2A50E2E" w14:textId="77777777" w:rsidR="00415B47" w:rsidRDefault="00415B47">
            <w:pPr>
              <w:jc w:val="center"/>
            </w:pPr>
          </w:p>
        </w:tc>
      </w:tr>
      <w:tr w:rsidR="00415B47" w14:paraId="11FFF358" w14:textId="77777777" w:rsidTr="0012102F">
        <w:trPr>
          <w:trHeight w:val="640"/>
          <w:jc w:val="center"/>
        </w:trPr>
        <w:tc>
          <w:tcPr>
            <w:tcW w:w="468" w:type="dxa"/>
          </w:tcPr>
          <w:p w14:paraId="391DCB38" w14:textId="69D4F56E" w:rsidR="00415B47" w:rsidRDefault="0012102F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633" w:type="dxa"/>
          </w:tcPr>
          <w:p w14:paraId="4709EED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31DBE7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72008A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2F90E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7B93B9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2FF26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272945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0B16F19" w14:textId="77777777" w:rsidR="00415B47" w:rsidRDefault="00415B47">
            <w:pPr>
              <w:jc w:val="center"/>
            </w:pPr>
          </w:p>
        </w:tc>
      </w:tr>
      <w:tr w:rsidR="00415B47" w14:paraId="2328559D" w14:textId="77777777" w:rsidTr="0012102F">
        <w:trPr>
          <w:trHeight w:val="640"/>
          <w:jc w:val="center"/>
        </w:trPr>
        <w:tc>
          <w:tcPr>
            <w:tcW w:w="468" w:type="dxa"/>
          </w:tcPr>
          <w:p w14:paraId="2327219B" w14:textId="6EC862A3" w:rsidR="00415B47" w:rsidRDefault="0012102F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633" w:type="dxa"/>
          </w:tcPr>
          <w:p w14:paraId="2F40F85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A843B4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DE327E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E7E8E3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82321A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6CF1B0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24C8BB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D990A2D" w14:textId="77777777" w:rsidR="00415B47" w:rsidRDefault="00415B47">
            <w:pPr>
              <w:jc w:val="center"/>
            </w:pPr>
          </w:p>
        </w:tc>
      </w:tr>
      <w:tr w:rsidR="00415B47" w14:paraId="0323C540" w14:textId="77777777" w:rsidTr="0012102F">
        <w:trPr>
          <w:trHeight w:val="640"/>
          <w:jc w:val="center"/>
        </w:trPr>
        <w:tc>
          <w:tcPr>
            <w:tcW w:w="468" w:type="dxa"/>
          </w:tcPr>
          <w:p w14:paraId="5D6925D9" w14:textId="0EA0F07C" w:rsidR="00415B47" w:rsidRDefault="0012102F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633" w:type="dxa"/>
          </w:tcPr>
          <w:p w14:paraId="25DDF06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E5CF2A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ED5592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9C9929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508B26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9AFBD5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600138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BFA79E9" w14:textId="77777777" w:rsidR="00415B47" w:rsidRDefault="00415B47">
            <w:pPr>
              <w:jc w:val="center"/>
            </w:pPr>
          </w:p>
        </w:tc>
      </w:tr>
      <w:tr w:rsidR="00415B47" w14:paraId="6345080D" w14:textId="77777777" w:rsidTr="0012102F">
        <w:trPr>
          <w:trHeight w:val="640"/>
          <w:jc w:val="center"/>
        </w:trPr>
        <w:tc>
          <w:tcPr>
            <w:tcW w:w="468" w:type="dxa"/>
          </w:tcPr>
          <w:p w14:paraId="0E52E76B" w14:textId="78D7118C" w:rsidR="00415B47" w:rsidRDefault="0012102F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633" w:type="dxa"/>
          </w:tcPr>
          <w:p w14:paraId="1D84AC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5CA01D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1B62E2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515C18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EAEEBD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79AFBC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BA35F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5B45C48" w14:textId="77777777" w:rsidR="00415B47" w:rsidRDefault="00415B47">
            <w:pPr>
              <w:jc w:val="center"/>
            </w:pPr>
          </w:p>
        </w:tc>
      </w:tr>
      <w:tr w:rsidR="00415B47" w14:paraId="28BC2FEB" w14:textId="77777777" w:rsidTr="0012102F">
        <w:trPr>
          <w:trHeight w:val="640"/>
          <w:jc w:val="center"/>
        </w:trPr>
        <w:tc>
          <w:tcPr>
            <w:tcW w:w="468" w:type="dxa"/>
          </w:tcPr>
          <w:p w14:paraId="6A52C904" w14:textId="555B4A4A" w:rsidR="00415B47" w:rsidRDefault="0012102F">
            <w:pPr>
              <w:jc w:val="center"/>
            </w:pPr>
            <w:r>
              <w:rPr>
                <w:sz w:val="14"/>
              </w:rPr>
              <w:t>17</w:t>
            </w:r>
          </w:p>
        </w:tc>
        <w:tc>
          <w:tcPr>
            <w:tcW w:w="633" w:type="dxa"/>
          </w:tcPr>
          <w:p w14:paraId="04F686A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0998E1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DECC9C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005540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774434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245D0A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B61537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FCAF8EA" w14:textId="77777777" w:rsidR="00415B47" w:rsidRDefault="00415B47">
            <w:pPr>
              <w:jc w:val="center"/>
            </w:pPr>
          </w:p>
        </w:tc>
      </w:tr>
      <w:tr w:rsidR="00415B47" w14:paraId="4C696FE6" w14:textId="77777777" w:rsidTr="0012102F">
        <w:trPr>
          <w:trHeight w:val="640"/>
          <w:jc w:val="center"/>
        </w:trPr>
        <w:tc>
          <w:tcPr>
            <w:tcW w:w="468" w:type="dxa"/>
          </w:tcPr>
          <w:p w14:paraId="568712D3" w14:textId="23EEB0AB" w:rsidR="00415B47" w:rsidRDefault="0012102F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633" w:type="dxa"/>
          </w:tcPr>
          <w:p w14:paraId="16EA1B4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E25E2A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E74719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4376B2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1780C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9B42D8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04483B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7DE93B" w14:textId="77777777" w:rsidR="00415B47" w:rsidRDefault="00415B47">
            <w:pPr>
              <w:jc w:val="center"/>
            </w:pPr>
          </w:p>
        </w:tc>
      </w:tr>
      <w:tr w:rsidR="00415B47" w14:paraId="76C0D41F" w14:textId="77777777" w:rsidTr="0012102F">
        <w:trPr>
          <w:trHeight w:val="640"/>
          <w:jc w:val="center"/>
        </w:trPr>
        <w:tc>
          <w:tcPr>
            <w:tcW w:w="468" w:type="dxa"/>
          </w:tcPr>
          <w:p w14:paraId="03F6A0F3" w14:textId="6BF599FC" w:rsidR="00415B47" w:rsidRDefault="0012102F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633" w:type="dxa"/>
          </w:tcPr>
          <w:p w14:paraId="27894E5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98E2A3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DF5F03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F0E752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8B24CD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B399F0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C95C23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49153F" w14:textId="77777777" w:rsidR="00415B47" w:rsidRDefault="00415B47">
            <w:pPr>
              <w:jc w:val="center"/>
            </w:pPr>
          </w:p>
        </w:tc>
      </w:tr>
      <w:tr w:rsidR="00415B47" w14:paraId="7A23E8FC" w14:textId="77777777" w:rsidTr="0012102F">
        <w:trPr>
          <w:trHeight w:val="640"/>
          <w:jc w:val="center"/>
        </w:trPr>
        <w:tc>
          <w:tcPr>
            <w:tcW w:w="468" w:type="dxa"/>
          </w:tcPr>
          <w:p w14:paraId="5E9698FA" w14:textId="41EF1427" w:rsidR="00415B47" w:rsidRDefault="0012102F">
            <w:pPr>
              <w:jc w:val="center"/>
            </w:pPr>
            <w:r>
              <w:rPr>
                <w:sz w:val="14"/>
              </w:rPr>
              <w:t>20</w:t>
            </w:r>
          </w:p>
        </w:tc>
        <w:tc>
          <w:tcPr>
            <w:tcW w:w="633" w:type="dxa"/>
          </w:tcPr>
          <w:p w14:paraId="5277A86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85563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D4A003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AF6C4D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7EB942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39E65C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EB3F23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60F1AA" w14:textId="77777777" w:rsidR="00415B47" w:rsidRDefault="00415B47">
            <w:pPr>
              <w:jc w:val="center"/>
            </w:pPr>
          </w:p>
        </w:tc>
      </w:tr>
      <w:tr w:rsidR="00415B47" w14:paraId="5CFAA3C7" w14:textId="77777777" w:rsidTr="0012102F">
        <w:trPr>
          <w:trHeight w:val="640"/>
          <w:jc w:val="center"/>
        </w:trPr>
        <w:tc>
          <w:tcPr>
            <w:tcW w:w="468" w:type="dxa"/>
          </w:tcPr>
          <w:p w14:paraId="4EAE10C5" w14:textId="69F519F0" w:rsidR="00415B47" w:rsidRDefault="0012102F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633" w:type="dxa"/>
          </w:tcPr>
          <w:p w14:paraId="06C62DE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BDBFD0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18747B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DD724A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1A5E71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9F680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267768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63A7DD9" w14:textId="77777777" w:rsidR="00415B47" w:rsidRDefault="00415B47">
            <w:pPr>
              <w:jc w:val="center"/>
            </w:pPr>
          </w:p>
        </w:tc>
      </w:tr>
      <w:tr w:rsidR="00415B47" w14:paraId="0BB57E61" w14:textId="77777777" w:rsidTr="0012102F">
        <w:trPr>
          <w:trHeight w:val="640"/>
          <w:jc w:val="center"/>
        </w:trPr>
        <w:tc>
          <w:tcPr>
            <w:tcW w:w="468" w:type="dxa"/>
          </w:tcPr>
          <w:p w14:paraId="166A011B" w14:textId="0C278D7F" w:rsidR="00415B47" w:rsidRDefault="0012102F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633" w:type="dxa"/>
          </w:tcPr>
          <w:p w14:paraId="7BB92D4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A0B70D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3F48C7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7BCCEE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15B27F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118648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FD655F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AC5E96" w14:textId="77777777" w:rsidR="00415B47" w:rsidRDefault="00415B47">
            <w:pPr>
              <w:jc w:val="center"/>
            </w:pPr>
          </w:p>
        </w:tc>
      </w:tr>
      <w:tr w:rsidR="00415B47" w14:paraId="1ACFFCFA" w14:textId="77777777" w:rsidTr="0012102F">
        <w:trPr>
          <w:trHeight w:val="640"/>
          <w:jc w:val="center"/>
        </w:trPr>
        <w:tc>
          <w:tcPr>
            <w:tcW w:w="468" w:type="dxa"/>
          </w:tcPr>
          <w:p w14:paraId="4CBE1991" w14:textId="1BF303F4" w:rsidR="00415B47" w:rsidRDefault="0012102F">
            <w:pPr>
              <w:jc w:val="center"/>
            </w:pPr>
            <w:r>
              <w:rPr>
                <w:sz w:val="14"/>
              </w:rPr>
              <w:t>23</w:t>
            </w:r>
          </w:p>
        </w:tc>
        <w:tc>
          <w:tcPr>
            <w:tcW w:w="633" w:type="dxa"/>
          </w:tcPr>
          <w:p w14:paraId="33E7B0B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A72F23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6C2CF0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A8CBEA4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47A92E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D61EB4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08CC4D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36813E5" w14:textId="77777777" w:rsidR="00415B47" w:rsidRDefault="00415B47">
            <w:pPr>
              <w:jc w:val="center"/>
            </w:pPr>
          </w:p>
        </w:tc>
      </w:tr>
      <w:tr w:rsidR="00415B47" w14:paraId="491C6CC3" w14:textId="77777777" w:rsidTr="0012102F">
        <w:trPr>
          <w:trHeight w:val="640"/>
          <w:jc w:val="center"/>
        </w:trPr>
        <w:tc>
          <w:tcPr>
            <w:tcW w:w="468" w:type="dxa"/>
          </w:tcPr>
          <w:p w14:paraId="3828D2EB" w14:textId="64191F4F" w:rsidR="00415B47" w:rsidRDefault="0012102F">
            <w:pPr>
              <w:jc w:val="center"/>
            </w:pPr>
            <w:r>
              <w:rPr>
                <w:sz w:val="14"/>
              </w:rPr>
              <w:t>24</w:t>
            </w:r>
          </w:p>
        </w:tc>
        <w:tc>
          <w:tcPr>
            <w:tcW w:w="633" w:type="dxa"/>
          </w:tcPr>
          <w:p w14:paraId="113061E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27CCC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9E7D88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6B15B3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2C5FB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A60308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733082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BCCC133" w14:textId="77777777" w:rsidR="00415B47" w:rsidRDefault="00415B47">
            <w:pPr>
              <w:jc w:val="center"/>
            </w:pPr>
          </w:p>
        </w:tc>
      </w:tr>
      <w:tr w:rsidR="00415B47" w14:paraId="33E6FC92" w14:textId="77777777" w:rsidTr="0012102F">
        <w:trPr>
          <w:trHeight w:val="640"/>
          <w:jc w:val="center"/>
        </w:trPr>
        <w:tc>
          <w:tcPr>
            <w:tcW w:w="468" w:type="dxa"/>
          </w:tcPr>
          <w:p w14:paraId="62854742" w14:textId="66481397" w:rsidR="00415B47" w:rsidRDefault="0012102F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633" w:type="dxa"/>
          </w:tcPr>
          <w:p w14:paraId="2E0BA7B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02CD65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326B0E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E5E433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145B45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A24C7F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017744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D531DE" w14:textId="77777777" w:rsidR="00415B47" w:rsidRDefault="00415B47">
            <w:pPr>
              <w:jc w:val="center"/>
            </w:pPr>
          </w:p>
        </w:tc>
      </w:tr>
      <w:tr w:rsidR="00415B47" w14:paraId="6ED7AD60" w14:textId="77777777" w:rsidTr="0012102F">
        <w:trPr>
          <w:trHeight w:val="640"/>
          <w:jc w:val="center"/>
        </w:trPr>
        <w:tc>
          <w:tcPr>
            <w:tcW w:w="468" w:type="dxa"/>
          </w:tcPr>
          <w:p w14:paraId="3F744E99" w14:textId="6F59DD97" w:rsidR="00415B47" w:rsidRDefault="0012102F">
            <w:pPr>
              <w:jc w:val="center"/>
            </w:pPr>
            <w:r>
              <w:rPr>
                <w:sz w:val="14"/>
              </w:rPr>
              <w:t>26</w:t>
            </w:r>
          </w:p>
        </w:tc>
        <w:tc>
          <w:tcPr>
            <w:tcW w:w="633" w:type="dxa"/>
          </w:tcPr>
          <w:p w14:paraId="6BF80A1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5A7EB46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5F9AAE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61D5A6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F21BAA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C03142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D27FFF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292A52E" w14:textId="77777777" w:rsidR="00415B47" w:rsidRDefault="00415B47">
            <w:pPr>
              <w:jc w:val="center"/>
            </w:pPr>
          </w:p>
        </w:tc>
      </w:tr>
      <w:tr w:rsidR="00415B47" w14:paraId="05673646" w14:textId="77777777" w:rsidTr="0012102F">
        <w:trPr>
          <w:trHeight w:val="640"/>
          <w:jc w:val="center"/>
        </w:trPr>
        <w:tc>
          <w:tcPr>
            <w:tcW w:w="468" w:type="dxa"/>
          </w:tcPr>
          <w:p w14:paraId="632329A5" w14:textId="657C42C9" w:rsidR="00415B47" w:rsidRDefault="0012102F">
            <w:pPr>
              <w:jc w:val="center"/>
            </w:pPr>
            <w:r>
              <w:rPr>
                <w:sz w:val="14"/>
              </w:rPr>
              <w:t>27</w:t>
            </w:r>
          </w:p>
        </w:tc>
        <w:tc>
          <w:tcPr>
            <w:tcW w:w="633" w:type="dxa"/>
          </w:tcPr>
          <w:p w14:paraId="57017CD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F1E9B5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43A600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81C2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10AFC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2342D0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AF2C5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9441F08" w14:textId="77777777" w:rsidR="00415B47" w:rsidRDefault="00415B47">
            <w:pPr>
              <w:jc w:val="center"/>
            </w:pPr>
          </w:p>
        </w:tc>
      </w:tr>
      <w:tr w:rsidR="00415B47" w14:paraId="3F5159FF" w14:textId="77777777" w:rsidTr="0012102F">
        <w:trPr>
          <w:trHeight w:val="640"/>
          <w:jc w:val="center"/>
        </w:trPr>
        <w:tc>
          <w:tcPr>
            <w:tcW w:w="468" w:type="dxa"/>
          </w:tcPr>
          <w:p w14:paraId="6399D007" w14:textId="07EBA52B" w:rsidR="00415B47" w:rsidRDefault="0012102F">
            <w:pPr>
              <w:jc w:val="center"/>
            </w:pPr>
            <w:r>
              <w:rPr>
                <w:sz w:val="14"/>
              </w:rPr>
              <w:t>28</w:t>
            </w:r>
          </w:p>
        </w:tc>
        <w:tc>
          <w:tcPr>
            <w:tcW w:w="633" w:type="dxa"/>
          </w:tcPr>
          <w:p w14:paraId="1ECE8A0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4917D6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C84392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79230B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E63AD4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0FA691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19F307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313F2AB" w14:textId="77777777" w:rsidR="00415B47" w:rsidRDefault="00415B47">
            <w:pPr>
              <w:jc w:val="center"/>
            </w:pPr>
          </w:p>
        </w:tc>
      </w:tr>
      <w:tr w:rsidR="00415B47" w14:paraId="43BD0CED" w14:textId="77777777" w:rsidTr="0012102F">
        <w:trPr>
          <w:trHeight w:val="640"/>
          <w:jc w:val="center"/>
        </w:trPr>
        <w:tc>
          <w:tcPr>
            <w:tcW w:w="468" w:type="dxa"/>
          </w:tcPr>
          <w:p w14:paraId="2EF662B4" w14:textId="16CB3290" w:rsidR="00415B47" w:rsidRDefault="0012102F">
            <w:pPr>
              <w:jc w:val="center"/>
            </w:pPr>
            <w:r>
              <w:rPr>
                <w:sz w:val="14"/>
              </w:rPr>
              <w:t>29</w:t>
            </w:r>
          </w:p>
        </w:tc>
        <w:tc>
          <w:tcPr>
            <w:tcW w:w="633" w:type="dxa"/>
          </w:tcPr>
          <w:p w14:paraId="3D356FC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60DFDB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1CAEF7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1521CA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621D36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AB84B7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B3333B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6541BD8" w14:textId="77777777" w:rsidR="00415B47" w:rsidRDefault="00415B47">
            <w:pPr>
              <w:jc w:val="center"/>
            </w:pPr>
          </w:p>
        </w:tc>
      </w:tr>
      <w:tr w:rsidR="00415B47" w14:paraId="5F0E5AB3" w14:textId="77777777" w:rsidTr="0012102F">
        <w:trPr>
          <w:trHeight w:val="640"/>
          <w:jc w:val="center"/>
        </w:trPr>
        <w:tc>
          <w:tcPr>
            <w:tcW w:w="468" w:type="dxa"/>
          </w:tcPr>
          <w:p w14:paraId="46A5C9AC" w14:textId="47E47E4B" w:rsidR="00415B47" w:rsidRDefault="0012102F">
            <w:pPr>
              <w:jc w:val="center"/>
            </w:pPr>
            <w:r>
              <w:rPr>
                <w:sz w:val="14"/>
              </w:rPr>
              <w:t>30</w:t>
            </w:r>
          </w:p>
        </w:tc>
        <w:tc>
          <w:tcPr>
            <w:tcW w:w="633" w:type="dxa"/>
          </w:tcPr>
          <w:p w14:paraId="6136A2B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0C975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61727D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161572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E583A8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9CAD11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4C557F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1CBB5E7" w14:textId="77777777" w:rsidR="00415B47" w:rsidRDefault="00415B47">
            <w:pPr>
              <w:jc w:val="center"/>
            </w:pPr>
          </w:p>
        </w:tc>
      </w:tr>
      <w:tr w:rsidR="00415B47" w14:paraId="18653831" w14:textId="77777777" w:rsidTr="0012102F">
        <w:trPr>
          <w:trHeight w:val="640"/>
          <w:jc w:val="center"/>
        </w:trPr>
        <w:tc>
          <w:tcPr>
            <w:tcW w:w="468" w:type="dxa"/>
          </w:tcPr>
          <w:p w14:paraId="44BA6190" w14:textId="2979BFC1" w:rsidR="00415B47" w:rsidRDefault="0012102F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633" w:type="dxa"/>
          </w:tcPr>
          <w:p w14:paraId="3D3DB7A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3BBD33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A3CD3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2055D3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2D6392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F5BB17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BB4C8D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18A0EC4" w14:textId="77777777" w:rsidR="00415B47" w:rsidRDefault="00415B47">
            <w:pPr>
              <w:jc w:val="center"/>
            </w:pPr>
          </w:p>
        </w:tc>
      </w:tr>
      <w:tr w:rsidR="00415B47" w14:paraId="1F98DC38" w14:textId="77777777" w:rsidTr="0012102F">
        <w:trPr>
          <w:trHeight w:val="640"/>
          <w:jc w:val="center"/>
        </w:trPr>
        <w:tc>
          <w:tcPr>
            <w:tcW w:w="468" w:type="dxa"/>
          </w:tcPr>
          <w:p w14:paraId="7E29721C" w14:textId="1F38F5B2" w:rsidR="00415B47" w:rsidRDefault="0012102F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633" w:type="dxa"/>
          </w:tcPr>
          <w:p w14:paraId="170B92D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20DD0F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16AC2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BD67FB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EEEC13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7708C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997FA0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65ED833" w14:textId="77777777" w:rsidR="00415B47" w:rsidRDefault="00415B47">
            <w:pPr>
              <w:jc w:val="center"/>
            </w:pPr>
          </w:p>
        </w:tc>
      </w:tr>
      <w:tr w:rsidR="00415B47" w14:paraId="1DD7C010" w14:textId="77777777" w:rsidTr="0012102F">
        <w:trPr>
          <w:trHeight w:val="640"/>
          <w:jc w:val="center"/>
        </w:trPr>
        <w:tc>
          <w:tcPr>
            <w:tcW w:w="468" w:type="dxa"/>
          </w:tcPr>
          <w:p w14:paraId="464512F4" w14:textId="2EC31686" w:rsidR="00415B47" w:rsidRDefault="0012102F">
            <w:pPr>
              <w:jc w:val="center"/>
            </w:pPr>
            <w:r>
              <w:rPr>
                <w:sz w:val="14"/>
              </w:rPr>
              <w:t>33</w:t>
            </w:r>
          </w:p>
        </w:tc>
        <w:tc>
          <w:tcPr>
            <w:tcW w:w="633" w:type="dxa"/>
          </w:tcPr>
          <w:p w14:paraId="62F506D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D1424A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8CFA7A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15FDBD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581414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AB17AB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5BE5E8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33C5D64" w14:textId="77777777" w:rsidR="00415B47" w:rsidRDefault="00415B47">
            <w:pPr>
              <w:jc w:val="center"/>
            </w:pPr>
          </w:p>
        </w:tc>
      </w:tr>
      <w:tr w:rsidR="00415B47" w14:paraId="3DBF063F" w14:textId="77777777" w:rsidTr="0012102F">
        <w:trPr>
          <w:trHeight w:val="640"/>
          <w:jc w:val="center"/>
        </w:trPr>
        <w:tc>
          <w:tcPr>
            <w:tcW w:w="468" w:type="dxa"/>
          </w:tcPr>
          <w:p w14:paraId="78EFED84" w14:textId="002C0F22" w:rsidR="00415B47" w:rsidRDefault="0012102F">
            <w:pPr>
              <w:jc w:val="center"/>
            </w:pPr>
            <w:r>
              <w:rPr>
                <w:sz w:val="14"/>
              </w:rPr>
              <w:t>34</w:t>
            </w:r>
          </w:p>
        </w:tc>
        <w:tc>
          <w:tcPr>
            <w:tcW w:w="633" w:type="dxa"/>
          </w:tcPr>
          <w:p w14:paraId="2777DAA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C0B787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F18E0C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8749FB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D21074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7200A2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33337B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EED3961" w14:textId="77777777" w:rsidR="00415B47" w:rsidRDefault="00415B47">
            <w:pPr>
              <w:jc w:val="center"/>
            </w:pPr>
          </w:p>
        </w:tc>
      </w:tr>
      <w:tr w:rsidR="00415B47" w14:paraId="2B9521AC" w14:textId="77777777" w:rsidTr="0012102F">
        <w:trPr>
          <w:trHeight w:val="640"/>
          <w:jc w:val="center"/>
        </w:trPr>
        <w:tc>
          <w:tcPr>
            <w:tcW w:w="468" w:type="dxa"/>
          </w:tcPr>
          <w:p w14:paraId="645F67B7" w14:textId="6EC96430" w:rsidR="00415B47" w:rsidRDefault="0012102F">
            <w:pPr>
              <w:jc w:val="center"/>
            </w:pPr>
            <w:r>
              <w:rPr>
                <w:sz w:val="14"/>
              </w:rPr>
              <w:t>35</w:t>
            </w:r>
          </w:p>
        </w:tc>
        <w:tc>
          <w:tcPr>
            <w:tcW w:w="633" w:type="dxa"/>
          </w:tcPr>
          <w:p w14:paraId="3B1AC69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D41C3BC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EFEC93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F79BB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C25FD6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8788F6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423051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E86270D" w14:textId="77777777" w:rsidR="00415B47" w:rsidRDefault="00415B47">
            <w:pPr>
              <w:jc w:val="center"/>
            </w:pPr>
          </w:p>
        </w:tc>
      </w:tr>
      <w:tr w:rsidR="00415B47" w14:paraId="4A7099A9" w14:textId="77777777" w:rsidTr="0012102F">
        <w:trPr>
          <w:trHeight w:val="640"/>
          <w:jc w:val="center"/>
        </w:trPr>
        <w:tc>
          <w:tcPr>
            <w:tcW w:w="468" w:type="dxa"/>
          </w:tcPr>
          <w:p w14:paraId="13399862" w14:textId="355ED13A" w:rsidR="00415B47" w:rsidRDefault="0012102F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633" w:type="dxa"/>
          </w:tcPr>
          <w:p w14:paraId="2397935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8FD0D4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EF278D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7129E1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0484F1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10F2B0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DF2872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C38CF2C" w14:textId="77777777" w:rsidR="00415B47" w:rsidRDefault="00415B47">
            <w:pPr>
              <w:jc w:val="center"/>
            </w:pPr>
          </w:p>
        </w:tc>
      </w:tr>
      <w:tr w:rsidR="00415B47" w14:paraId="32B0608A" w14:textId="77777777" w:rsidTr="0012102F">
        <w:trPr>
          <w:trHeight w:val="640"/>
          <w:jc w:val="center"/>
        </w:trPr>
        <w:tc>
          <w:tcPr>
            <w:tcW w:w="468" w:type="dxa"/>
          </w:tcPr>
          <w:p w14:paraId="5CC3B798" w14:textId="78723784" w:rsidR="00415B47" w:rsidRDefault="0012102F">
            <w:pPr>
              <w:jc w:val="center"/>
            </w:pPr>
            <w:r>
              <w:rPr>
                <w:sz w:val="14"/>
              </w:rPr>
              <w:t>37</w:t>
            </w:r>
          </w:p>
        </w:tc>
        <w:tc>
          <w:tcPr>
            <w:tcW w:w="633" w:type="dxa"/>
          </w:tcPr>
          <w:p w14:paraId="5B671BD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DA39D8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8DE69F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7948F4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49B9D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C6B2A2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3DB53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5F14DE" w14:textId="77777777" w:rsidR="00415B47" w:rsidRDefault="00415B47">
            <w:pPr>
              <w:jc w:val="center"/>
            </w:pPr>
          </w:p>
        </w:tc>
      </w:tr>
      <w:tr w:rsidR="00415B47" w14:paraId="6E794CF2" w14:textId="77777777" w:rsidTr="0012102F">
        <w:trPr>
          <w:trHeight w:val="640"/>
          <w:jc w:val="center"/>
        </w:trPr>
        <w:tc>
          <w:tcPr>
            <w:tcW w:w="468" w:type="dxa"/>
          </w:tcPr>
          <w:p w14:paraId="33746A72" w14:textId="3F6F98AA" w:rsidR="00415B47" w:rsidRDefault="0012102F">
            <w:pPr>
              <w:jc w:val="center"/>
            </w:pPr>
            <w:r>
              <w:rPr>
                <w:sz w:val="14"/>
              </w:rPr>
              <w:t>38</w:t>
            </w:r>
          </w:p>
        </w:tc>
        <w:tc>
          <w:tcPr>
            <w:tcW w:w="633" w:type="dxa"/>
          </w:tcPr>
          <w:p w14:paraId="142468D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3D7AA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3BF222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8E232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5E7B27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B544A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917D64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284DF59" w14:textId="77777777" w:rsidR="00415B47" w:rsidRDefault="00415B47">
            <w:pPr>
              <w:jc w:val="center"/>
            </w:pPr>
          </w:p>
        </w:tc>
      </w:tr>
      <w:tr w:rsidR="00415B47" w14:paraId="7A90A878" w14:textId="77777777" w:rsidTr="0012102F">
        <w:trPr>
          <w:trHeight w:val="640"/>
          <w:jc w:val="center"/>
        </w:trPr>
        <w:tc>
          <w:tcPr>
            <w:tcW w:w="468" w:type="dxa"/>
          </w:tcPr>
          <w:p w14:paraId="3E89C43E" w14:textId="3F4A0002" w:rsidR="00415B47" w:rsidRDefault="0012102F">
            <w:pPr>
              <w:jc w:val="center"/>
            </w:pPr>
            <w:r>
              <w:rPr>
                <w:sz w:val="14"/>
              </w:rPr>
              <w:t>39</w:t>
            </w:r>
          </w:p>
        </w:tc>
        <w:tc>
          <w:tcPr>
            <w:tcW w:w="633" w:type="dxa"/>
          </w:tcPr>
          <w:p w14:paraId="463A60C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89EAAF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A11EAA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C63B42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80216F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33754B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CB92A7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6A0314F" w14:textId="77777777" w:rsidR="00415B47" w:rsidRDefault="00415B47">
            <w:pPr>
              <w:jc w:val="center"/>
            </w:pPr>
          </w:p>
        </w:tc>
      </w:tr>
      <w:tr w:rsidR="00415B47" w14:paraId="147C7F58" w14:textId="77777777" w:rsidTr="0012102F">
        <w:trPr>
          <w:trHeight w:val="640"/>
          <w:jc w:val="center"/>
        </w:trPr>
        <w:tc>
          <w:tcPr>
            <w:tcW w:w="468" w:type="dxa"/>
          </w:tcPr>
          <w:p w14:paraId="1A9BFEB4" w14:textId="35CCB8AB" w:rsidR="00415B47" w:rsidRDefault="0012102F">
            <w:pPr>
              <w:jc w:val="center"/>
            </w:pPr>
            <w:r>
              <w:rPr>
                <w:sz w:val="14"/>
              </w:rPr>
              <w:t>40</w:t>
            </w:r>
          </w:p>
        </w:tc>
        <w:tc>
          <w:tcPr>
            <w:tcW w:w="633" w:type="dxa"/>
          </w:tcPr>
          <w:p w14:paraId="6D8703A6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FA3E35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D55CAD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F53572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B440E5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CE649B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9A7AB5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06597C7" w14:textId="77777777" w:rsidR="00415B47" w:rsidRDefault="00415B47">
            <w:pPr>
              <w:jc w:val="center"/>
            </w:pPr>
          </w:p>
        </w:tc>
      </w:tr>
      <w:tr w:rsidR="00415B47" w14:paraId="1552B504" w14:textId="77777777" w:rsidTr="0012102F">
        <w:trPr>
          <w:trHeight w:val="640"/>
          <w:jc w:val="center"/>
        </w:trPr>
        <w:tc>
          <w:tcPr>
            <w:tcW w:w="468" w:type="dxa"/>
          </w:tcPr>
          <w:p w14:paraId="072E027A" w14:textId="555D5711" w:rsidR="00415B47" w:rsidRDefault="0012102F">
            <w:pPr>
              <w:jc w:val="center"/>
            </w:pPr>
            <w:r>
              <w:rPr>
                <w:sz w:val="14"/>
              </w:rPr>
              <w:t>41</w:t>
            </w:r>
          </w:p>
        </w:tc>
        <w:tc>
          <w:tcPr>
            <w:tcW w:w="633" w:type="dxa"/>
          </w:tcPr>
          <w:p w14:paraId="0B21BBF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833DA2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845D11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972D93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603CA8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A7C813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57515D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7D36EE9" w14:textId="77777777" w:rsidR="00415B47" w:rsidRDefault="00415B47">
            <w:pPr>
              <w:jc w:val="center"/>
            </w:pPr>
          </w:p>
        </w:tc>
      </w:tr>
      <w:tr w:rsidR="00415B47" w14:paraId="69F64077" w14:textId="77777777" w:rsidTr="0012102F">
        <w:trPr>
          <w:trHeight w:val="640"/>
          <w:jc w:val="center"/>
        </w:trPr>
        <w:tc>
          <w:tcPr>
            <w:tcW w:w="468" w:type="dxa"/>
          </w:tcPr>
          <w:p w14:paraId="20F72229" w14:textId="13D48B08" w:rsidR="00415B47" w:rsidRDefault="0012102F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633" w:type="dxa"/>
          </w:tcPr>
          <w:p w14:paraId="43E6523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5ECE13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B890800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30495C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1F2F2D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05A422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1A7855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2B23709" w14:textId="77777777" w:rsidR="00415B47" w:rsidRDefault="00415B47">
            <w:pPr>
              <w:jc w:val="center"/>
            </w:pPr>
          </w:p>
        </w:tc>
      </w:tr>
      <w:tr w:rsidR="00415B47" w14:paraId="73121E78" w14:textId="77777777" w:rsidTr="0012102F">
        <w:trPr>
          <w:trHeight w:val="640"/>
          <w:jc w:val="center"/>
        </w:trPr>
        <w:tc>
          <w:tcPr>
            <w:tcW w:w="468" w:type="dxa"/>
          </w:tcPr>
          <w:p w14:paraId="2713FA29" w14:textId="2FC3BE2C" w:rsidR="00415B47" w:rsidRDefault="0012102F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633" w:type="dxa"/>
          </w:tcPr>
          <w:p w14:paraId="4470C41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51EC3D3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84B54F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D073D0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BC2EE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5FF7C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3B29A4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5D4E2EB" w14:textId="77777777" w:rsidR="00415B47" w:rsidRDefault="00415B47">
            <w:pPr>
              <w:jc w:val="center"/>
            </w:pPr>
          </w:p>
        </w:tc>
      </w:tr>
      <w:tr w:rsidR="00415B47" w14:paraId="649EFEB9" w14:textId="77777777" w:rsidTr="0012102F">
        <w:trPr>
          <w:trHeight w:val="640"/>
          <w:jc w:val="center"/>
        </w:trPr>
        <w:tc>
          <w:tcPr>
            <w:tcW w:w="468" w:type="dxa"/>
          </w:tcPr>
          <w:p w14:paraId="1927DE47" w14:textId="193AF3DD" w:rsidR="00415B47" w:rsidRDefault="0012102F">
            <w:pPr>
              <w:jc w:val="center"/>
            </w:pPr>
            <w:r>
              <w:rPr>
                <w:sz w:val="14"/>
              </w:rPr>
              <w:t>44</w:t>
            </w:r>
          </w:p>
        </w:tc>
        <w:tc>
          <w:tcPr>
            <w:tcW w:w="633" w:type="dxa"/>
          </w:tcPr>
          <w:p w14:paraId="298706D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C1F012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C7D4B0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DB52FE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AFB864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E5A8DE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02E7E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18774F7" w14:textId="77777777" w:rsidR="00415B47" w:rsidRDefault="00415B47">
            <w:pPr>
              <w:jc w:val="center"/>
            </w:pPr>
          </w:p>
        </w:tc>
      </w:tr>
      <w:tr w:rsidR="00415B47" w14:paraId="0BFF8584" w14:textId="77777777" w:rsidTr="0012102F">
        <w:trPr>
          <w:trHeight w:val="640"/>
          <w:jc w:val="center"/>
        </w:trPr>
        <w:tc>
          <w:tcPr>
            <w:tcW w:w="468" w:type="dxa"/>
          </w:tcPr>
          <w:p w14:paraId="429EEBA1" w14:textId="69F7BD56" w:rsidR="00415B47" w:rsidRDefault="0012102F">
            <w:pPr>
              <w:jc w:val="center"/>
            </w:pPr>
            <w:r>
              <w:rPr>
                <w:sz w:val="14"/>
              </w:rPr>
              <w:t>45</w:t>
            </w:r>
          </w:p>
        </w:tc>
        <w:tc>
          <w:tcPr>
            <w:tcW w:w="633" w:type="dxa"/>
          </w:tcPr>
          <w:p w14:paraId="65C252F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AF5682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3AA8B1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0A7F90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70885E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D0620B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F22345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E3E02D5" w14:textId="77777777" w:rsidR="00415B47" w:rsidRDefault="00415B47">
            <w:pPr>
              <w:jc w:val="center"/>
            </w:pPr>
          </w:p>
        </w:tc>
      </w:tr>
      <w:tr w:rsidR="00415B47" w14:paraId="3C49D552" w14:textId="77777777" w:rsidTr="0012102F">
        <w:trPr>
          <w:trHeight w:val="640"/>
          <w:jc w:val="center"/>
        </w:trPr>
        <w:tc>
          <w:tcPr>
            <w:tcW w:w="468" w:type="dxa"/>
          </w:tcPr>
          <w:p w14:paraId="64B1CE26" w14:textId="667D9784" w:rsidR="00415B47" w:rsidRDefault="0012102F">
            <w:pPr>
              <w:jc w:val="center"/>
            </w:pPr>
            <w:r>
              <w:rPr>
                <w:sz w:val="14"/>
              </w:rPr>
              <w:t>46</w:t>
            </w:r>
          </w:p>
        </w:tc>
        <w:tc>
          <w:tcPr>
            <w:tcW w:w="633" w:type="dxa"/>
          </w:tcPr>
          <w:p w14:paraId="143E86A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C0C8B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7E15E6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EFCFF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A0B01B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4CA28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E046DA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AEFCAF4" w14:textId="77777777" w:rsidR="00415B47" w:rsidRDefault="00415B47">
            <w:pPr>
              <w:jc w:val="center"/>
            </w:pPr>
          </w:p>
        </w:tc>
      </w:tr>
      <w:tr w:rsidR="00415B47" w14:paraId="7D6C4C24" w14:textId="77777777" w:rsidTr="0012102F">
        <w:trPr>
          <w:trHeight w:val="640"/>
          <w:jc w:val="center"/>
        </w:trPr>
        <w:tc>
          <w:tcPr>
            <w:tcW w:w="468" w:type="dxa"/>
          </w:tcPr>
          <w:p w14:paraId="77898D18" w14:textId="2D8889CB" w:rsidR="00415B47" w:rsidRDefault="0012102F">
            <w:pPr>
              <w:jc w:val="center"/>
            </w:pPr>
            <w:r>
              <w:rPr>
                <w:sz w:val="14"/>
              </w:rPr>
              <w:t>47</w:t>
            </w:r>
          </w:p>
        </w:tc>
        <w:tc>
          <w:tcPr>
            <w:tcW w:w="633" w:type="dxa"/>
          </w:tcPr>
          <w:p w14:paraId="72F6B78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DEC4A0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CDFE19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3DEB7A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2391C8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4080EC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42AE67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CD75F35" w14:textId="77777777" w:rsidR="00415B47" w:rsidRDefault="00415B47">
            <w:pPr>
              <w:jc w:val="center"/>
            </w:pPr>
          </w:p>
        </w:tc>
      </w:tr>
      <w:tr w:rsidR="00415B47" w14:paraId="27391086" w14:textId="77777777" w:rsidTr="0012102F">
        <w:trPr>
          <w:trHeight w:val="640"/>
          <w:jc w:val="center"/>
        </w:trPr>
        <w:tc>
          <w:tcPr>
            <w:tcW w:w="468" w:type="dxa"/>
          </w:tcPr>
          <w:p w14:paraId="3EB203C1" w14:textId="25812712" w:rsidR="00415B47" w:rsidRDefault="0012102F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633" w:type="dxa"/>
          </w:tcPr>
          <w:p w14:paraId="4E46D48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555CC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BD5D8B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5E715A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D36A49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4546D5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5F4CAC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B13F208" w14:textId="77777777" w:rsidR="00415B47" w:rsidRDefault="00415B47">
            <w:pPr>
              <w:jc w:val="center"/>
            </w:pPr>
          </w:p>
        </w:tc>
      </w:tr>
      <w:tr w:rsidR="00415B47" w14:paraId="5BDC344F" w14:textId="77777777" w:rsidTr="0012102F">
        <w:trPr>
          <w:trHeight w:val="640"/>
          <w:jc w:val="center"/>
        </w:trPr>
        <w:tc>
          <w:tcPr>
            <w:tcW w:w="468" w:type="dxa"/>
          </w:tcPr>
          <w:p w14:paraId="533BA292" w14:textId="1F71C751" w:rsidR="00415B47" w:rsidRDefault="0012102F">
            <w:pPr>
              <w:jc w:val="center"/>
            </w:pPr>
            <w:r>
              <w:rPr>
                <w:sz w:val="14"/>
              </w:rPr>
              <w:t>49</w:t>
            </w:r>
          </w:p>
        </w:tc>
        <w:tc>
          <w:tcPr>
            <w:tcW w:w="633" w:type="dxa"/>
          </w:tcPr>
          <w:p w14:paraId="31D8963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D080B1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89E009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0888FA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1FB860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951B99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F4AF08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F937BE" w14:textId="77777777" w:rsidR="00415B47" w:rsidRDefault="00415B47">
            <w:pPr>
              <w:jc w:val="center"/>
            </w:pPr>
          </w:p>
        </w:tc>
      </w:tr>
      <w:tr w:rsidR="00415B47" w14:paraId="26BA7277" w14:textId="77777777" w:rsidTr="0012102F">
        <w:trPr>
          <w:trHeight w:val="640"/>
          <w:jc w:val="center"/>
        </w:trPr>
        <w:tc>
          <w:tcPr>
            <w:tcW w:w="468" w:type="dxa"/>
          </w:tcPr>
          <w:p w14:paraId="29CFB50F" w14:textId="4C5BEB0A" w:rsidR="00415B47" w:rsidRDefault="0012102F">
            <w:pPr>
              <w:jc w:val="center"/>
            </w:pPr>
            <w:r>
              <w:rPr>
                <w:sz w:val="14"/>
              </w:rPr>
              <w:t>50</w:t>
            </w:r>
          </w:p>
        </w:tc>
        <w:tc>
          <w:tcPr>
            <w:tcW w:w="633" w:type="dxa"/>
          </w:tcPr>
          <w:p w14:paraId="2061CBA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2CF93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064EA4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A7D378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0C73E2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6A86CC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6611B5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663337A" w14:textId="77777777" w:rsidR="00415B47" w:rsidRDefault="00415B47">
            <w:pPr>
              <w:jc w:val="center"/>
            </w:pPr>
          </w:p>
        </w:tc>
      </w:tr>
      <w:tr w:rsidR="00415B47" w14:paraId="64B0C92B" w14:textId="77777777" w:rsidTr="0012102F">
        <w:trPr>
          <w:trHeight w:val="640"/>
          <w:jc w:val="center"/>
        </w:trPr>
        <w:tc>
          <w:tcPr>
            <w:tcW w:w="468" w:type="dxa"/>
          </w:tcPr>
          <w:p w14:paraId="59C5F9F9" w14:textId="3480DF4A" w:rsidR="00415B47" w:rsidRDefault="0012102F">
            <w:pPr>
              <w:jc w:val="center"/>
            </w:pPr>
            <w:r>
              <w:rPr>
                <w:sz w:val="14"/>
              </w:rPr>
              <w:t>51</w:t>
            </w:r>
          </w:p>
        </w:tc>
        <w:tc>
          <w:tcPr>
            <w:tcW w:w="633" w:type="dxa"/>
          </w:tcPr>
          <w:p w14:paraId="1B13AEE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D28DD6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3C1C4C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BA7E243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29FEC7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C409AE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58376C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7132A5" w14:textId="77777777" w:rsidR="00415B47" w:rsidRDefault="00415B47">
            <w:pPr>
              <w:jc w:val="center"/>
            </w:pPr>
          </w:p>
        </w:tc>
      </w:tr>
      <w:tr w:rsidR="00415B47" w14:paraId="02C46305" w14:textId="77777777" w:rsidTr="0012102F">
        <w:trPr>
          <w:trHeight w:val="640"/>
          <w:jc w:val="center"/>
        </w:trPr>
        <w:tc>
          <w:tcPr>
            <w:tcW w:w="468" w:type="dxa"/>
          </w:tcPr>
          <w:p w14:paraId="6D225FBE" w14:textId="3B647EE3" w:rsidR="00415B47" w:rsidRDefault="0012102F">
            <w:pPr>
              <w:jc w:val="center"/>
            </w:pPr>
            <w:r>
              <w:rPr>
                <w:sz w:val="14"/>
              </w:rPr>
              <w:t>52</w:t>
            </w:r>
          </w:p>
        </w:tc>
        <w:tc>
          <w:tcPr>
            <w:tcW w:w="633" w:type="dxa"/>
          </w:tcPr>
          <w:p w14:paraId="5ABFF628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153395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0CCA70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62FEC1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7810B9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CA5920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6DF834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7BC6D93" w14:textId="77777777" w:rsidR="00415B47" w:rsidRDefault="00415B47">
            <w:pPr>
              <w:jc w:val="center"/>
            </w:pPr>
          </w:p>
        </w:tc>
      </w:tr>
      <w:tr w:rsidR="00415B47" w14:paraId="6CC59FE8" w14:textId="77777777" w:rsidTr="0012102F">
        <w:trPr>
          <w:trHeight w:val="640"/>
          <w:jc w:val="center"/>
        </w:trPr>
        <w:tc>
          <w:tcPr>
            <w:tcW w:w="468" w:type="dxa"/>
          </w:tcPr>
          <w:p w14:paraId="43175649" w14:textId="41627FA7" w:rsidR="00415B47" w:rsidRDefault="0012102F">
            <w:pPr>
              <w:jc w:val="center"/>
            </w:pPr>
            <w:r>
              <w:rPr>
                <w:sz w:val="14"/>
              </w:rPr>
              <w:t>53</w:t>
            </w:r>
          </w:p>
        </w:tc>
        <w:tc>
          <w:tcPr>
            <w:tcW w:w="633" w:type="dxa"/>
          </w:tcPr>
          <w:p w14:paraId="7156137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E3506F6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358B94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DC97FB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635408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3FA86D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D12C3B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3EBEBE5" w14:textId="77777777" w:rsidR="00415B47" w:rsidRDefault="00415B47">
            <w:pPr>
              <w:jc w:val="center"/>
            </w:pPr>
          </w:p>
        </w:tc>
      </w:tr>
      <w:tr w:rsidR="00415B47" w14:paraId="27816C49" w14:textId="77777777" w:rsidTr="0012102F">
        <w:trPr>
          <w:trHeight w:val="640"/>
          <w:jc w:val="center"/>
        </w:trPr>
        <w:tc>
          <w:tcPr>
            <w:tcW w:w="468" w:type="dxa"/>
          </w:tcPr>
          <w:p w14:paraId="749480D0" w14:textId="63CE7FD5" w:rsidR="00415B47" w:rsidRDefault="0012102F">
            <w:pPr>
              <w:jc w:val="center"/>
            </w:pPr>
            <w:r>
              <w:rPr>
                <w:sz w:val="14"/>
              </w:rPr>
              <w:t>54</w:t>
            </w:r>
          </w:p>
        </w:tc>
        <w:tc>
          <w:tcPr>
            <w:tcW w:w="633" w:type="dxa"/>
          </w:tcPr>
          <w:p w14:paraId="001E9D6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18868C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92892A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48E07C7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7CD163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1DAFDC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9475A9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16A5666" w14:textId="77777777" w:rsidR="00415B47" w:rsidRDefault="00415B47">
            <w:pPr>
              <w:jc w:val="center"/>
            </w:pPr>
          </w:p>
        </w:tc>
      </w:tr>
      <w:tr w:rsidR="00415B47" w14:paraId="646E90E6" w14:textId="77777777" w:rsidTr="0012102F">
        <w:trPr>
          <w:trHeight w:val="640"/>
          <w:jc w:val="center"/>
        </w:trPr>
        <w:tc>
          <w:tcPr>
            <w:tcW w:w="468" w:type="dxa"/>
          </w:tcPr>
          <w:p w14:paraId="2B23EF35" w14:textId="329AF116" w:rsidR="00415B47" w:rsidRDefault="0012102F">
            <w:pPr>
              <w:jc w:val="center"/>
            </w:pPr>
            <w:r>
              <w:rPr>
                <w:sz w:val="14"/>
              </w:rPr>
              <w:t>55</w:t>
            </w:r>
          </w:p>
        </w:tc>
        <w:tc>
          <w:tcPr>
            <w:tcW w:w="633" w:type="dxa"/>
          </w:tcPr>
          <w:p w14:paraId="1C9C910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75A6E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5906CB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0A88EC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D7AA61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542779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1F23D9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5316EA5" w14:textId="77777777" w:rsidR="00415B47" w:rsidRDefault="00415B47">
            <w:pPr>
              <w:jc w:val="center"/>
            </w:pPr>
          </w:p>
        </w:tc>
      </w:tr>
      <w:tr w:rsidR="00415B47" w14:paraId="5323E543" w14:textId="77777777" w:rsidTr="0012102F">
        <w:trPr>
          <w:trHeight w:val="640"/>
          <w:jc w:val="center"/>
        </w:trPr>
        <w:tc>
          <w:tcPr>
            <w:tcW w:w="468" w:type="dxa"/>
          </w:tcPr>
          <w:p w14:paraId="00B9A30C" w14:textId="3FC6D8F9" w:rsidR="00415B47" w:rsidRDefault="0012102F">
            <w:pPr>
              <w:jc w:val="center"/>
            </w:pPr>
            <w:r>
              <w:rPr>
                <w:sz w:val="14"/>
              </w:rPr>
              <w:t>56</w:t>
            </w:r>
          </w:p>
        </w:tc>
        <w:tc>
          <w:tcPr>
            <w:tcW w:w="633" w:type="dxa"/>
          </w:tcPr>
          <w:p w14:paraId="6CB0AE8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123EFC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AB23AA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280C33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0CE688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98BEDE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833D83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7F9BF12" w14:textId="77777777" w:rsidR="00415B47" w:rsidRDefault="00415B47">
            <w:pPr>
              <w:jc w:val="center"/>
            </w:pPr>
          </w:p>
        </w:tc>
      </w:tr>
      <w:tr w:rsidR="00415B47" w14:paraId="5A325CF2" w14:textId="77777777" w:rsidTr="0012102F">
        <w:trPr>
          <w:trHeight w:val="640"/>
          <w:jc w:val="center"/>
        </w:trPr>
        <w:tc>
          <w:tcPr>
            <w:tcW w:w="468" w:type="dxa"/>
          </w:tcPr>
          <w:p w14:paraId="231F1F5F" w14:textId="7400337D" w:rsidR="00415B47" w:rsidRDefault="0012102F">
            <w:pPr>
              <w:jc w:val="center"/>
            </w:pPr>
            <w:r>
              <w:rPr>
                <w:sz w:val="14"/>
              </w:rPr>
              <w:t>57</w:t>
            </w:r>
          </w:p>
        </w:tc>
        <w:tc>
          <w:tcPr>
            <w:tcW w:w="633" w:type="dxa"/>
          </w:tcPr>
          <w:p w14:paraId="7C0345C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499652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BC9312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06F654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C8E4DC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A49DEF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EFAD11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7343DC3" w14:textId="77777777" w:rsidR="00415B47" w:rsidRDefault="00415B47">
            <w:pPr>
              <w:jc w:val="center"/>
            </w:pPr>
          </w:p>
        </w:tc>
      </w:tr>
      <w:tr w:rsidR="00415B47" w14:paraId="58424DEE" w14:textId="77777777" w:rsidTr="0012102F">
        <w:trPr>
          <w:trHeight w:val="640"/>
          <w:jc w:val="center"/>
        </w:trPr>
        <w:tc>
          <w:tcPr>
            <w:tcW w:w="468" w:type="dxa"/>
          </w:tcPr>
          <w:p w14:paraId="59249A76" w14:textId="729E0E62" w:rsidR="00415B47" w:rsidRDefault="0012102F">
            <w:pPr>
              <w:jc w:val="center"/>
            </w:pPr>
            <w:r>
              <w:rPr>
                <w:sz w:val="14"/>
              </w:rPr>
              <w:t>58</w:t>
            </w:r>
          </w:p>
        </w:tc>
        <w:tc>
          <w:tcPr>
            <w:tcW w:w="633" w:type="dxa"/>
          </w:tcPr>
          <w:p w14:paraId="6C4685F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88D7006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50F919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151078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C9B80D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4A9AE8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C99AB1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E456BB8" w14:textId="77777777" w:rsidR="00415B47" w:rsidRDefault="00415B47">
            <w:pPr>
              <w:jc w:val="center"/>
            </w:pPr>
          </w:p>
        </w:tc>
      </w:tr>
      <w:tr w:rsidR="00415B47" w14:paraId="387A5038" w14:textId="77777777" w:rsidTr="0012102F">
        <w:trPr>
          <w:trHeight w:val="640"/>
          <w:jc w:val="center"/>
        </w:trPr>
        <w:tc>
          <w:tcPr>
            <w:tcW w:w="468" w:type="dxa"/>
          </w:tcPr>
          <w:p w14:paraId="02B4865F" w14:textId="2DDD4174" w:rsidR="00415B47" w:rsidRDefault="0012102F">
            <w:pPr>
              <w:jc w:val="center"/>
            </w:pPr>
            <w:r>
              <w:rPr>
                <w:sz w:val="14"/>
              </w:rPr>
              <w:t>59</w:t>
            </w:r>
          </w:p>
        </w:tc>
        <w:tc>
          <w:tcPr>
            <w:tcW w:w="633" w:type="dxa"/>
          </w:tcPr>
          <w:p w14:paraId="629394F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2C7D41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720D5A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1B0D98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8951D6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B95D5B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E3439B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49663AB" w14:textId="77777777" w:rsidR="00415B47" w:rsidRDefault="00415B47">
            <w:pPr>
              <w:jc w:val="center"/>
            </w:pPr>
          </w:p>
        </w:tc>
      </w:tr>
      <w:tr w:rsidR="00415B47" w14:paraId="417E320D" w14:textId="77777777" w:rsidTr="0012102F">
        <w:trPr>
          <w:trHeight w:val="640"/>
          <w:jc w:val="center"/>
        </w:trPr>
        <w:tc>
          <w:tcPr>
            <w:tcW w:w="468" w:type="dxa"/>
          </w:tcPr>
          <w:p w14:paraId="4764378E" w14:textId="49E4A68A" w:rsidR="00415B47" w:rsidRDefault="0012102F">
            <w:pPr>
              <w:jc w:val="center"/>
            </w:pPr>
            <w:r>
              <w:rPr>
                <w:sz w:val="14"/>
              </w:rPr>
              <w:t>60</w:t>
            </w:r>
          </w:p>
        </w:tc>
        <w:tc>
          <w:tcPr>
            <w:tcW w:w="633" w:type="dxa"/>
          </w:tcPr>
          <w:p w14:paraId="6AB419C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A4EB7CC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8EDDD4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84EFAA2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8F1ECC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4152C3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B4D197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7D7810B" w14:textId="77777777" w:rsidR="00415B47" w:rsidRDefault="00415B47">
            <w:pPr>
              <w:jc w:val="center"/>
            </w:pPr>
          </w:p>
        </w:tc>
      </w:tr>
      <w:tr w:rsidR="00415B47" w14:paraId="436843DD" w14:textId="77777777" w:rsidTr="0012102F">
        <w:trPr>
          <w:trHeight w:val="640"/>
          <w:jc w:val="center"/>
        </w:trPr>
        <w:tc>
          <w:tcPr>
            <w:tcW w:w="468" w:type="dxa"/>
          </w:tcPr>
          <w:p w14:paraId="2152F943" w14:textId="1F41CED4" w:rsidR="00415B47" w:rsidRDefault="0012102F">
            <w:pPr>
              <w:jc w:val="center"/>
            </w:pPr>
            <w:r>
              <w:rPr>
                <w:sz w:val="14"/>
              </w:rPr>
              <w:t>61</w:t>
            </w:r>
          </w:p>
        </w:tc>
        <w:tc>
          <w:tcPr>
            <w:tcW w:w="633" w:type="dxa"/>
          </w:tcPr>
          <w:p w14:paraId="07313F5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757580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CD7D3B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EE1D38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87D60F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CFD21D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609288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86485A7" w14:textId="77777777" w:rsidR="00415B47" w:rsidRDefault="00415B47">
            <w:pPr>
              <w:jc w:val="center"/>
            </w:pPr>
          </w:p>
        </w:tc>
      </w:tr>
      <w:tr w:rsidR="00415B47" w14:paraId="40B22DAA" w14:textId="77777777" w:rsidTr="0012102F">
        <w:trPr>
          <w:trHeight w:val="640"/>
          <w:jc w:val="center"/>
        </w:trPr>
        <w:tc>
          <w:tcPr>
            <w:tcW w:w="468" w:type="dxa"/>
          </w:tcPr>
          <w:p w14:paraId="12005A37" w14:textId="668D214C" w:rsidR="00415B47" w:rsidRDefault="0012102F">
            <w:pPr>
              <w:jc w:val="center"/>
            </w:pPr>
            <w:r>
              <w:rPr>
                <w:sz w:val="14"/>
              </w:rPr>
              <w:t>62</w:t>
            </w:r>
          </w:p>
        </w:tc>
        <w:tc>
          <w:tcPr>
            <w:tcW w:w="633" w:type="dxa"/>
          </w:tcPr>
          <w:p w14:paraId="3291BD28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C1284D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D7E253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B674A6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49F63C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1C3D93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17183A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AD461A0" w14:textId="77777777" w:rsidR="00415B47" w:rsidRDefault="00415B47">
            <w:pPr>
              <w:jc w:val="center"/>
            </w:pPr>
          </w:p>
        </w:tc>
      </w:tr>
      <w:tr w:rsidR="00415B47" w14:paraId="49348BCB" w14:textId="77777777" w:rsidTr="0012102F">
        <w:trPr>
          <w:trHeight w:val="640"/>
          <w:jc w:val="center"/>
        </w:trPr>
        <w:tc>
          <w:tcPr>
            <w:tcW w:w="468" w:type="dxa"/>
          </w:tcPr>
          <w:p w14:paraId="0E8E9F6A" w14:textId="626AF0D5" w:rsidR="00415B47" w:rsidRDefault="0012102F">
            <w:pPr>
              <w:jc w:val="center"/>
            </w:pPr>
            <w:r>
              <w:rPr>
                <w:sz w:val="14"/>
              </w:rPr>
              <w:t>63</w:t>
            </w:r>
          </w:p>
        </w:tc>
        <w:tc>
          <w:tcPr>
            <w:tcW w:w="633" w:type="dxa"/>
          </w:tcPr>
          <w:p w14:paraId="10865205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C05394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F71FEE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34CB5A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0E21B1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D37180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5A0AA7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FB977C5" w14:textId="77777777" w:rsidR="00415B47" w:rsidRDefault="00415B47">
            <w:pPr>
              <w:jc w:val="center"/>
            </w:pPr>
          </w:p>
        </w:tc>
      </w:tr>
      <w:tr w:rsidR="00415B47" w14:paraId="109CD4D9" w14:textId="77777777" w:rsidTr="0012102F">
        <w:trPr>
          <w:trHeight w:val="640"/>
          <w:jc w:val="center"/>
        </w:trPr>
        <w:tc>
          <w:tcPr>
            <w:tcW w:w="468" w:type="dxa"/>
          </w:tcPr>
          <w:p w14:paraId="7FE3D2AB" w14:textId="6D9F9EC2" w:rsidR="00415B47" w:rsidRDefault="0012102F">
            <w:pPr>
              <w:jc w:val="center"/>
            </w:pPr>
            <w:r>
              <w:rPr>
                <w:sz w:val="14"/>
              </w:rPr>
              <w:t>64</w:t>
            </w:r>
          </w:p>
        </w:tc>
        <w:tc>
          <w:tcPr>
            <w:tcW w:w="633" w:type="dxa"/>
          </w:tcPr>
          <w:p w14:paraId="6215E7D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D6C683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2E7E86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5CB247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429E6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FC4BA7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931BB8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3F4C7AB" w14:textId="77777777" w:rsidR="00415B47" w:rsidRDefault="00415B47">
            <w:pPr>
              <w:jc w:val="center"/>
            </w:pPr>
          </w:p>
        </w:tc>
      </w:tr>
      <w:tr w:rsidR="00415B47" w14:paraId="7F1748B9" w14:textId="77777777" w:rsidTr="0012102F">
        <w:trPr>
          <w:trHeight w:val="640"/>
          <w:jc w:val="center"/>
        </w:trPr>
        <w:tc>
          <w:tcPr>
            <w:tcW w:w="468" w:type="dxa"/>
          </w:tcPr>
          <w:p w14:paraId="6B9E47B2" w14:textId="7FD30DE5" w:rsidR="00415B47" w:rsidRDefault="0012102F">
            <w:pPr>
              <w:jc w:val="center"/>
            </w:pPr>
            <w:r>
              <w:rPr>
                <w:sz w:val="14"/>
              </w:rPr>
              <w:t>65</w:t>
            </w:r>
          </w:p>
        </w:tc>
        <w:tc>
          <w:tcPr>
            <w:tcW w:w="633" w:type="dxa"/>
          </w:tcPr>
          <w:p w14:paraId="323160B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B58196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DD47FB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C34081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326286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9E8C20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1691CE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8869BE4" w14:textId="77777777" w:rsidR="00415B47" w:rsidRDefault="00415B47">
            <w:pPr>
              <w:jc w:val="center"/>
            </w:pPr>
          </w:p>
        </w:tc>
      </w:tr>
      <w:tr w:rsidR="00415B47" w14:paraId="30DF2A14" w14:textId="77777777" w:rsidTr="0012102F">
        <w:trPr>
          <w:trHeight w:val="640"/>
          <w:jc w:val="center"/>
        </w:trPr>
        <w:tc>
          <w:tcPr>
            <w:tcW w:w="468" w:type="dxa"/>
          </w:tcPr>
          <w:p w14:paraId="3B4DEBAD" w14:textId="5FE8CA4C" w:rsidR="00415B47" w:rsidRDefault="0012102F">
            <w:pPr>
              <w:jc w:val="center"/>
            </w:pPr>
            <w:r>
              <w:rPr>
                <w:sz w:val="14"/>
              </w:rPr>
              <w:t>66</w:t>
            </w:r>
          </w:p>
        </w:tc>
        <w:tc>
          <w:tcPr>
            <w:tcW w:w="633" w:type="dxa"/>
          </w:tcPr>
          <w:p w14:paraId="3757191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36AB85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02E966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64DD5F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3168D6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33B30A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0C69C7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E6E19C4" w14:textId="77777777" w:rsidR="00415B47" w:rsidRDefault="00415B47">
            <w:pPr>
              <w:jc w:val="center"/>
            </w:pPr>
          </w:p>
        </w:tc>
      </w:tr>
      <w:tr w:rsidR="00415B47" w14:paraId="4BE5F237" w14:textId="77777777" w:rsidTr="0012102F">
        <w:trPr>
          <w:trHeight w:val="640"/>
          <w:jc w:val="center"/>
        </w:trPr>
        <w:tc>
          <w:tcPr>
            <w:tcW w:w="468" w:type="dxa"/>
          </w:tcPr>
          <w:p w14:paraId="7C5E0BBE" w14:textId="71693C54" w:rsidR="00415B47" w:rsidRDefault="0012102F">
            <w:pPr>
              <w:jc w:val="center"/>
            </w:pPr>
            <w:r>
              <w:rPr>
                <w:sz w:val="14"/>
              </w:rPr>
              <w:t>67</w:t>
            </w:r>
          </w:p>
        </w:tc>
        <w:tc>
          <w:tcPr>
            <w:tcW w:w="633" w:type="dxa"/>
          </w:tcPr>
          <w:p w14:paraId="3EF566F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77CF88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058816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E6A3FF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259D6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713959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55E855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62F33E0" w14:textId="77777777" w:rsidR="00415B47" w:rsidRDefault="00415B47">
            <w:pPr>
              <w:jc w:val="center"/>
            </w:pPr>
          </w:p>
        </w:tc>
      </w:tr>
      <w:tr w:rsidR="00415B47" w14:paraId="6488B844" w14:textId="77777777" w:rsidTr="0012102F">
        <w:trPr>
          <w:trHeight w:val="640"/>
          <w:jc w:val="center"/>
        </w:trPr>
        <w:tc>
          <w:tcPr>
            <w:tcW w:w="468" w:type="dxa"/>
          </w:tcPr>
          <w:p w14:paraId="4F89F9A7" w14:textId="3EE67E1A" w:rsidR="00415B47" w:rsidRDefault="0012102F">
            <w:pPr>
              <w:jc w:val="center"/>
            </w:pPr>
            <w:r>
              <w:rPr>
                <w:sz w:val="14"/>
              </w:rPr>
              <w:t>68</w:t>
            </w:r>
          </w:p>
        </w:tc>
        <w:tc>
          <w:tcPr>
            <w:tcW w:w="633" w:type="dxa"/>
          </w:tcPr>
          <w:p w14:paraId="7B3B550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E3AEEA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5E32E9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77F95E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4A75F9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40C04E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C25810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5D3419C" w14:textId="77777777" w:rsidR="00415B47" w:rsidRDefault="00415B47">
            <w:pPr>
              <w:jc w:val="center"/>
            </w:pPr>
          </w:p>
        </w:tc>
      </w:tr>
      <w:tr w:rsidR="00415B47" w14:paraId="4419E460" w14:textId="77777777" w:rsidTr="0012102F">
        <w:trPr>
          <w:trHeight w:val="640"/>
          <w:jc w:val="center"/>
        </w:trPr>
        <w:tc>
          <w:tcPr>
            <w:tcW w:w="468" w:type="dxa"/>
          </w:tcPr>
          <w:p w14:paraId="6C11E430" w14:textId="7A4CECCB" w:rsidR="00415B47" w:rsidRDefault="0012102F">
            <w:pPr>
              <w:jc w:val="center"/>
            </w:pPr>
            <w:r>
              <w:rPr>
                <w:sz w:val="14"/>
              </w:rPr>
              <w:t>69</w:t>
            </w:r>
          </w:p>
        </w:tc>
        <w:tc>
          <w:tcPr>
            <w:tcW w:w="633" w:type="dxa"/>
          </w:tcPr>
          <w:p w14:paraId="056BFD5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AE2249C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0A324C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DC6B14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A8C83B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BA57B1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66FEE0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F0A9599" w14:textId="77777777" w:rsidR="00415B47" w:rsidRDefault="00415B47">
            <w:pPr>
              <w:jc w:val="center"/>
            </w:pPr>
          </w:p>
        </w:tc>
      </w:tr>
      <w:tr w:rsidR="00415B47" w14:paraId="522D5CCD" w14:textId="77777777" w:rsidTr="0012102F">
        <w:trPr>
          <w:trHeight w:val="640"/>
          <w:jc w:val="center"/>
        </w:trPr>
        <w:tc>
          <w:tcPr>
            <w:tcW w:w="468" w:type="dxa"/>
          </w:tcPr>
          <w:p w14:paraId="305B0FE4" w14:textId="51F5D5F4" w:rsidR="00415B47" w:rsidRDefault="0012102F">
            <w:pPr>
              <w:jc w:val="center"/>
            </w:pPr>
            <w:r>
              <w:rPr>
                <w:sz w:val="14"/>
              </w:rPr>
              <w:t>70</w:t>
            </w:r>
          </w:p>
        </w:tc>
        <w:tc>
          <w:tcPr>
            <w:tcW w:w="633" w:type="dxa"/>
          </w:tcPr>
          <w:p w14:paraId="307D6F9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72E3AC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39114F2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FDD540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8EDF27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7B186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C64974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A0BCFBE" w14:textId="77777777" w:rsidR="00415B47" w:rsidRDefault="00415B47">
            <w:pPr>
              <w:jc w:val="center"/>
            </w:pPr>
          </w:p>
        </w:tc>
      </w:tr>
      <w:tr w:rsidR="00415B47" w14:paraId="56F9C251" w14:textId="77777777" w:rsidTr="0012102F">
        <w:trPr>
          <w:trHeight w:val="640"/>
          <w:jc w:val="center"/>
        </w:trPr>
        <w:tc>
          <w:tcPr>
            <w:tcW w:w="468" w:type="dxa"/>
          </w:tcPr>
          <w:p w14:paraId="314E07D4" w14:textId="15087FE0" w:rsidR="00415B47" w:rsidRDefault="0012102F">
            <w:pPr>
              <w:jc w:val="center"/>
            </w:pPr>
            <w:r>
              <w:rPr>
                <w:sz w:val="14"/>
              </w:rPr>
              <w:t>71</w:t>
            </w:r>
          </w:p>
        </w:tc>
        <w:tc>
          <w:tcPr>
            <w:tcW w:w="633" w:type="dxa"/>
          </w:tcPr>
          <w:p w14:paraId="198F245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370D1CD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A2D7CE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E1DF5D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E6E562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9ED31C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B9A631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CD79EF3" w14:textId="77777777" w:rsidR="00415B47" w:rsidRDefault="00415B47">
            <w:pPr>
              <w:jc w:val="center"/>
            </w:pPr>
          </w:p>
        </w:tc>
      </w:tr>
      <w:tr w:rsidR="00415B47" w14:paraId="6F1DD81F" w14:textId="77777777" w:rsidTr="0012102F">
        <w:trPr>
          <w:trHeight w:val="640"/>
          <w:jc w:val="center"/>
        </w:trPr>
        <w:tc>
          <w:tcPr>
            <w:tcW w:w="468" w:type="dxa"/>
          </w:tcPr>
          <w:p w14:paraId="46A088CC" w14:textId="65EA0C30" w:rsidR="00415B47" w:rsidRDefault="0012102F">
            <w:pPr>
              <w:jc w:val="center"/>
            </w:pPr>
            <w:r>
              <w:rPr>
                <w:sz w:val="14"/>
              </w:rPr>
              <w:t>72</w:t>
            </w:r>
          </w:p>
        </w:tc>
        <w:tc>
          <w:tcPr>
            <w:tcW w:w="633" w:type="dxa"/>
          </w:tcPr>
          <w:p w14:paraId="17ACDF1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DF82FA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549FF6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2D6E58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931771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9B1920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C3C01F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52532E2" w14:textId="77777777" w:rsidR="00415B47" w:rsidRDefault="00415B47">
            <w:pPr>
              <w:jc w:val="center"/>
            </w:pPr>
          </w:p>
        </w:tc>
      </w:tr>
      <w:tr w:rsidR="00415B47" w14:paraId="3AB493FD" w14:textId="77777777" w:rsidTr="0012102F">
        <w:trPr>
          <w:trHeight w:val="640"/>
          <w:jc w:val="center"/>
        </w:trPr>
        <w:tc>
          <w:tcPr>
            <w:tcW w:w="468" w:type="dxa"/>
          </w:tcPr>
          <w:p w14:paraId="66F91D2A" w14:textId="3460B541" w:rsidR="00415B47" w:rsidRDefault="0012102F">
            <w:pPr>
              <w:jc w:val="center"/>
            </w:pPr>
            <w:r>
              <w:rPr>
                <w:sz w:val="14"/>
              </w:rPr>
              <w:t>73</w:t>
            </w:r>
          </w:p>
        </w:tc>
        <w:tc>
          <w:tcPr>
            <w:tcW w:w="633" w:type="dxa"/>
          </w:tcPr>
          <w:p w14:paraId="7DE0B07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FDFC29E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639F02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7BEF05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3163FB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7967B9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30F0C5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35A4FD0" w14:textId="77777777" w:rsidR="00415B47" w:rsidRDefault="00415B47">
            <w:pPr>
              <w:jc w:val="center"/>
            </w:pPr>
          </w:p>
        </w:tc>
      </w:tr>
      <w:tr w:rsidR="00415B47" w14:paraId="200C7332" w14:textId="77777777" w:rsidTr="0012102F">
        <w:trPr>
          <w:trHeight w:val="640"/>
          <w:jc w:val="center"/>
        </w:trPr>
        <w:tc>
          <w:tcPr>
            <w:tcW w:w="468" w:type="dxa"/>
          </w:tcPr>
          <w:p w14:paraId="3C9E17F1" w14:textId="5BDF1C3C" w:rsidR="00415B47" w:rsidRDefault="0012102F">
            <w:pPr>
              <w:jc w:val="center"/>
            </w:pPr>
            <w:r>
              <w:rPr>
                <w:sz w:val="14"/>
              </w:rPr>
              <w:t>74</w:t>
            </w:r>
          </w:p>
        </w:tc>
        <w:tc>
          <w:tcPr>
            <w:tcW w:w="633" w:type="dxa"/>
          </w:tcPr>
          <w:p w14:paraId="180959E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9CA0B1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7176E7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8F54BD4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56AEF3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268CE4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9BF436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989A1AF" w14:textId="77777777" w:rsidR="00415B47" w:rsidRDefault="00415B47">
            <w:pPr>
              <w:jc w:val="center"/>
            </w:pPr>
          </w:p>
        </w:tc>
      </w:tr>
      <w:tr w:rsidR="00415B47" w14:paraId="18225FB4" w14:textId="77777777" w:rsidTr="0012102F">
        <w:trPr>
          <w:trHeight w:val="640"/>
          <w:jc w:val="center"/>
        </w:trPr>
        <w:tc>
          <w:tcPr>
            <w:tcW w:w="468" w:type="dxa"/>
          </w:tcPr>
          <w:p w14:paraId="18ABF69F" w14:textId="717AABFB" w:rsidR="00415B47" w:rsidRDefault="0012102F">
            <w:pPr>
              <w:jc w:val="center"/>
            </w:pPr>
            <w:r>
              <w:rPr>
                <w:sz w:val="14"/>
              </w:rPr>
              <w:t>75</w:t>
            </w:r>
          </w:p>
        </w:tc>
        <w:tc>
          <w:tcPr>
            <w:tcW w:w="633" w:type="dxa"/>
          </w:tcPr>
          <w:p w14:paraId="1820E0BF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05AAE9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1E8C15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94D91A1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FD8865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30A74C1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D1EF21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73A06C4" w14:textId="77777777" w:rsidR="00415B47" w:rsidRDefault="00415B47">
            <w:pPr>
              <w:jc w:val="center"/>
            </w:pPr>
          </w:p>
        </w:tc>
      </w:tr>
      <w:tr w:rsidR="00415B47" w14:paraId="3F7E99AB" w14:textId="77777777" w:rsidTr="0012102F">
        <w:trPr>
          <w:trHeight w:val="640"/>
          <w:jc w:val="center"/>
        </w:trPr>
        <w:tc>
          <w:tcPr>
            <w:tcW w:w="468" w:type="dxa"/>
          </w:tcPr>
          <w:p w14:paraId="79BE2F57" w14:textId="3F6A278E" w:rsidR="00415B47" w:rsidRDefault="0012102F">
            <w:pPr>
              <w:jc w:val="center"/>
            </w:pPr>
            <w:r>
              <w:rPr>
                <w:sz w:val="14"/>
              </w:rPr>
              <w:t>76</w:t>
            </w:r>
          </w:p>
        </w:tc>
        <w:tc>
          <w:tcPr>
            <w:tcW w:w="633" w:type="dxa"/>
          </w:tcPr>
          <w:p w14:paraId="102B0A3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E34230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130496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47C3B4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CF9C96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5AFAB3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F48251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DC2A69C" w14:textId="77777777" w:rsidR="00415B47" w:rsidRDefault="00415B47">
            <w:pPr>
              <w:jc w:val="center"/>
            </w:pPr>
          </w:p>
        </w:tc>
      </w:tr>
      <w:tr w:rsidR="00415B47" w14:paraId="5CF399D1" w14:textId="77777777" w:rsidTr="0012102F">
        <w:trPr>
          <w:trHeight w:val="640"/>
          <w:jc w:val="center"/>
        </w:trPr>
        <w:tc>
          <w:tcPr>
            <w:tcW w:w="468" w:type="dxa"/>
          </w:tcPr>
          <w:p w14:paraId="76DA1DA5" w14:textId="49F71E7C" w:rsidR="00415B47" w:rsidRDefault="0012102F">
            <w:pPr>
              <w:jc w:val="center"/>
            </w:pPr>
            <w:r>
              <w:rPr>
                <w:sz w:val="14"/>
              </w:rPr>
              <w:t>77</w:t>
            </w:r>
          </w:p>
        </w:tc>
        <w:tc>
          <w:tcPr>
            <w:tcW w:w="633" w:type="dxa"/>
          </w:tcPr>
          <w:p w14:paraId="28B02BB1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988FCB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754DDE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DD137A4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1E5050D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A392B4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E3E3C5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49D2DD2" w14:textId="77777777" w:rsidR="00415B47" w:rsidRDefault="00415B47">
            <w:pPr>
              <w:jc w:val="center"/>
            </w:pPr>
          </w:p>
        </w:tc>
      </w:tr>
      <w:tr w:rsidR="00415B47" w14:paraId="1B477E08" w14:textId="77777777" w:rsidTr="0012102F">
        <w:trPr>
          <w:trHeight w:val="640"/>
          <w:jc w:val="center"/>
        </w:trPr>
        <w:tc>
          <w:tcPr>
            <w:tcW w:w="468" w:type="dxa"/>
          </w:tcPr>
          <w:p w14:paraId="0860E08A" w14:textId="062E793C" w:rsidR="00415B47" w:rsidRDefault="0012102F">
            <w:pPr>
              <w:jc w:val="center"/>
            </w:pPr>
            <w:r>
              <w:rPr>
                <w:sz w:val="14"/>
              </w:rPr>
              <w:t>78</w:t>
            </w:r>
          </w:p>
        </w:tc>
        <w:tc>
          <w:tcPr>
            <w:tcW w:w="633" w:type="dxa"/>
          </w:tcPr>
          <w:p w14:paraId="0792BA0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2F7FC6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E9AF56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9C53F2B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F152AC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A175CE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D52E0E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F89F9F7" w14:textId="77777777" w:rsidR="00415B47" w:rsidRDefault="00415B47">
            <w:pPr>
              <w:jc w:val="center"/>
            </w:pPr>
          </w:p>
        </w:tc>
      </w:tr>
      <w:tr w:rsidR="00415B47" w14:paraId="192632C2" w14:textId="77777777" w:rsidTr="0012102F">
        <w:trPr>
          <w:trHeight w:val="640"/>
          <w:jc w:val="center"/>
        </w:trPr>
        <w:tc>
          <w:tcPr>
            <w:tcW w:w="468" w:type="dxa"/>
          </w:tcPr>
          <w:p w14:paraId="20BAB1C7" w14:textId="1C6C6D75" w:rsidR="00415B47" w:rsidRDefault="0012102F">
            <w:pPr>
              <w:jc w:val="center"/>
            </w:pPr>
            <w:r>
              <w:rPr>
                <w:sz w:val="14"/>
              </w:rPr>
              <w:t>79</w:t>
            </w:r>
          </w:p>
        </w:tc>
        <w:tc>
          <w:tcPr>
            <w:tcW w:w="633" w:type="dxa"/>
          </w:tcPr>
          <w:p w14:paraId="3542F3F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49607F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ABBB81C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E930B4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A2454F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EDD88F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3DB31E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2B167F81" w14:textId="77777777" w:rsidR="00415B47" w:rsidRDefault="00415B47">
            <w:pPr>
              <w:jc w:val="center"/>
            </w:pPr>
          </w:p>
        </w:tc>
      </w:tr>
      <w:tr w:rsidR="00415B47" w14:paraId="7C794A94" w14:textId="77777777" w:rsidTr="0012102F">
        <w:trPr>
          <w:trHeight w:val="640"/>
          <w:jc w:val="center"/>
        </w:trPr>
        <w:tc>
          <w:tcPr>
            <w:tcW w:w="468" w:type="dxa"/>
          </w:tcPr>
          <w:p w14:paraId="69760D79" w14:textId="227C1381" w:rsidR="00415B47" w:rsidRDefault="0012102F">
            <w:pPr>
              <w:jc w:val="center"/>
            </w:pPr>
            <w:r>
              <w:rPr>
                <w:sz w:val="14"/>
              </w:rPr>
              <w:t>80</w:t>
            </w:r>
          </w:p>
        </w:tc>
        <w:tc>
          <w:tcPr>
            <w:tcW w:w="633" w:type="dxa"/>
          </w:tcPr>
          <w:p w14:paraId="70EFC25B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9001060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280FB54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936B82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343ACE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64DC42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06A238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2E09323" w14:textId="77777777" w:rsidR="00415B47" w:rsidRDefault="00415B47">
            <w:pPr>
              <w:jc w:val="center"/>
            </w:pPr>
          </w:p>
        </w:tc>
      </w:tr>
      <w:tr w:rsidR="00415B47" w14:paraId="1785D396" w14:textId="77777777" w:rsidTr="0012102F">
        <w:trPr>
          <w:trHeight w:val="640"/>
          <w:jc w:val="center"/>
        </w:trPr>
        <w:tc>
          <w:tcPr>
            <w:tcW w:w="468" w:type="dxa"/>
          </w:tcPr>
          <w:p w14:paraId="542F0330" w14:textId="1463EB7E" w:rsidR="00415B47" w:rsidRDefault="0012102F">
            <w:pPr>
              <w:jc w:val="center"/>
            </w:pPr>
            <w:r>
              <w:rPr>
                <w:sz w:val="14"/>
              </w:rPr>
              <w:t>81</w:t>
            </w:r>
          </w:p>
        </w:tc>
        <w:tc>
          <w:tcPr>
            <w:tcW w:w="633" w:type="dxa"/>
          </w:tcPr>
          <w:p w14:paraId="2A9A3DD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A439FD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F59196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82FA9AD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78D535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3C26C32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4BD9A3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8D2514D" w14:textId="77777777" w:rsidR="00415B47" w:rsidRDefault="00415B47">
            <w:pPr>
              <w:jc w:val="center"/>
            </w:pPr>
          </w:p>
        </w:tc>
      </w:tr>
      <w:tr w:rsidR="00415B47" w14:paraId="5DA73D73" w14:textId="77777777" w:rsidTr="0012102F">
        <w:trPr>
          <w:trHeight w:val="640"/>
          <w:jc w:val="center"/>
        </w:trPr>
        <w:tc>
          <w:tcPr>
            <w:tcW w:w="468" w:type="dxa"/>
          </w:tcPr>
          <w:p w14:paraId="0412E874" w14:textId="422726D8" w:rsidR="00415B47" w:rsidRDefault="0012102F">
            <w:pPr>
              <w:jc w:val="center"/>
            </w:pPr>
            <w:r>
              <w:rPr>
                <w:sz w:val="14"/>
              </w:rPr>
              <w:t>82</w:t>
            </w:r>
          </w:p>
        </w:tc>
        <w:tc>
          <w:tcPr>
            <w:tcW w:w="633" w:type="dxa"/>
          </w:tcPr>
          <w:p w14:paraId="646C5E2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C64672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2D6992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DBEB11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79D324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49E7CA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F1FCDC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22557D4" w14:textId="77777777" w:rsidR="00415B47" w:rsidRDefault="00415B47">
            <w:pPr>
              <w:jc w:val="center"/>
            </w:pPr>
          </w:p>
        </w:tc>
      </w:tr>
      <w:tr w:rsidR="00415B47" w14:paraId="08F20409" w14:textId="77777777" w:rsidTr="0012102F">
        <w:trPr>
          <w:trHeight w:val="640"/>
          <w:jc w:val="center"/>
        </w:trPr>
        <w:tc>
          <w:tcPr>
            <w:tcW w:w="468" w:type="dxa"/>
          </w:tcPr>
          <w:p w14:paraId="73ED5205" w14:textId="6247BA61" w:rsidR="00415B47" w:rsidRDefault="0012102F">
            <w:pPr>
              <w:jc w:val="center"/>
            </w:pPr>
            <w:r>
              <w:rPr>
                <w:sz w:val="14"/>
              </w:rPr>
              <w:t>83</w:t>
            </w:r>
          </w:p>
        </w:tc>
        <w:tc>
          <w:tcPr>
            <w:tcW w:w="633" w:type="dxa"/>
          </w:tcPr>
          <w:p w14:paraId="7270839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1747EAF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D2CE926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EF92E0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867602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0E0154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6F9C1FB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379F67D" w14:textId="77777777" w:rsidR="00415B47" w:rsidRDefault="00415B47">
            <w:pPr>
              <w:jc w:val="center"/>
            </w:pPr>
          </w:p>
        </w:tc>
      </w:tr>
      <w:tr w:rsidR="00415B47" w14:paraId="2CB3B177" w14:textId="77777777" w:rsidTr="0012102F">
        <w:trPr>
          <w:trHeight w:val="640"/>
          <w:jc w:val="center"/>
        </w:trPr>
        <w:tc>
          <w:tcPr>
            <w:tcW w:w="468" w:type="dxa"/>
          </w:tcPr>
          <w:p w14:paraId="479192F4" w14:textId="6B2F3CBA" w:rsidR="00415B47" w:rsidRDefault="0012102F">
            <w:pPr>
              <w:jc w:val="center"/>
            </w:pPr>
            <w:r>
              <w:rPr>
                <w:sz w:val="14"/>
              </w:rPr>
              <w:t>84</w:t>
            </w:r>
          </w:p>
        </w:tc>
        <w:tc>
          <w:tcPr>
            <w:tcW w:w="633" w:type="dxa"/>
          </w:tcPr>
          <w:p w14:paraId="36BF71A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6977294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B77189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2F7B24C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337FEC1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4D91306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5FBD26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8C3056B" w14:textId="77777777" w:rsidR="00415B47" w:rsidRDefault="00415B47">
            <w:pPr>
              <w:jc w:val="center"/>
            </w:pPr>
          </w:p>
        </w:tc>
      </w:tr>
      <w:tr w:rsidR="00415B47" w14:paraId="7BF9544C" w14:textId="77777777" w:rsidTr="0012102F">
        <w:trPr>
          <w:trHeight w:val="640"/>
          <w:jc w:val="center"/>
        </w:trPr>
        <w:tc>
          <w:tcPr>
            <w:tcW w:w="468" w:type="dxa"/>
          </w:tcPr>
          <w:p w14:paraId="04ABE2AC" w14:textId="51E7C60F" w:rsidR="00415B47" w:rsidRDefault="0012102F">
            <w:pPr>
              <w:jc w:val="center"/>
            </w:pPr>
            <w:r>
              <w:rPr>
                <w:sz w:val="14"/>
              </w:rPr>
              <w:t>85</w:t>
            </w:r>
          </w:p>
        </w:tc>
        <w:tc>
          <w:tcPr>
            <w:tcW w:w="633" w:type="dxa"/>
          </w:tcPr>
          <w:p w14:paraId="51239C0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E26881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073F033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76B254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482F06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E4CD1A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4136BF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8212E49" w14:textId="77777777" w:rsidR="00415B47" w:rsidRDefault="00415B47">
            <w:pPr>
              <w:jc w:val="center"/>
            </w:pPr>
          </w:p>
        </w:tc>
      </w:tr>
      <w:tr w:rsidR="00415B47" w14:paraId="2C39A08F" w14:textId="77777777" w:rsidTr="0012102F">
        <w:trPr>
          <w:trHeight w:val="640"/>
          <w:jc w:val="center"/>
        </w:trPr>
        <w:tc>
          <w:tcPr>
            <w:tcW w:w="468" w:type="dxa"/>
          </w:tcPr>
          <w:p w14:paraId="2723E724" w14:textId="56946F79" w:rsidR="00415B47" w:rsidRDefault="0012102F">
            <w:pPr>
              <w:jc w:val="center"/>
            </w:pPr>
            <w:r>
              <w:rPr>
                <w:sz w:val="14"/>
              </w:rPr>
              <w:t>86</w:t>
            </w:r>
          </w:p>
        </w:tc>
        <w:tc>
          <w:tcPr>
            <w:tcW w:w="633" w:type="dxa"/>
          </w:tcPr>
          <w:p w14:paraId="2767098D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6E625EA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649449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33DA4D9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8DFA52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6CF6FF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F07CD7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96253E7" w14:textId="77777777" w:rsidR="00415B47" w:rsidRDefault="00415B47">
            <w:pPr>
              <w:jc w:val="center"/>
            </w:pPr>
          </w:p>
        </w:tc>
      </w:tr>
      <w:tr w:rsidR="00415B47" w14:paraId="7B8BD49C" w14:textId="77777777" w:rsidTr="0012102F">
        <w:trPr>
          <w:trHeight w:val="640"/>
          <w:jc w:val="center"/>
        </w:trPr>
        <w:tc>
          <w:tcPr>
            <w:tcW w:w="468" w:type="dxa"/>
          </w:tcPr>
          <w:p w14:paraId="39D1470C" w14:textId="7046989D" w:rsidR="00415B47" w:rsidRDefault="0012102F">
            <w:pPr>
              <w:jc w:val="center"/>
            </w:pPr>
            <w:r>
              <w:rPr>
                <w:sz w:val="14"/>
              </w:rPr>
              <w:t>87</w:t>
            </w:r>
          </w:p>
        </w:tc>
        <w:tc>
          <w:tcPr>
            <w:tcW w:w="633" w:type="dxa"/>
          </w:tcPr>
          <w:p w14:paraId="2C9F5A9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78626A41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729329E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2BCAC7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B300CD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D69913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5F591D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8E81C1F" w14:textId="77777777" w:rsidR="00415B47" w:rsidRDefault="00415B47">
            <w:pPr>
              <w:jc w:val="center"/>
            </w:pPr>
          </w:p>
        </w:tc>
      </w:tr>
      <w:tr w:rsidR="00415B47" w14:paraId="4CB03BC5" w14:textId="77777777" w:rsidTr="0012102F">
        <w:trPr>
          <w:trHeight w:val="640"/>
          <w:jc w:val="center"/>
        </w:trPr>
        <w:tc>
          <w:tcPr>
            <w:tcW w:w="468" w:type="dxa"/>
          </w:tcPr>
          <w:p w14:paraId="3E684E8C" w14:textId="1129F790" w:rsidR="00415B47" w:rsidRDefault="0012102F">
            <w:pPr>
              <w:jc w:val="center"/>
            </w:pPr>
            <w:r>
              <w:rPr>
                <w:sz w:val="14"/>
              </w:rPr>
              <w:t>88</w:t>
            </w:r>
          </w:p>
        </w:tc>
        <w:tc>
          <w:tcPr>
            <w:tcW w:w="633" w:type="dxa"/>
          </w:tcPr>
          <w:p w14:paraId="429A1DA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D70BD3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59174171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C3665D0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DECCDA0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099771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1A79E8C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1E4AC3B" w14:textId="77777777" w:rsidR="00415B47" w:rsidRDefault="00415B47">
            <w:pPr>
              <w:jc w:val="center"/>
            </w:pPr>
          </w:p>
        </w:tc>
      </w:tr>
      <w:tr w:rsidR="00415B47" w14:paraId="6AACFB79" w14:textId="77777777" w:rsidTr="0012102F">
        <w:trPr>
          <w:trHeight w:val="640"/>
          <w:jc w:val="center"/>
        </w:trPr>
        <w:tc>
          <w:tcPr>
            <w:tcW w:w="468" w:type="dxa"/>
          </w:tcPr>
          <w:p w14:paraId="1FF1DF1E" w14:textId="4C70E5CE" w:rsidR="00415B47" w:rsidRDefault="0012102F">
            <w:pPr>
              <w:jc w:val="center"/>
            </w:pPr>
            <w:r>
              <w:rPr>
                <w:sz w:val="14"/>
              </w:rPr>
              <w:t>89</w:t>
            </w:r>
          </w:p>
        </w:tc>
        <w:tc>
          <w:tcPr>
            <w:tcW w:w="633" w:type="dxa"/>
          </w:tcPr>
          <w:p w14:paraId="1D09409E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700A227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E5960D9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5E544E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790B36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54012D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61FD5C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E5980C0" w14:textId="77777777" w:rsidR="00415B47" w:rsidRDefault="00415B47">
            <w:pPr>
              <w:jc w:val="center"/>
            </w:pPr>
          </w:p>
        </w:tc>
      </w:tr>
      <w:tr w:rsidR="00415B47" w14:paraId="569BFFCF" w14:textId="77777777" w:rsidTr="0012102F">
        <w:trPr>
          <w:trHeight w:val="640"/>
          <w:jc w:val="center"/>
        </w:trPr>
        <w:tc>
          <w:tcPr>
            <w:tcW w:w="468" w:type="dxa"/>
          </w:tcPr>
          <w:p w14:paraId="093833DE" w14:textId="2DFF5B30" w:rsidR="00415B47" w:rsidRDefault="0012102F">
            <w:pPr>
              <w:jc w:val="center"/>
            </w:pPr>
            <w:r>
              <w:rPr>
                <w:sz w:val="14"/>
              </w:rPr>
              <w:t>90</w:t>
            </w:r>
          </w:p>
        </w:tc>
        <w:tc>
          <w:tcPr>
            <w:tcW w:w="633" w:type="dxa"/>
          </w:tcPr>
          <w:p w14:paraId="4C2A762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402CFD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AEB5A1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41ED1EE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0C7038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2DDFC8D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D295FD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74E6C42" w14:textId="77777777" w:rsidR="00415B47" w:rsidRDefault="00415B47">
            <w:pPr>
              <w:jc w:val="center"/>
            </w:pPr>
          </w:p>
        </w:tc>
      </w:tr>
      <w:tr w:rsidR="00415B47" w14:paraId="6BE4D4EB" w14:textId="77777777" w:rsidTr="0012102F">
        <w:trPr>
          <w:trHeight w:val="640"/>
          <w:jc w:val="center"/>
        </w:trPr>
        <w:tc>
          <w:tcPr>
            <w:tcW w:w="468" w:type="dxa"/>
          </w:tcPr>
          <w:p w14:paraId="39B18E41" w14:textId="71A69EDF" w:rsidR="00415B47" w:rsidRDefault="0012102F">
            <w:pPr>
              <w:jc w:val="center"/>
            </w:pPr>
            <w:r>
              <w:rPr>
                <w:sz w:val="14"/>
              </w:rPr>
              <w:t>91</w:t>
            </w:r>
          </w:p>
        </w:tc>
        <w:tc>
          <w:tcPr>
            <w:tcW w:w="633" w:type="dxa"/>
          </w:tcPr>
          <w:p w14:paraId="6BAB1639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1D8074E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411A6D8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43AA003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8194A0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6D393465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69C08B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B064DD5" w14:textId="77777777" w:rsidR="00415B47" w:rsidRDefault="00415B47">
            <w:pPr>
              <w:jc w:val="center"/>
            </w:pPr>
          </w:p>
        </w:tc>
      </w:tr>
      <w:tr w:rsidR="00415B47" w14:paraId="76951FEC" w14:textId="77777777" w:rsidTr="0012102F">
        <w:trPr>
          <w:trHeight w:val="640"/>
          <w:jc w:val="center"/>
        </w:trPr>
        <w:tc>
          <w:tcPr>
            <w:tcW w:w="468" w:type="dxa"/>
          </w:tcPr>
          <w:p w14:paraId="44C934FB" w14:textId="7C078248" w:rsidR="00415B47" w:rsidRDefault="0012102F">
            <w:pPr>
              <w:jc w:val="center"/>
            </w:pPr>
            <w:r>
              <w:rPr>
                <w:sz w:val="14"/>
              </w:rPr>
              <w:t>92</w:t>
            </w:r>
          </w:p>
        </w:tc>
        <w:tc>
          <w:tcPr>
            <w:tcW w:w="633" w:type="dxa"/>
          </w:tcPr>
          <w:p w14:paraId="76025387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524B53C9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EDA15AB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7F7E1E2E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2458BB7B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B1D1F6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74A4AF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682BE24A" w14:textId="77777777" w:rsidR="00415B47" w:rsidRDefault="00415B47">
            <w:pPr>
              <w:jc w:val="center"/>
            </w:pPr>
          </w:p>
        </w:tc>
      </w:tr>
      <w:tr w:rsidR="00415B47" w14:paraId="03EA9641" w14:textId="77777777" w:rsidTr="0012102F">
        <w:trPr>
          <w:trHeight w:val="640"/>
          <w:jc w:val="center"/>
        </w:trPr>
        <w:tc>
          <w:tcPr>
            <w:tcW w:w="468" w:type="dxa"/>
          </w:tcPr>
          <w:p w14:paraId="51F6A847" w14:textId="67071ED1" w:rsidR="00415B47" w:rsidRDefault="0012102F">
            <w:pPr>
              <w:jc w:val="center"/>
            </w:pPr>
            <w:r>
              <w:rPr>
                <w:sz w:val="14"/>
              </w:rPr>
              <w:t>93</w:t>
            </w:r>
          </w:p>
        </w:tc>
        <w:tc>
          <w:tcPr>
            <w:tcW w:w="633" w:type="dxa"/>
          </w:tcPr>
          <w:p w14:paraId="7EA29C4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F51827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3506FE0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684D04F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DC5A76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2B391B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4DEA63B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34002079" w14:textId="77777777" w:rsidR="00415B47" w:rsidRDefault="00415B47">
            <w:pPr>
              <w:jc w:val="center"/>
            </w:pPr>
          </w:p>
        </w:tc>
      </w:tr>
      <w:tr w:rsidR="00415B47" w14:paraId="20347B3C" w14:textId="77777777" w:rsidTr="0012102F">
        <w:trPr>
          <w:trHeight w:val="640"/>
          <w:jc w:val="center"/>
        </w:trPr>
        <w:tc>
          <w:tcPr>
            <w:tcW w:w="468" w:type="dxa"/>
          </w:tcPr>
          <w:p w14:paraId="5992FC5A" w14:textId="1467CEEF" w:rsidR="00415B47" w:rsidRDefault="0012102F">
            <w:pPr>
              <w:jc w:val="center"/>
            </w:pPr>
            <w:r>
              <w:rPr>
                <w:sz w:val="14"/>
              </w:rPr>
              <w:t>94</w:t>
            </w:r>
          </w:p>
        </w:tc>
        <w:tc>
          <w:tcPr>
            <w:tcW w:w="633" w:type="dxa"/>
          </w:tcPr>
          <w:p w14:paraId="76E7E022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88E779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4C8E5317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166988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75DB478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8538D3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385E216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E34F1FF" w14:textId="77777777" w:rsidR="00415B47" w:rsidRDefault="00415B47">
            <w:pPr>
              <w:jc w:val="center"/>
            </w:pPr>
          </w:p>
        </w:tc>
      </w:tr>
      <w:tr w:rsidR="00415B47" w14:paraId="3A8D8C39" w14:textId="77777777" w:rsidTr="0012102F">
        <w:trPr>
          <w:trHeight w:val="640"/>
          <w:jc w:val="center"/>
        </w:trPr>
        <w:tc>
          <w:tcPr>
            <w:tcW w:w="468" w:type="dxa"/>
          </w:tcPr>
          <w:p w14:paraId="18687E19" w14:textId="09DE6E09" w:rsidR="00415B47" w:rsidRDefault="0012102F">
            <w:pPr>
              <w:jc w:val="center"/>
            </w:pPr>
            <w:r>
              <w:rPr>
                <w:sz w:val="14"/>
              </w:rPr>
              <w:t>95</w:t>
            </w:r>
          </w:p>
        </w:tc>
        <w:tc>
          <w:tcPr>
            <w:tcW w:w="633" w:type="dxa"/>
          </w:tcPr>
          <w:p w14:paraId="7BBA3BA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28E7252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1DC47DBF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618C695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F86EC7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062A5CC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22355BEA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7413E6E3" w14:textId="77777777" w:rsidR="00415B47" w:rsidRDefault="00415B47">
            <w:pPr>
              <w:jc w:val="center"/>
            </w:pPr>
          </w:p>
        </w:tc>
      </w:tr>
      <w:tr w:rsidR="00415B47" w14:paraId="0E10A9ED" w14:textId="77777777" w:rsidTr="0012102F">
        <w:trPr>
          <w:trHeight w:val="640"/>
          <w:jc w:val="center"/>
        </w:trPr>
        <w:tc>
          <w:tcPr>
            <w:tcW w:w="468" w:type="dxa"/>
          </w:tcPr>
          <w:p w14:paraId="634946FD" w14:textId="0FB2165F" w:rsidR="00415B47" w:rsidRDefault="0012102F">
            <w:pPr>
              <w:jc w:val="center"/>
            </w:pPr>
            <w:r>
              <w:rPr>
                <w:sz w:val="14"/>
              </w:rPr>
              <w:t>96</w:t>
            </w:r>
          </w:p>
        </w:tc>
        <w:tc>
          <w:tcPr>
            <w:tcW w:w="633" w:type="dxa"/>
          </w:tcPr>
          <w:p w14:paraId="0D35416A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4F1B296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00FCFC5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9A2AEBA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51160091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420A33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21C448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173AF16" w14:textId="77777777" w:rsidR="00415B47" w:rsidRDefault="00415B47">
            <w:pPr>
              <w:jc w:val="center"/>
            </w:pPr>
          </w:p>
        </w:tc>
      </w:tr>
      <w:tr w:rsidR="00415B47" w14:paraId="0A182ECE" w14:textId="77777777" w:rsidTr="0012102F">
        <w:trPr>
          <w:trHeight w:val="640"/>
          <w:jc w:val="center"/>
        </w:trPr>
        <w:tc>
          <w:tcPr>
            <w:tcW w:w="468" w:type="dxa"/>
          </w:tcPr>
          <w:p w14:paraId="3053A5CA" w14:textId="2961A1C6" w:rsidR="00415B47" w:rsidRDefault="0012102F">
            <w:pPr>
              <w:jc w:val="center"/>
            </w:pPr>
            <w:r>
              <w:rPr>
                <w:sz w:val="14"/>
              </w:rPr>
              <w:t>97</w:t>
            </w:r>
          </w:p>
        </w:tc>
        <w:tc>
          <w:tcPr>
            <w:tcW w:w="633" w:type="dxa"/>
          </w:tcPr>
          <w:p w14:paraId="140C152C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E94E3D8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0F5AB6A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0BBDC21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09CC029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28C159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03257803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4F79AE15" w14:textId="77777777" w:rsidR="00415B47" w:rsidRDefault="00415B47">
            <w:pPr>
              <w:jc w:val="center"/>
            </w:pPr>
          </w:p>
        </w:tc>
      </w:tr>
      <w:tr w:rsidR="00415B47" w14:paraId="624E6575" w14:textId="77777777" w:rsidTr="0012102F">
        <w:trPr>
          <w:trHeight w:val="640"/>
          <w:jc w:val="center"/>
        </w:trPr>
        <w:tc>
          <w:tcPr>
            <w:tcW w:w="468" w:type="dxa"/>
          </w:tcPr>
          <w:p w14:paraId="5CC850C7" w14:textId="798E94DB" w:rsidR="00415B47" w:rsidRDefault="0012102F">
            <w:pPr>
              <w:jc w:val="center"/>
            </w:pPr>
            <w:r>
              <w:rPr>
                <w:sz w:val="14"/>
              </w:rPr>
              <w:t>98</w:t>
            </w:r>
          </w:p>
        </w:tc>
        <w:tc>
          <w:tcPr>
            <w:tcW w:w="633" w:type="dxa"/>
          </w:tcPr>
          <w:p w14:paraId="0BCFC820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3D3D2155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D348C13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13EE98B6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43652F7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1BDBE984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E9A2047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59D52DE4" w14:textId="77777777" w:rsidR="00415B47" w:rsidRDefault="00415B47">
            <w:pPr>
              <w:jc w:val="center"/>
            </w:pPr>
          </w:p>
        </w:tc>
      </w:tr>
      <w:tr w:rsidR="00415B47" w14:paraId="2424DC8A" w14:textId="77777777" w:rsidTr="0012102F">
        <w:trPr>
          <w:trHeight w:val="640"/>
          <w:jc w:val="center"/>
        </w:trPr>
        <w:tc>
          <w:tcPr>
            <w:tcW w:w="468" w:type="dxa"/>
          </w:tcPr>
          <w:p w14:paraId="74972D57" w14:textId="68056BD8" w:rsidR="00415B47" w:rsidRDefault="0012102F">
            <w:pPr>
              <w:jc w:val="center"/>
            </w:pPr>
            <w:r>
              <w:rPr>
                <w:sz w:val="14"/>
              </w:rPr>
              <w:t>99</w:t>
            </w:r>
          </w:p>
        </w:tc>
        <w:tc>
          <w:tcPr>
            <w:tcW w:w="633" w:type="dxa"/>
          </w:tcPr>
          <w:p w14:paraId="66B35BC3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09D43D1B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2E38F28D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59BDD879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3267E36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56C4B8CE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53F292D9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1BF86AC6" w14:textId="77777777" w:rsidR="00415B47" w:rsidRDefault="00415B47">
            <w:pPr>
              <w:jc w:val="center"/>
            </w:pPr>
          </w:p>
        </w:tc>
      </w:tr>
      <w:tr w:rsidR="00415B47" w14:paraId="72139468" w14:textId="77777777" w:rsidTr="0012102F">
        <w:trPr>
          <w:trHeight w:val="640"/>
          <w:jc w:val="center"/>
        </w:trPr>
        <w:tc>
          <w:tcPr>
            <w:tcW w:w="468" w:type="dxa"/>
          </w:tcPr>
          <w:p w14:paraId="352D4CDC" w14:textId="344F29C4" w:rsidR="00415B47" w:rsidRDefault="0012102F">
            <w:pPr>
              <w:jc w:val="center"/>
            </w:pPr>
            <w:r>
              <w:rPr>
                <w:sz w:val="14"/>
              </w:rPr>
              <w:t>100</w:t>
            </w:r>
          </w:p>
        </w:tc>
        <w:tc>
          <w:tcPr>
            <w:tcW w:w="633" w:type="dxa"/>
          </w:tcPr>
          <w:p w14:paraId="25EA6CA4" w14:textId="77777777" w:rsidR="00415B47" w:rsidRDefault="00415B47">
            <w:pPr>
              <w:jc w:val="center"/>
            </w:pPr>
          </w:p>
        </w:tc>
        <w:tc>
          <w:tcPr>
            <w:tcW w:w="2697" w:type="dxa"/>
          </w:tcPr>
          <w:p w14:paraId="2D568574" w14:textId="77777777" w:rsidR="00415B47" w:rsidRDefault="00415B47">
            <w:pPr>
              <w:jc w:val="center"/>
            </w:pPr>
          </w:p>
        </w:tc>
        <w:tc>
          <w:tcPr>
            <w:tcW w:w="1153" w:type="dxa"/>
          </w:tcPr>
          <w:p w14:paraId="6B4A7D9E" w14:textId="77777777" w:rsidR="00415B47" w:rsidRDefault="00415B47">
            <w:pPr>
              <w:jc w:val="center"/>
            </w:pPr>
          </w:p>
        </w:tc>
        <w:tc>
          <w:tcPr>
            <w:tcW w:w="1201" w:type="dxa"/>
          </w:tcPr>
          <w:p w14:paraId="23C2055F" w14:textId="77777777" w:rsidR="00415B47" w:rsidRDefault="00415B47">
            <w:pPr>
              <w:jc w:val="center"/>
            </w:pPr>
          </w:p>
        </w:tc>
        <w:tc>
          <w:tcPr>
            <w:tcW w:w="1132" w:type="dxa"/>
          </w:tcPr>
          <w:p w14:paraId="6554C16F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2" w:type="dxa"/>
          </w:tcPr>
          <w:p w14:paraId="7F8DBACD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71" w:type="dxa"/>
          </w:tcPr>
          <w:p w14:paraId="7B4457DC" w14:textId="77777777" w:rsidR="00415B47" w:rsidRDefault="00514698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9" w:type="dxa"/>
          </w:tcPr>
          <w:p w14:paraId="07EB89D6" w14:textId="77777777" w:rsidR="00415B47" w:rsidRDefault="00415B47">
            <w:pPr>
              <w:jc w:val="center"/>
            </w:pPr>
          </w:p>
        </w:tc>
      </w:tr>
    </w:tbl>
    <w:p w14:paraId="006F11A5" w14:textId="77777777" w:rsidR="004A05E3" w:rsidRDefault="004A05E3">
      <w:pPr>
        <w:rPr>
          <w:lang w:val="bg-BG"/>
        </w:rPr>
      </w:pPr>
    </w:p>
    <w:p w14:paraId="7B33D84A" w14:textId="40049074" w:rsidR="00415B47" w:rsidRDefault="00514698">
      <w:r>
        <w:t>Председателстващ: ____________________________________   Подпис: __________________</w:t>
      </w:r>
    </w:p>
    <w:p w14:paraId="0EFD81E7" w14:textId="77777777" w:rsidR="00415B47" w:rsidRDefault="00514698">
      <w:r>
        <w:t>Протоколчик: __________________________________________   Подпис: __________________</w:t>
      </w:r>
    </w:p>
    <w:sectPr w:rsidR="00415B47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5739808">
    <w:abstractNumId w:val="8"/>
  </w:num>
  <w:num w:numId="2" w16cid:durableId="656155041">
    <w:abstractNumId w:val="6"/>
  </w:num>
  <w:num w:numId="3" w16cid:durableId="1986816673">
    <w:abstractNumId w:val="5"/>
  </w:num>
  <w:num w:numId="4" w16cid:durableId="1118992477">
    <w:abstractNumId w:val="4"/>
  </w:num>
  <w:num w:numId="5" w16cid:durableId="1434738807">
    <w:abstractNumId w:val="7"/>
  </w:num>
  <w:num w:numId="6" w16cid:durableId="1128208574">
    <w:abstractNumId w:val="3"/>
  </w:num>
  <w:num w:numId="7" w16cid:durableId="556278014">
    <w:abstractNumId w:val="2"/>
  </w:num>
  <w:num w:numId="8" w16cid:durableId="270358500">
    <w:abstractNumId w:val="1"/>
  </w:num>
  <w:num w:numId="9" w16cid:durableId="1195654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B8D"/>
    <w:rsid w:val="0012102F"/>
    <w:rsid w:val="0015074B"/>
    <w:rsid w:val="00180612"/>
    <w:rsid w:val="001B7B5C"/>
    <w:rsid w:val="001C5F03"/>
    <w:rsid w:val="00207D70"/>
    <w:rsid w:val="0029639D"/>
    <w:rsid w:val="00326F90"/>
    <w:rsid w:val="00415B47"/>
    <w:rsid w:val="004A05E3"/>
    <w:rsid w:val="00514698"/>
    <w:rsid w:val="005A2456"/>
    <w:rsid w:val="006D4597"/>
    <w:rsid w:val="006F3639"/>
    <w:rsid w:val="007025C2"/>
    <w:rsid w:val="00715BB3"/>
    <w:rsid w:val="00AA1D8D"/>
    <w:rsid w:val="00B47730"/>
    <w:rsid w:val="00CB0664"/>
    <w:rsid w:val="00D864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6038EB"/>
  <w14:defaultImageDpi w14:val="300"/>
  <w15:docId w15:val="{036A6F0D-7F17-4EA9-8F92-0273DE0C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dr.zhechev@gmail.com</cp:lastModifiedBy>
  <cp:revision>17</cp:revision>
  <cp:lastPrinted>2026-09-09T13:56:00Z</cp:lastPrinted>
  <dcterms:created xsi:type="dcterms:W3CDTF">2013-12-23T23:15:00Z</dcterms:created>
  <dcterms:modified xsi:type="dcterms:W3CDTF">2026-09-11T13:06:00Z</dcterms:modified>
  <cp:category/>
</cp:coreProperties>
</file>