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B278" w14:textId="77777777" w:rsidR="00415B47" w:rsidRPr="00715BB3" w:rsidRDefault="00652F4F">
      <w:pPr>
        <w:jc w:val="center"/>
        <w:rPr>
          <w:sz w:val="24"/>
          <w:szCs w:val="24"/>
        </w:rPr>
      </w:pPr>
      <w:r w:rsidRPr="00715BB3">
        <w:rPr>
          <w:b/>
          <w:sz w:val="24"/>
          <w:szCs w:val="24"/>
        </w:rPr>
        <w:t>ПРОТОКОЛ № 1</w:t>
      </w:r>
    </w:p>
    <w:p w14:paraId="01854FC8" w14:textId="77777777" w:rsidR="00415B47" w:rsidRPr="00281DFF" w:rsidRDefault="00652F4F">
      <w:pPr>
        <w:jc w:val="center"/>
        <w:rPr>
          <w:szCs w:val="20"/>
        </w:rPr>
      </w:pPr>
      <w:r w:rsidRPr="00281DFF">
        <w:rPr>
          <w:b/>
          <w:szCs w:val="20"/>
        </w:rPr>
        <w:t>от Общо събрание на Сдружението на собствениците</w:t>
      </w:r>
    </w:p>
    <w:p w14:paraId="7252693F" w14:textId="77777777" w:rsidR="00415B47" w:rsidRPr="00281DFF" w:rsidRDefault="00652F4F">
      <w:pPr>
        <w:rPr>
          <w:szCs w:val="20"/>
        </w:rPr>
      </w:pPr>
      <w:r w:rsidRPr="00281DFF">
        <w:rPr>
          <w:szCs w:val="20"/>
        </w:rPr>
        <w:t>Сграда/блок: ____________  Вход: ______  Адрес: ________________________________________________</w:t>
      </w:r>
    </w:p>
    <w:p w14:paraId="5E9C7B90" w14:textId="77777777" w:rsidR="00415B47" w:rsidRPr="00281DFF" w:rsidRDefault="00652F4F">
      <w:pPr>
        <w:rPr>
          <w:szCs w:val="20"/>
        </w:rPr>
      </w:pPr>
      <w:r w:rsidRPr="00281DFF">
        <w:rPr>
          <w:szCs w:val="20"/>
        </w:rPr>
        <w:t>Дата: ____________ г.  Час: ______  Място: _________________________________________________</w:t>
      </w:r>
    </w:p>
    <w:p w14:paraId="343D3B6C" w14:textId="77777777" w:rsidR="00415B47" w:rsidRPr="00281DFF" w:rsidRDefault="00652F4F">
      <w:pPr>
        <w:rPr>
          <w:szCs w:val="20"/>
        </w:rPr>
      </w:pPr>
      <w:r w:rsidRPr="00281DFF">
        <w:rPr>
          <w:szCs w:val="20"/>
        </w:rPr>
        <w:t>Председателстващ: ____________________________________  Протоколчик: ______________________________</w:t>
      </w:r>
    </w:p>
    <w:p w14:paraId="2C1D7E98" w14:textId="77777777" w:rsidR="00415B47" w:rsidRPr="00281DFF" w:rsidRDefault="00652F4F">
      <w:pPr>
        <w:rPr>
          <w:szCs w:val="20"/>
        </w:rPr>
      </w:pPr>
      <w:r w:rsidRPr="00281DFF">
        <w:rPr>
          <w:b/>
          <w:szCs w:val="20"/>
        </w:rPr>
        <w:t>ДНЕВЕН РЕД</w:t>
      </w:r>
    </w:p>
    <w:p w14:paraId="028E5754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1. Разглеждане и приемане на офертата за изготвяне на технически паспорт на сградата.</w:t>
      </w:r>
    </w:p>
    <w:p w14:paraId="29B8D748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2. Приемане на предложената цена съгласно представената оферта.</w:t>
      </w:r>
    </w:p>
    <w:p w14:paraId="3327AD9E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3. Възлагане на управителя/председателя на Сдружението да сключи договор с избраната фирма/лице за изготвяне на техническия паспорт.</w:t>
      </w:r>
    </w:p>
    <w:p w14:paraId="143C4351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4. Упълномощаване на управителя/председателя да предостави необходимите документи и информация.</w:t>
      </w:r>
    </w:p>
    <w:p w14:paraId="66EF47C0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5. Вземане на решение за обследване за енергийна ефективност/издаване на енергиен сертификат съгласно офертата.</w:t>
      </w:r>
    </w:p>
    <w:p w14:paraId="04A07BFA" w14:textId="00D84D65" w:rsidR="00415B47" w:rsidRPr="00281DFF" w:rsidRDefault="00652F4F" w:rsidP="00281DFF">
      <w:pPr>
        <w:spacing w:line="240" w:lineRule="auto"/>
        <w:rPr>
          <w:szCs w:val="20"/>
          <w:lang w:val="bg-BG"/>
        </w:rPr>
      </w:pPr>
      <w:r w:rsidRPr="00281DFF">
        <w:rPr>
          <w:szCs w:val="20"/>
        </w:rPr>
        <w:t xml:space="preserve">6. </w:t>
      </w:r>
      <w:r w:rsidR="001B7B5C" w:rsidRPr="00281DFF">
        <w:rPr>
          <w:szCs w:val="20"/>
          <w:lang w:val="bg-BG"/>
        </w:rPr>
        <w:t xml:space="preserve">Отваряне на банкова сметка на сдружението на собствениците за целите на сдружението в банков клон :  </w:t>
      </w:r>
      <w:r w:rsidR="00207D70" w:rsidRPr="00281DFF">
        <w:rPr>
          <w:szCs w:val="20"/>
          <w:lang w:val="bg-BG"/>
        </w:rPr>
        <w:t>................................................................................................................................</w:t>
      </w:r>
    </w:p>
    <w:p w14:paraId="1BC0D687" w14:textId="77777777" w:rsidR="00415B47" w:rsidRPr="00281DFF" w:rsidRDefault="00652F4F">
      <w:pPr>
        <w:rPr>
          <w:szCs w:val="20"/>
        </w:rPr>
      </w:pPr>
      <w:r w:rsidRPr="00281DFF">
        <w:rPr>
          <w:b/>
          <w:szCs w:val="20"/>
        </w:rPr>
        <w:t>РЕШЕНИЯ</w:t>
      </w:r>
    </w:p>
    <w:p w14:paraId="4FF2AF11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1. Общото събрание приема офертата за изготвяне на технически паспорт на сградата.</w:t>
      </w:r>
    </w:p>
    <w:p w14:paraId="2C32F798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2. Приема предложената цена съгласно представената оферта.</w:t>
      </w:r>
    </w:p>
    <w:p w14:paraId="3A514295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3. Възлага на управителя/председателя на Сдружението да сключи договор с избраната фирма/лице за изготвяне на техническия паспорт.</w:t>
      </w:r>
    </w:p>
    <w:p w14:paraId="5A742917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4. Упълномощава управителя/председателя да предостави необходимите документи и информация, свързани с изготвянето на техническия паспорт.</w:t>
      </w:r>
    </w:p>
    <w:p w14:paraId="355944D4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5. Разходите за изготвянето на техническия паспорт да бъдат заплатени от средствата на етажната собственост.</w:t>
      </w:r>
    </w:p>
    <w:p w14:paraId="3CB23AF4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6. Определя срок за изпълнение съгласно условията, посочени в приетата оферта.</w:t>
      </w:r>
    </w:p>
    <w:p w14:paraId="1C8C767D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7. Общото събрание решава да се извърши обследване за енергийна ефективност/издаване на енергиен сертификат съгласно приетата оферта.</w:t>
      </w:r>
    </w:p>
    <w:p w14:paraId="53AA56B3" w14:textId="28759C8C" w:rsidR="00415B47" w:rsidRPr="00281DFF" w:rsidRDefault="00652F4F" w:rsidP="00281DFF">
      <w:pPr>
        <w:spacing w:line="240" w:lineRule="auto"/>
        <w:rPr>
          <w:szCs w:val="20"/>
          <w:lang w:val="bg-BG"/>
        </w:rPr>
      </w:pPr>
      <w:r w:rsidRPr="00281DFF">
        <w:rPr>
          <w:szCs w:val="20"/>
        </w:rPr>
        <w:t>8. Упълномощава управителя/председателя да подпише необходимите документи и договора с „САНИРАНЕ БГ“ ЕООД.</w:t>
      </w:r>
      <w:r w:rsidR="00207D70" w:rsidRPr="00281DFF">
        <w:rPr>
          <w:szCs w:val="20"/>
          <w:lang w:val="bg-BG"/>
        </w:rPr>
        <w:t xml:space="preserve"> </w:t>
      </w:r>
      <w:r w:rsidR="00207D70" w:rsidRPr="00281DFF">
        <w:rPr>
          <w:szCs w:val="20"/>
          <w:lang w:val="bg-BG"/>
        </w:rPr>
        <w:br/>
      </w:r>
      <w:r w:rsidR="00207D70" w:rsidRPr="00281DFF">
        <w:rPr>
          <w:szCs w:val="20"/>
          <w:lang w:val="bg-BG"/>
        </w:rPr>
        <w:br/>
        <w:t xml:space="preserve">9. </w:t>
      </w:r>
      <w:r w:rsidR="00207D70" w:rsidRPr="00281DFF">
        <w:rPr>
          <w:szCs w:val="20"/>
        </w:rPr>
        <w:t>Общото събрание решава да се</w:t>
      </w:r>
      <w:r w:rsidR="00207D70" w:rsidRPr="00281DFF">
        <w:rPr>
          <w:szCs w:val="20"/>
          <w:lang w:val="bg-BG"/>
        </w:rPr>
        <w:t xml:space="preserve"> отвори банкова сметка в банков клон:.................................</w:t>
      </w:r>
    </w:p>
    <w:p w14:paraId="48CD0132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Решението е прието с необходимото мнозинство съгласно Закона за управление на етажната собственост.</w:t>
      </w:r>
    </w:p>
    <w:p w14:paraId="7BB3B1C7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Резултат от гласуването: „ЗА“ ______ % идеални части; „ПРОТИВ“ ______ %; „ВЪЗДЪРЖАЛ СЕ“ ______ %.</w:t>
      </w:r>
    </w:p>
    <w:p w14:paraId="37B81E99" w14:textId="77777777" w:rsidR="00415B47" w:rsidRDefault="00652F4F" w:rsidP="00281DFF">
      <w:pPr>
        <w:spacing w:line="240" w:lineRule="auto"/>
        <w:rPr>
          <w:szCs w:val="20"/>
          <w:lang w:val="bg-BG"/>
        </w:rPr>
      </w:pPr>
      <w:r w:rsidRPr="00281DFF">
        <w:rPr>
          <w:szCs w:val="20"/>
        </w:rPr>
        <w:t>Приложение № 1: Присъствен/гласувателен списък.</w:t>
      </w:r>
    </w:p>
    <w:p w14:paraId="374C5511" w14:textId="77777777" w:rsidR="00281DFF" w:rsidRDefault="00281DFF" w:rsidP="00281DFF">
      <w:pPr>
        <w:spacing w:line="240" w:lineRule="auto"/>
        <w:rPr>
          <w:szCs w:val="20"/>
          <w:lang w:val="bg-BG"/>
        </w:rPr>
      </w:pPr>
    </w:p>
    <w:p w14:paraId="696AD6C5" w14:textId="77777777" w:rsidR="00281DFF" w:rsidRPr="00281DFF" w:rsidRDefault="00281DFF" w:rsidP="00281DFF">
      <w:pPr>
        <w:spacing w:line="240" w:lineRule="auto"/>
        <w:rPr>
          <w:szCs w:val="20"/>
          <w:lang w:val="bg-BG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"/>
        <w:gridCol w:w="633"/>
        <w:gridCol w:w="2697"/>
        <w:gridCol w:w="1153"/>
        <w:gridCol w:w="1201"/>
        <w:gridCol w:w="1132"/>
        <w:gridCol w:w="1152"/>
        <w:gridCol w:w="1171"/>
        <w:gridCol w:w="1149"/>
      </w:tblGrid>
      <w:tr w:rsidR="00415B47" w14:paraId="50D68AE6" w14:textId="77777777" w:rsidTr="00CD3864">
        <w:trPr>
          <w:jc w:val="center"/>
        </w:trPr>
        <w:tc>
          <w:tcPr>
            <w:tcW w:w="468" w:type="dxa"/>
          </w:tcPr>
          <w:p w14:paraId="2D7A9E70" w14:textId="77777777" w:rsidR="00415B47" w:rsidRDefault="00652F4F">
            <w:pPr>
              <w:jc w:val="center"/>
            </w:pPr>
            <w:r>
              <w:rPr>
                <w:b/>
                <w:sz w:val="14"/>
              </w:rPr>
              <w:lastRenderedPageBreak/>
              <w:t>№</w:t>
            </w:r>
          </w:p>
        </w:tc>
        <w:tc>
          <w:tcPr>
            <w:tcW w:w="633" w:type="dxa"/>
          </w:tcPr>
          <w:p w14:paraId="541CF3C5" w14:textId="77777777" w:rsidR="00415B47" w:rsidRDefault="00652F4F">
            <w:pPr>
              <w:jc w:val="center"/>
            </w:pPr>
            <w:r>
              <w:rPr>
                <w:b/>
                <w:sz w:val="14"/>
              </w:rPr>
              <w:t>Самостоятелен обект / ап.</w:t>
            </w:r>
          </w:p>
        </w:tc>
        <w:tc>
          <w:tcPr>
            <w:tcW w:w="2697" w:type="dxa"/>
          </w:tcPr>
          <w:p w14:paraId="75C0B889" w14:textId="3DCA8D34" w:rsidR="00415B47" w:rsidRPr="006F3639" w:rsidRDefault="00652F4F">
            <w:pPr>
              <w:jc w:val="center"/>
              <w:rPr>
                <w:lang w:val="bg-BG"/>
              </w:rPr>
            </w:pPr>
            <w:r>
              <w:rPr>
                <w:b/>
                <w:sz w:val="14"/>
              </w:rPr>
              <w:t xml:space="preserve">Собственик </w:t>
            </w:r>
          </w:p>
        </w:tc>
        <w:tc>
          <w:tcPr>
            <w:tcW w:w="1153" w:type="dxa"/>
          </w:tcPr>
          <w:p w14:paraId="7D745627" w14:textId="77777777" w:rsidR="00415B47" w:rsidRDefault="00652F4F">
            <w:pPr>
              <w:jc w:val="center"/>
            </w:pPr>
            <w:r>
              <w:rPr>
                <w:b/>
                <w:sz w:val="14"/>
              </w:rPr>
              <w:t>Идеални части (%)</w:t>
            </w:r>
          </w:p>
        </w:tc>
        <w:tc>
          <w:tcPr>
            <w:tcW w:w="1201" w:type="dxa"/>
          </w:tcPr>
          <w:p w14:paraId="731A1611" w14:textId="77777777" w:rsidR="00415B47" w:rsidRDefault="00652F4F">
            <w:pPr>
              <w:jc w:val="center"/>
            </w:pPr>
            <w:r>
              <w:rPr>
                <w:b/>
                <w:sz w:val="14"/>
              </w:rPr>
              <w:t>Представител</w:t>
            </w:r>
          </w:p>
        </w:tc>
        <w:tc>
          <w:tcPr>
            <w:tcW w:w="1132" w:type="dxa"/>
          </w:tcPr>
          <w:p w14:paraId="4ACD8CC7" w14:textId="77777777" w:rsidR="00415B47" w:rsidRDefault="00652F4F">
            <w:pPr>
              <w:jc w:val="center"/>
            </w:pPr>
            <w:r>
              <w:rPr>
                <w:b/>
                <w:sz w:val="14"/>
              </w:rPr>
              <w:t>ЗА</w:t>
            </w:r>
          </w:p>
        </w:tc>
        <w:tc>
          <w:tcPr>
            <w:tcW w:w="1152" w:type="dxa"/>
          </w:tcPr>
          <w:p w14:paraId="4A9E78D9" w14:textId="77777777" w:rsidR="00415B47" w:rsidRDefault="00652F4F">
            <w:pPr>
              <w:jc w:val="center"/>
            </w:pPr>
            <w:r>
              <w:rPr>
                <w:b/>
                <w:sz w:val="14"/>
              </w:rPr>
              <w:t>ПРОТИВ</w:t>
            </w:r>
          </w:p>
        </w:tc>
        <w:tc>
          <w:tcPr>
            <w:tcW w:w="1171" w:type="dxa"/>
          </w:tcPr>
          <w:p w14:paraId="3C8EEC68" w14:textId="77777777" w:rsidR="00415B47" w:rsidRDefault="00652F4F">
            <w:pPr>
              <w:jc w:val="center"/>
            </w:pPr>
            <w:r>
              <w:rPr>
                <w:b/>
                <w:sz w:val="14"/>
              </w:rPr>
              <w:t>ВЪЗДЪРЖАЛ СЕ</w:t>
            </w:r>
          </w:p>
        </w:tc>
        <w:tc>
          <w:tcPr>
            <w:tcW w:w="1149" w:type="dxa"/>
          </w:tcPr>
          <w:p w14:paraId="521027E0" w14:textId="77777777" w:rsidR="00415B47" w:rsidRDefault="00652F4F">
            <w:pPr>
              <w:jc w:val="center"/>
            </w:pPr>
            <w:r>
              <w:rPr>
                <w:b/>
                <w:sz w:val="14"/>
              </w:rPr>
              <w:t>Подпис</w:t>
            </w:r>
          </w:p>
        </w:tc>
      </w:tr>
      <w:tr w:rsidR="00415B47" w14:paraId="110B4FD4" w14:textId="77777777" w:rsidTr="00CD3864">
        <w:trPr>
          <w:trHeight w:val="640"/>
          <w:jc w:val="center"/>
        </w:trPr>
        <w:tc>
          <w:tcPr>
            <w:tcW w:w="468" w:type="dxa"/>
          </w:tcPr>
          <w:p w14:paraId="519B812E" w14:textId="5D76EFCE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633" w:type="dxa"/>
          </w:tcPr>
          <w:p w14:paraId="55B7A39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10AD41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77609E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665F30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02A17C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9DFB5A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4997C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04FD0D6" w14:textId="77777777" w:rsidR="00415B47" w:rsidRDefault="00415B47">
            <w:pPr>
              <w:jc w:val="center"/>
            </w:pPr>
          </w:p>
        </w:tc>
      </w:tr>
      <w:tr w:rsidR="00415B47" w14:paraId="29556954" w14:textId="77777777" w:rsidTr="00CD3864">
        <w:trPr>
          <w:trHeight w:val="640"/>
          <w:jc w:val="center"/>
        </w:trPr>
        <w:tc>
          <w:tcPr>
            <w:tcW w:w="468" w:type="dxa"/>
          </w:tcPr>
          <w:p w14:paraId="7A022053" w14:textId="7BA880EF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633" w:type="dxa"/>
          </w:tcPr>
          <w:p w14:paraId="3E9F141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7D2465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8E05F5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2B6D5F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B3A34A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302A3B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74E798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899A4D6" w14:textId="77777777" w:rsidR="00415B47" w:rsidRDefault="00415B47">
            <w:pPr>
              <w:jc w:val="center"/>
            </w:pPr>
          </w:p>
        </w:tc>
      </w:tr>
      <w:tr w:rsidR="00415B47" w14:paraId="41B4CB20" w14:textId="77777777" w:rsidTr="00CD3864">
        <w:trPr>
          <w:trHeight w:val="640"/>
          <w:jc w:val="center"/>
        </w:trPr>
        <w:tc>
          <w:tcPr>
            <w:tcW w:w="468" w:type="dxa"/>
          </w:tcPr>
          <w:p w14:paraId="4CB68F36" w14:textId="3A095AF1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633" w:type="dxa"/>
          </w:tcPr>
          <w:p w14:paraId="12A0E05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0CB154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9FC8DC0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8D6DEB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62B9FE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2A3017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27C1F2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C4DF3B" w14:textId="77777777" w:rsidR="00415B47" w:rsidRDefault="00415B47">
            <w:pPr>
              <w:jc w:val="center"/>
            </w:pPr>
          </w:p>
        </w:tc>
      </w:tr>
      <w:tr w:rsidR="00415B47" w14:paraId="137BC2B8" w14:textId="77777777" w:rsidTr="00CD3864">
        <w:trPr>
          <w:trHeight w:val="640"/>
          <w:jc w:val="center"/>
        </w:trPr>
        <w:tc>
          <w:tcPr>
            <w:tcW w:w="468" w:type="dxa"/>
          </w:tcPr>
          <w:p w14:paraId="4FE16BA8" w14:textId="5DACE645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633" w:type="dxa"/>
          </w:tcPr>
          <w:p w14:paraId="15EBEE7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728FED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AC43D6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573F84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D08723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81196D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5D4BC9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D543B82" w14:textId="77777777" w:rsidR="00415B47" w:rsidRDefault="00415B47">
            <w:pPr>
              <w:jc w:val="center"/>
            </w:pPr>
          </w:p>
        </w:tc>
      </w:tr>
      <w:tr w:rsidR="00415B47" w14:paraId="24FE96B3" w14:textId="77777777" w:rsidTr="00CD3864">
        <w:trPr>
          <w:trHeight w:val="640"/>
          <w:jc w:val="center"/>
        </w:trPr>
        <w:tc>
          <w:tcPr>
            <w:tcW w:w="468" w:type="dxa"/>
          </w:tcPr>
          <w:p w14:paraId="0DE9D42E" w14:textId="3041FC58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5</w:t>
            </w:r>
          </w:p>
        </w:tc>
        <w:tc>
          <w:tcPr>
            <w:tcW w:w="633" w:type="dxa"/>
          </w:tcPr>
          <w:p w14:paraId="5E7D993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36AB44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F9312E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84A406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3967B2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EFE593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EB042C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AFDC86B" w14:textId="77777777" w:rsidR="00415B47" w:rsidRDefault="00415B47">
            <w:pPr>
              <w:jc w:val="center"/>
            </w:pPr>
          </w:p>
        </w:tc>
      </w:tr>
      <w:tr w:rsidR="00415B47" w14:paraId="40B85EF1" w14:textId="77777777" w:rsidTr="00CD3864">
        <w:trPr>
          <w:trHeight w:val="640"/>
          <w:jc w:val="center"/>
        </w:trPr>
        <w:tc>
          <w:tcPr>
            <w:tcW w:w="468" w:type="dxa"/>
          </w:tcPr>
          <w:p w14:paraId="55E8252C" w14:textId="6BDB4585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633" w:type="dxa"/>
          </w:tcPr>
          <w:p w14:paraId="45E6E22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57EAB7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785B28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F1EAFE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74ECFA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5808C2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F8EDD7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6D2D168" w14:textId="77777777" w:rsidR="00415B47" w:rsidRDefault="00415B47">
            <w:pPr>
              <w:jc w:val="center"/>
            </w:pPr>
          </w:p>
        </w:tc>
      </w:tr>
      <w:tr w:rsidR="00415B47" w14:paraId="52415469" w14:textId="77777777" w:rsidTr="00CD3864">
        <w:trPr>
          <w:trHeight w:val="640"/>
          <w:jc w:val="center"/>
        </w:trPr>
        <w:tc>
          <w:tcPr>
            <w:tcW w:w="468" w:type="dxa"/>
          </w:tcPr>
          <w:p w14:paraId="7C1F2D6C" w14:textId="65012903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7</w:t>
            </w:r>
          </w:p>
        </w:tc>
        <w:tc>
          <w:tcPr>
            <w:tcW w:w="633" w:type="dxa"/>
          </w:tcPr>
          <w:p w14:paraId="531E7B5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36DF8F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CF5F9F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382924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333889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B0AC81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7AA002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D4D020" w14:textId="77777777" w:rsidR="00415B47" w:rsidRDefault="00415B47">
            <w:pPr>
              <w:jc w:val="center"/>
            </w:pPr>
          </w:p>
        </w:tc>
      </w:tr>
      <w:tr w:rsidR="00415B47" w14:paraId="0CA0C543" w14:textId="77777777" w:rsidTr="00CD3864">
        <w:trPr>
          <w:trHeight w:val="640"/>
          <w:jc w:val="center"/>
        </w:trPr>
        <w:tc>
          <w:tcPr>
            <w:tcW w:w="468" w:type="dxa"/>
          </w:tcPr>
          <w:p w14:paraId="2F50127E" w14:textId="291F21C3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8</w:t>
            </w:r>
          </w:p>
        </w:tc>
        <w:tc>
          <w:tcPr>
            <w:tcW w:w="633" w:type="dxa"/>
          </w:tcPr>
          <w:p w14:paraId="2DE2372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A6AA2A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7EF493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1D9C88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AEEF0A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B93426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B6786C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DA9F820" w14:textId="77777777" w:rsidR="00415B47" w:rsidRDefault="00415B47">
            <w:pPr>
              <w:jc w:val="center"/>
            </w:pPr>
          </w:p>
        </w:tc>
      </w:tr>
      <w:tr w:rsidR="00415B47" w14:paraId="0302678F" w14:textId="77777777" w:rsidTr="00CD3864">
        <w:trPr>
          <w:trHeight w:val="640"/>
          <w:jc w:val="center"/>
        </w:trPr>
        <w:tc>
          <w:tcPr>
            <w:tcW w:w="468" w:type="dxa"/>
          </w:tcPr>
          <w:p w14:paraId="0EBC4275" w14:textId="1B25E0AE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9</w:t>
            </w:r>
          </w:p>
        </w:tc>
        <w:tc>
          <w:tcPr>
            <w:tcW w:w="633" w:type="dxa"/>
          </w:tcPr>
          <w:p w14:paraId="674E2EE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6B7C0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F815C39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0BBEE7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4B748E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675B12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C1ABAB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8795D71" w14:textId="77777777" w:rsidR="00415B47" w:rsidRDefault="00415B47">
            <w:pPr>
              <w:jc w:val="center"/>
            </w:pPr>
          </w:p>
        </w:tc>
      </w:tr>
      <w:tr w:rsidR="00415B47" w14:paraId="24057C47" w14:textId="77777777" w:rsidTr="00CD3864">
        <w:trPr>
          <w:trHeight w:val="640"/>
          <w:jc w:val="center"/>
        </w:trPr>
        <w:tc>
          <w:tcPr>
            <w:tcW w:w="468" w:type="dxa"/>
          </w:tcPr>
          <w:p w14:paraId="0E4B9293" w14:textId="226D2C36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633" w:type="dxa"/>
          </w:tcPr>
          <w:p w14:paraId="0442B8A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EB3497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F174AA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97C76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8C89E7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37521D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F9FF55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69317D1" w14:textId="77777777" w:rsidR="00415B47" w:rsidRDefault="00415B47">
            <w:pPr>
              <w:jc w:val="center"/>
            </w:pPr>
          </w:p>
        </w:tc>
      </w:tr>
      <w:tr w:rsidR="00415B47" w14:paraId="0FCC31E5" w14:textId="77777777" w:rsidTr="00CD3864">
        <w:trPr>
          <w:trHeight w:val="640"/>
          <w:jc w:val="center"/>
        </w:trPr>
        <w:tc>
          <w:tcPr>
            <w:tcW w:w="468" w:type="dxa"/>
          </w:tcPr>
          <w:p w14:paraId="017D70FC" w14:textId="01FB7B75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633" w:type="dxa"/>
          </w:tcPr>
          <w:p w14:paraId="4464281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162210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C9A748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C74DDC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A6CA50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504154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8B0F18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72E8C61" w14:textId="77777777" w:rsidR="00415B47" w:rsidRDefault="00415B47">
            <w:pPr>
              <w:jc w:val="center"/>
            </w:pPr>
          </w:p>
        </w:tc>
      </w:tr>
      <w:tr w:rsidR="00415B47" w14:paraId="111DA3B3" w14:textId="77777777" w:rsidTr="00CD3864">
        <w:trPr>
          <w:trHeight w:val="640"/>
          <w:jc w:val="center"/>
        </w:trPr>
        <w:tc>
          <w:tcPr>
            <w:tcW w:w="468" w:type="dxa"/>
          </w:tcPr>
          <w:p w14:paraId="27A2CAB3" w14:textId="6E6939E8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633" w:type="dxa"/>
          </w:tcPr>
          <w:p w14:paraId="2B470AD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F76F34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160C91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90F0AF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125562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067635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95A275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2A50E2E" w14:textId="77777777" w:rsidR="00415B47" w:rsidRDefault="00415B47">
            <w:pPr>
              <w:jc w:val="center"/>
            </w:pPr>
          </w:p>
        </w:tc>
      </w:tr>
      <w:tr w:rsidR="00415B47" w14:paraId="11FFF358" w14:textId="77777777" w:rsidTr="00CD3864">
        <w:trPr>
          <w:trHeight w:val="640"/>
          <w:jc w:val="center"/>
        </w:trPr>
        <w:tc>
          <w:tcPr>
            <w:tcW w:w="468" w:type="dxa"/>
          </w:tcPr>
          <w:p w14:paraId="391DCB38" w14:textId="79E274C1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633" w:type="dxa"/>
          </w:tcPr>
          <w:p w14:paraId="4709EED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31DBE7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72008A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2F90EC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7B93B9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82FF26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272945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0B16F19" w14:textId="77777777" w:rsidR="00415B47" w:rsidRDefault="00415B47">
            <w:pPr>
              <w:jc w:val="center"/>
            </w:pPr>
          </w:p>
        </w:tc>
      </w:tr>
      <w:tr w:rsidR="00415B47" w14:paraId="2328559D" w14:textId="77777777" w:rsidTr="00CD3864">
        <w:trPr>
          <w:trHeight w:val="640"/>
          <w:jc w:val="center"/>
        </w:trPr>
        <w:tc>
          <w:tcPr>
            <w:tcW w:w="468" w:type="dxa"/>
          </w:tcPr>
          <w:p w14:paraId="2327219B" w14:textId="1D998A1C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633" w:type="dxa"/>
          </w:tcPr>
          <w:p w14:paraId="2F40F85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A843B4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DE327E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E7E8E3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82321A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6CF1B0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24C8BB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D990A2D" w14:textId="77777777" w:rsidR="00415B47" w:rsidRDefault="00415B47">
            <w:pPr>
              <w:jc w:val="center"/>
            </w:pPr>
          </w:p>
        </w:tc>
      </w:tr>
      <w:tr w:rsidR="00415B47" w14:paraId="0323C540" w14:textId="77777777" w:rsidTr="00CD3864">
        <w:trPr>
          <w:trHeight w:val="640"/>
          <w:jc w:val="center"/>
        </w:trPr>
        <w:tc>
          <w:tcPr>
            <w:tcW w:w="468" w:type="dxa"/>
          </w:tcPr>
          <w:p w14:paraId="5D6925D9" w14:textId="00883F0D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633" w:type="dxa"/>
          </w:tcPr>
          <w:p w14:paraId="25DDF06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E5CF2A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ED5592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9C9929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508B26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9AFBD5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600138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BFA79E9" w14:textId="77777777" w:rsidR="00415B47" w:rsidRDefault="00415B47">
            <w:pPr>
              <w:jc w:val="center"/>
            </w:pPr>
          </w:p>
        </w:tc>
      </w:tr>
      <w:tr w:rsidR="00415B47" w14:paraId="6345080D" w14:textId="77777777" w:rsidTr="00CD3864">
        <w:trPr>
          <w:trHeight w:val="640"/>
          <w:jc w:val="center"/>
        </w:trPr>
        <w:tc>
          <w:tcPr>
            <w:tcW w:w="468" w:type="dxa"/>
          </w:tcPr>
          <w:p w14:paraId="0E52E76B" w14:textId="1CD80E9A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633" w:type="dxa"/>
          </w:tcPr>
          <w:p w14:paraId="1D84AC1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5CA01D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1B62E2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515C18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EAEEBD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79AFBC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FBA35F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5B45C48" w14:textId="77777777" w:rsidR="00415B47" w:rsidRDefault="00415B47">
            <w:pPr>
              <w:jc w:val="center"/>
            </w:pPr>
          </w:p>
        </w:tc>
      </w:tr>
      <w:tr w:rsidR="00415B47" w14:paraId="28BC2FEB" w14:textId="77777777" w:rsidTr="00CD3864">
        <w:trPr>
          <w:trHeight w:val="640"/>
          <w:jc w:val="center"/>
        </w:trPr>
        <w:tc>
          <w:tcPr>
            <w:tcW w:w="468" w:type="dxa"/>
          </w:tcPr>
          <w:p w14:paraId="6A52C904" w14:textId="62EDD152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633" w:type="dxa"/>
          </w:tcPr>
          <w:p w14:paraId="04F686A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0998E1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DECC9C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005540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774434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245D0A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B61537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FCAF8EA" w14:textId="77777777" w:rsidR="00415B47" w:rsidRDefault="00415B47">
            <w:pPr>
              <w:jc w:val="center"/>
            </w:pPr>
          </w:p>
        </w:tc>
      </w:tr>
      <w:tr w:rsidR="00415B47" w14:paraId="4C696FE6" w14:textId="77777777" w:rsidTr="00CD3864">
        <w:trPr>
          <w:trHeight w:val="640"/>
          <w:jc w:val="center"/>
        </w:trPr>
        <w:tc>
          <w:tcPr>
            <w:tcW w:w="468" w:type="dxa"/>
          </w:tcPr>
          <w:p w14:paraId="568712D3" w14:textId="6296578C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633" w:type="dxa"/>
          </w:tcPr>
          <w:p w14:paraId="16EA1B4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E25E2A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E74719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4376B2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D1780C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9B42D8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04483B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7DE93B" w14:textId="77777777" w:rsidR="00415B47" w:rsidRDefault="00415B47">
            <w:pPr>
              <w:jc w:val="center"/>
            </w:pPr>
          </w:p>
        </w:tc>
      </w:tr>
      <w:tr w:rsidR="00415B47" w14:paraId="76C0D41F" w14:textId="77777777" w:rsidTr="00CD3864">
        <w:trPr>
          <w:trHeight w:val="640"/>
          <w:jc w:val="center"/>
        </w:trPr>
        <w:tc>
          <w:tcPr>
            <w:tcW w:w="468" w:type="dxa"/>
          </w:tcPr>
          <w:p w14:paraId="03F6A0F3" w14:textId="4D459FA5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633" w:type="dxa"/>
          </w:tcPr>
          <w:p w14:paraId="27894E5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98E2A3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DF5F03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F0E752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8B24CD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B399F0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C95C23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849153F" w14:textId="77777777" w:rsidR="00415B47" w:rsidRDefault="00415B47">
            <w:pPr>
              <w:jc w:val="center"/>
            </w:pPr>
          </w:p>
        </w:tc>
      </w:tr>
      <w:tr w:rsidR="00415B47" w14:paraId="7A23E8FC" w14:textId="77777777" w:rsidTr="00CD3864">
        <w:trPr>
          <w:trHeight w:val="640"/>
          <w:jc w:val="center"/>
        </w:trPr>
        <w:tc>
          <w:tcPr>
            <w:tcW w:w="468" w:type="dxa"/>
          </w:tcPr>
          <w:p w14:paraId="5E9698FA" w14:textId="3EBB87D0" w:rsidR="00415B47" w:rsidRPr="00281DFF" w:rsidRDefault="00CD3864">
            <w:pPr>
              <w:jc w:val="center"/>
              <w:rPr>
                <w:lang w:val="bg-BG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633" w:type="dxa"/>
          </w:tcPr>
          <w:p w14:paraId="5277A86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385563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D4A003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AF6C4D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7EB942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39E65C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EB3F23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860F1AA" w14:textId="77777777" w:rsidR="00415B47" w:rsidRDefault="00415B47">
            <w:pPr>
              <w:jc w:val="center"/>
            </w:pPr>
          </w:p>
        </w:tc>
      </w:tr>
      <w:tr w:rsidR="00415B47" w14:paraId="5CFAA3C7" w14:textId="77777777" w:rsidTr="00CD3864">
        <w:trPr>
          <w:trHeight w:val="640"/>
          <w:jc w:val="center"/>
        </w:trPr>
        <w:tc>
          <w:tcPr>
            <w:tcW w:w="468" w:type="dxa"/>
          </w:tcPr>
          <w:p w14:paraId="4EAE10C5" w14:textId="6D368551" w:rsidR="00415B47" w:rsidRDefault="00CD3864">
            <w:pPr>
              <w:jc w:val="center"/>
            </w:pPr>
            <w:r>
              <w:rPr>
                <w:sz w:val="14"/>
              </w:rPr>
              <w:lastRenderedPageBreak/>
              <w:t>21</w:t>
            </w:r>
          </w:p>
        </w:tc>
        <w:tc>
          <w:tcPr>
            <w:tcW w:w="633" w:type="dxa"/>
          </w:tcPr>
          <w:p w14:paraId="06C62DE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BDBFD0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18747B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DD724A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1A5E71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9F680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267768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63A7DD9" w14:textId="77777777" w:rsidR="00415B47" w:rsidRDefault="00415B47">
            <w:pPr>
              <w:jc w:val="center"/>
            </w:pPr>
          </w:p>
        </w:tc>
      </w:tr>
      <w:tr w:rsidR="00415B47" w14:paraId="0BB57E61" w14:textId="77777777" w:rsidTr="00CD3864">
        <w:trPr>
          <w:trHeight w:val="640"/>
          <w:jc w:val="center"/>
        </w:trPr>
        <w:tc>
          <w:tcPr>
            <w:tcW w:w="468" w:type="dxa"/>
          </w:tcPr>
          <w:p w14:paraId="166A011B" w14:textId="69A3345E" w:rsidR="00415B47" w:rsidRDefault="00CD3864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633" w:type="dxa"/>
          </w:tcPr>
          <w:p w14:paraId="7BB92D4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A0B70D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3F48C7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7BCCEE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15B27F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118648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FD655F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CAC5E96" w14:textId="77777777" w:rsidR="00415B47" w:rsidRDefault="00415B47">
            <w:pPr>
              <w:jc w:val="center"/>
            </w:pPr>
          </w:p>
        </w:tc>
      </w:tr>
      <w:tr w:rsidR="00415B47" w14:paraId="1ACFFCFA" w14:textId="77777777" w:rsidTr="00CD3864">
        <w:trPr>
          <w:trHeight w:val="640"/>
          <w:jc w:val="center"/>
        </w:trPr>
        <w:tc>
          <w:tcPr>
            <w:tcW w:w="468" w:type="dxa"/>
          </w:tcPr>
          <w:p w14:paraId="4CBE1991" w14:textId="323ED192" w:rsidR="00415B47" w:rsidRDefault="00CD3864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633" w:type="dxa"/>
          </w:tcPr>
          <w:p w14:paraId="33E7B0B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A72F23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6C2CF0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A8CBEA4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47A92E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D61EB4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08CC4D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36813E5" w14:textId="77777777" w:rsidR="00415B47" w:rsidRDefault="00415B47">
            <w:pPr>
              <w:jc w:val="center"/>
            </w:pPr>
          </w:p>
        </w:tc>
      </w:tr>
      <w:tr w:rsidR="00415B47" w14:paraId="491C6CC3" w14:textId="77777777" w:rsidTr="00CD3864">
        <w:trPr>
          <w:trHeight w:val="640"/>
          <w:jc w:val="center"/>
        </w:trPr>
        <w:tc>
          <w:tcPr>
            <w:tcW w:w="468" w:type="dxa"/>
          </w:tcPr>
          <w:p w14:paraId="3828D2EB" w14:textId="5CDCC463" w:rsidR="00415B47" w:rsidRDefault="00CD3864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633" w:type="dxa"/>
          </w:tcPr>
          <w:p w14:paraId="113061E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827CCC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9E7D88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E6B15B3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D2C5FB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A60308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733082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BCCC133" w14:textId="77777777" w:rsidR="00415B47" w:rsidRDefault="00415B47">
            <w:pPr>
              <w:jc w:val="center"/>
            </w:pPr>
          </w:p>
        </w:tc>
      </w:tr>
      <w:tr w:rsidR="00415B47" w14:paraId="33E6FC92" w14:textId="77777777" w:rsidTr="00CD3864">
        <w:trPr>
          <w:trHeight w:val="640"/>
          <w:jc w:val="center"/>
        </w:trPr>
        <w:tc>
          <w:tcPr>
            <w:tcW w:w="468" w:type="dxa"/>
          </w:tcPr>
          <w:p w14:paraId="62854742" w14:textId="37150FC5" w:rsidR="00415B47" w:rsidRDefault="00CD3864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633" w:type="dxa"/>
          </w:tcPr>
          <w:p w14:paraId="2E0BA7B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02CD65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326B0E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E5E433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145B45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A24C7F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017744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D531DE" w14:textId="77777777" w:rsidR="00415B47" w:rsidRDefault="00415B47">
            <w:pPr>
              <w:jc w:val="center"/>
            </w:pPr>
          </w:p>
        </w:tc>
      </w:tr>
      <w:tr w:rsidR="00415B47" w14:paraId="6ED7AD60" w14:textId="77777777" w:rsidTr="00CD3864">
        <w:trPr>
          <w:trHeight w:val="640"/>
          <w:jc w:val="center"/>
        </w:trPr>
        <w:tc>
          <w:tcPr>
            <w:tcW w:w="468" w:type="dxa"/>
          </w:tcPr>
          <w:p w14:paraId="3F744E99" w14:textId="3E6DA604" w:rsidR="00415B47" w:rsidRDefault="00CD3864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633" w:type="dxa"/>
          </w:tcPr>
          <w:p w14:paraId="6BF80A1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5A7EB46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5F9AAE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61D5A6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F21BAA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C03142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D27FFF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292A52E" w14:textId="77777777" w:rsidR="00415B47" w:rsidRDefault="00415B47">
            <w:pPr>
              <w:jc w:val="center"/>
            </w:pPr>
          </w:p>
        </w:tc>
      </w:tr>
      <w:tr w:rsidR="00415B47" w14:paraId="05673646" w14:textId="77777777" w:rsidTr="00CD3864">
        <w:trPr>
          <w:trHeight w:val="640"/>
          <w:jc w:val="center"/>
        </w:trPr>
        <w:tc>
          <w:tcPr>
            <w:tcW w:w="468" w:type="dxa"/>
          </w:tcPr>
          <w:p w14:paraId="632329A5" w14:textId="4016C764" w:rsidR="00415B47" w:rsidRDefault="00CD3864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633" w:type="dxa"/>
          </w:tcPr>
          <w:p w14:paraId="57017CD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F1E9B5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43A600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E81C28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310AFC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2342D0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AF2C5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9441F08" w14:textId="77777777" w:rsidR="00415B47" w:rsidRDefault="00415B47">
            <w:pPr>
              <w:jc w:val="center"/>
            </w:pPr>
          </w:p>
        </w:tc>
      </w:tr>
      <w:tr w:rsidR="00415B47" w14:paraId="3F5159FF" w14:textId="77777777" w:rsidTr="00CD3864">
        <w:trPr>
          <w:trHeight w:val="640"/>
          <w:jc w:val="center"/>
        </w:trPr>
        <w:tc>
          <w:tcPr>
            <w:tcW w:w="468" w:type="dxa"/>
          </w:tcPr>
          <w:p w14:paraId="6399D007" w14:textId="3311912A" w:rsidR="00415B47" w:rsidRDefault="00CD3864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633" w:type="dxa"/>
          </w:tcPr>
          <w:p w14:paraId="1ECE8A0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4917D6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C84392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79230B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E63AD4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0FA691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19F307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313F2AB" w14:textId="77777777" w:rsidR="00415B47" w:rsidRDefault="00415B47">
            <w:pPr>
              <w:jc w:val="center"/>
            </w:pPr>
          </w:p>
        </w:tc>
      </w:tr>
      <w:tr w:rsidR="00415B47" w14:paraId="43BD0CED" w14:textId="77777777" w:rsidTr="00CD3864">
        <w:trPr>
          <w:trHeight w:val="640"/>
          <w:jc w:val="center"/>
        </w:trPr>
        <w:tc>
          <w:tcPr>
            <w:tcW w:w="468" w:type="dxa"/>
          </w:tcPr>
          <w:p w14:paraId="2EF662B4" w14:textId="0505212B" w:rsidR="00415B47" w:rsidRDefault="00CD3864">
            <w:pPr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633" w:type="dxa"/>
          </w:tcPr>
          <w:p w14:paraId="3D356FC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60DFDB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1CAEF7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1521CA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621D36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AB84B7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B3333B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6541BD8" w14:textId="77777777" w:rsidR="00415B47" w:rsidRDefault="00415B47">
            <w:pPr>
              <w:jc w:val="center"/>
            </w:pPr>
          </w:p>
        </w:tc>
      </w:tr>
      <w:tr w:rsidR="00415B47" w14:paraId="5F0E5AB3" w14:textId="77777777" w:rsidTr="00CD3864">
        <w:trPr>
          <w:trHeight w:val="640"/>
          <w:jc w:val="center"/>
        </w:trPr>
        <w:tc>
          <w:tcPr>
            <w:tcW w:w="468" w:type="dxa"/>
          </w:tcPr>
          <w:p w14:paraId="46A5C9AC" w14:textId="2148D1DE" w:rsidR="00415B47" w:rsidRDefault="00CD3864">
            <w:pPr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633" w:type="dxa"/>
          </w:tcPr>
          <w:p w14:paraId="6136A2B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80C975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61727D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161572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E583A8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9CAD11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4C557F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1CBB5E7" w14:textId="77777777" w:rsidR="00415B47" w:rsidRDefault="00415B47">
            <w:pPr>
              <w:jc w:val="center"/>
            </w:pPr>
          </w:p>
        </w:tc>
      </w:tr>
      <w:tr w:rsidR="00415B47" w14:paraId="18653831" w14:textId="77777777" w:rsidTr="00CD3864">
        <w:trPr>
          <w:trHeight w:val="640"/>
          <w:jc w:val="center"/>
        </w:trPr>
        <w:tc>
          <w:tcPr>
            <w:tcW w:w="468" w:type="dxa"/>
          </w:tcPr>
          <w:p w14:paraId="44BA6190" w14:textId="263532F0" w:rsidR="00415B47" w:rsidRDefault="00CD3864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633" w:type="dxa"/>
          </w:tcPr>
          <w:p w14:paraId="3D3DB7A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3BBD33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7A3CD3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2055D3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2D6392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F5BB17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BB4C8D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18A0EC4" w14:textId="77777777" w:rsidR="00415B47" w:rsidRDefault="00415B47">
            <w:pPr>
              <w:jc w:val="center"/>
            </w:pPr>
          </w:p>
        </w:tc>
      </w:tr>
      <w:tr w:rsidR="00415B47" w14:paraId="1F98DC38" w14:textId="77777777" w:rsidTr="00CD3864">
        <w:trPr>
          <w:trHeight w:val="640"/>
          <w:jc w:val="center"/>
        </w:trPr>
        <w:tc>
          <w:tcPr>
            <w:tcW w:w="468" w:type="dxa"/>
          </w:tcPr>
          <w:p w14:paraId="7E29721C" w14:textId="4CA98DCC" w:rsidR="00415B47" w:rsidRDefault="00CD3864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633" w:type="dxa"/>
          </w:tcPr>
          <w:p w14:paraId="170B92D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20DD0F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716AC2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BD67FB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EEEC13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87708C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997FA0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65ED833" w14:textId="77777777" w:rsidR="00415B47" w:rsidRDefault="00415B47">
            <w:pPr>
              <w:jc w:val="center"/>
            </w:pPr>
          </w:p>
        </w:tc>
      </w:tr>
      <w:tr w:rsidR="00415B47" w14:paraId="1DD7C010" w14:textId="77777777" w:rsidTr="00CD3864">
        <w:trPr>
          <w:trHeight w:val="640"/>
          <w:jc w:val="center"/>
        </w:trPr>
        <w:tc>
          <w:tcPr>
            <w:tcW w:w="468" w:type="dxa"/>
          </w:tcPr>
          <w:p w14:paraId="464512F4" w14:textId="7C6277D6" w:rsidR="00415B47" w:rsidRDefault="00CD3864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633" w:type="dxa"/>
          </w:tcPr>
          <w:p w14:paraId="62F506D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D1424A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8CFA7A9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15FDBD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581414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AB17AB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5BE5E8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33C5D64" w14:textId="77777777" w:rsidR="00415B47" w:rsidRDefault="00415B47">
            <w:pPr>
              <w:jc w:val="center"/>
            </w:pPr>
          </w:p>
        </w:tc>
      </w:tr>
      <w:tr w:rsidR="00415B47" w14:paraId="3DBF063F" w14:textId="77777777" w:rsidTr="00CD3864">
        <w:trPr>
          <w:trHeight w:val="640"/>
          <w:jc w:val="center"/>
        </w:trPr>
        <w:tc>
          <w:tcPr>
            <w:tcW w:w="468" w:type="dxa"/>
          </w:tcPr>
          <w:p w14:paraId="78EFED84" w14:textId="4C9D2FFA" w:rsidR="00415B47" w:rsidRDefault="00CD3864">
            <w:pPr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633" w:type="dxa"/>
          </w:tcPr>
          <w:p w14:paraId="2777DAA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C0B787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F18E0C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8749FB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D21074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7200A2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33337B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EED3961" w14:textId="77777777" w:rsidR="00415B47" w:rsidRDefault="00415B47">
            <w:pPr>
              <w:jc w:val="center"/>
            </w:pPr>
          </w:p>
        </w:tc>
      </w:tr>
      <w:tr w:rsidR="00415B47" w14:paraId="2B9521AC" w14:textId="77777777" w:rsidTr="00CD3864">
        <w:trPr>
          <w:trHeight w:val="640"/>
          <w:jc w:val="center"/>
        </w:trPr>
        <w:tc>
          <w:tcPr>
            <w:tcW w:w="468" w:type="dxa"/>
          </w:tcPr>
          <w:p w14:paraId="645F67B7" w14:textId="39C02CAD" w:rsidR="00415B47" w:rsidRDefault="00CD3864">
            <w:pPr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633" w:type="dxa"/>
          </w:tcPr>
          <w:p w14:paraId="3B1AC69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D41C3BC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EFEC93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F79BBC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C25FD6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8788F6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423051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E86270D" w14:textId="77777777" w:rsidR="00415B47" w:rsidRDefault="00415B47">
            <w:pPr>
              <w:jc w:val="center"/>
            </w:pPr>
          </w:p>
        </w:tc>
      </w:tr>
      <w:tr w:rsidR="00415B47" w14:paraId="4A7099A9" w14:textId="77777777" w:rsidTr="00CD3864">
        <w:trPr>
          <w:trHeight w:val="640"/>
          <w:jc w:val="center"/>
        </w:trPr>
        <w:tc>
          <w:tcPr>
            <w:tcW w:w="468" w:type="dxa"/>
          </w:tcPr>
          <w:p w14:paraId="13399862" w14:textId="472D7E08" w:rsidR="00415B47" w:rsidRDefault="00CD3864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633" w:type="dxa"/>
          </w:tcPr>
          <w:p w14:paraId="2397935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8FD0D4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EF278D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7129E1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0484F1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10F2B0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DF2872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C38CF2C" w14:textId="77777777" w:rsidR="00415B47" w:rsidRDefault="00415B47">
            <w:pPr>
              <w:jc w:val="center"/>
            </w:pPr>
          </w:p>
        </w:tc>
      </w:tr>
      <w:tr w:rsidR="00415B47" w14:paraId="32B0608A" w14:textId="77777777" w:rsidTr="00CD3864">
        <w:trPr>
          <w:trHeight w:val="640"/>
          <w:jc w:val="center"/>
        </w:trPr>
        <w:tc>
          <w:tcPr>
            <w:tcW w:w="468" w:type="dxa"/>
          </w:tcPr>
          <w:p w14:paraId="5CC3B798" w14:textId="7E1D6E53" w:rsidR="00415B47" w:rsidRDefault="00CD3864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633" w:type="dxa"/>
          </w:tcPr>
          <w:p w14:paraId="5B671BD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DA39D8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8DE69F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7948F4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949B9D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C6B2A2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3DB53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85F14DE" w14:textId="77777777" w:rsidR="00415B47" w:rsidRDefault="00415B47">
            <w:pPr>
              <w:jc w:val="center"/>
            </w:pPr>
          </w:p>
        </w:tc>
      </w:tr>
      <w:tr w:rsidR="00415B47" w14:paraId="6E794CF2" w14:textId="77777777" w:rsidTr="00CD3864">
        <w:trPr>
          <w:trHeight w:val="640"/>
          <w:jc w:val="center"/>
        </w:trPr>
        <w:tc>
          <w:tcPr>
            <w:tcW w:w="468" w:type="dxa"/>
          </w:tcPr>
          <w:p w14:paraId="33746A72" w14:textId="0B40E31F" w:rsidR="00415B47" w:rsidRDefault="00CD3864">
            <w:pPr>
              <w:jc w:val="center"/>
            </w:pPr>
            <w:r>
              <w:rPr>
                <w:sz w:val="14"/>
              </w:rPr>
              <w:t>38</w:t>
            </w:r>
          </w:p>
        </w:tc>
        <w:tc>
          <w:tcPr>
            <w:tcW w:w="633" w:type="dxa"/>
          </w:tcPr>
          <w:p w14:paraId="142468D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3D7AAC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3BF222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68E232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5E7B27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B544A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917D64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284DF59" w14:textId="77777777" w:rsidR="00415B47" w:rsidRDefault="00415B47">
            <w:pPr>
              <w:jc w:val="center"/>
            </w:pPr>
          </w:p>
        </w:tc>
      </w:tr>
      <w:tr w:rsidR="00415B47" w14:paraId="7A90A878" w14:textId="77777777" w:rsidTr="00CD3864">
        <w:trPr>
          <w:trHeight w:val="640"/>
          <w:jc w:val="center"/>
        </w:trPr>
        <w:tc>
          <w:tcPr>
            <w:tcW w:w="468" w:type="dxa"/>
          </w:tcPr>
          <w:p w14:paraId="3E89C43E" w14:textId="1FD862C5" w:rsidR="00415B47" w:rsidRDefault="00CD3864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633" w:type="dxa"/>
          </w:tcPr>
          <w:p w14:paraId="463A60C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89EAAF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A11EAA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C63B42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80216F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33754B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CB92A7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6A0314F" w14:textId="77777777" w:rsidR="00415B47" w:rsidRDefault="00415B47">
            <w:pPr>
              <w:jc w:val="center"/>
            </w:pPr>
          </w:p>
        </w:tc>
      </w:tr>
      <w:tr w:rsidR="00415B47" w14:paraId="147C7F58" w14:textId="77777777" w:rsidTr="00CD3864">
        <w:trPr>
          <w:trHeight w:val="640"/>
          <w:jc w:val="center"/>
        </w:trPr>
        <w:tc>
          <w:tcPr>
            <w:tcW w:w="468" w:type="dxa"/>
          </w:tcPr>
          <w:p w14:paraId="1A9BFEB4" w14:textId="2252C289" w:rsidR="00415B47" w:rsidRDefault="00CD3864">
            <w:pPr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633" w:type="dxa"/>
          </w:tcPr>
          <w:p w14:paraId="6D8703A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FA3E35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D55CAD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F53572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B440E5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CE649B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9A7AB5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06597C7" w14:textId="77777777" w:rsidR="00415B47" w:rsidRDefault="00415B47">
            <w:pPr>
              <w:jc w:val="center"/>
            </w:pPr>
          </w:p>
        </w:tc>
      </w:tr>
      <w:tr w:rsidR="00415B47" w14:paraId="1552B504" w14:textId="77777777" w:rsidTr="00CD3864">
        <w:trPr>
          <w:trHeight w:val="640"/>
          <w:jc w:val="center"/>
        </w:trPr>
        <w:tc>
          <w:tcPr>
            <w:tcW w:w="468" w:type="dxa"/>
          </w:tcPr>
          <w:p w14:paraId="072E027A" w14:textId="2F55A11A" w:rsidR="00415B47" w:rsidRDefault="00CD3864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633" w:type="dxa"/>
          </w:tcPr>
          <w:p w14:paraId="0B21BBF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833DA2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845D11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972D93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603CA8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A7C813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57515D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7D36EE9" w14:textId="77777777" w:rsidR="00415B47" w:rsidRDefault="00415B47">
            <w:pPr>
              <w:jc w:val="center"/>
            </w:pPr>
          </w:p>
        </w:tc>
      </w:tr>
      <w:tr w:rsidR="00415B47" w14:paraId="69F64077" w14:textId="77777777" w:rsidTr="00CD3864">
        <w:trPr>
          <w:trHeight w:val="640"/>
          <w:jc w:val="center"/>
        </w:trPr>
        <w:tc>
          <w:tcPr>
            <w:tcW w:w="468" w:type="dxa"/>
          </w:tcPr>
          <w:p w14:paraId="20F72229" w14:textId="6D51F1AE" w:rsidR="00415B47" w:rsidRDefault="00CD3864">
            <w:pPr>
              <w:jc w:val="center"/>
            </w:pPr>
            <w:r>
              <w:rPr>
                <w:sz w:val="14"/>
              </w:rPr>
              <w:lastRenderedPageBreak/>
              <w:t>42</w:t>
            </w:r>
          </w:p>
        </w:tc>
        <w:tc>
          <w:tcPr>
            <w:tcW w:w="633" w:type="dxa"/>
          </w:tcPr>
          <w:p w14:paraId="43E6523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5ECE13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B890800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30495C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1F2F2D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05A422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1A7855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2B23709" w14:textId="77777777" w:rsidR="00415B47" w:rsidRDefault="00415B47">
            <w:pPr>
              <w:jc w:val="center"/>
            </w:pPr>
          </w:p>
        </w:tc>
      </w:tr>
      <w:tr w:rsidR="00415B47" w14:paraId="73121E78" w14:textId="77777777" w:rsidTr="00CD3864">
        <w:trPr>
          <w:trHeight w:val="640"/>
          <w:jc w:val="center"/>
        </w:trPr>
        <w:tc>
          <w:tcPr>
            <w:tcW w:w="468" w:type="dxa"/>
          </w:tcPr>
          <w:p w14:paraId="2713FA29" w14:textId="67C012A1" w:rsidR="00415B47" w:rsidRDefault="00CD3864">
            <w:pPr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633" w:type="dxa"/>
          </w:tcPr>
          <w:p w14:paraId="4470C41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51EC3D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84B54F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D073D0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9BC2EE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5FF7C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3B29A4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5D4E2EB" w14:textId="77777777" w:rsidR="00415B47" w:rsidRDefault="00415B47">
            <w:pPr>
              <w:jc w:val="center"/>
            </w:pPr>
          </w:p>
        </w:tc>
      </w:tr>
      <w:tr w:rsidR="00415B47" w14:paraId="649EFEB9" w14:textId="77777777" w:rsidTr="00CD3864">
        <w:trPr>
          <w:trHeight w:val="640"/>
          <w:jc w:val="center"/>
        </w:trPr>
        <w:tc>
          <w:tcPr>
            <w:tcW w:w="468" w:type="dxa"/>
          </w:tcPr>
          <w:p w14:paraId="1927DE47" w14:textId="2612984F" w:rsidR="00415B47" w:rsidRDefault="00CD3864">
            <w:pPr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633" w:type="dxa"/>
          </w:tcPr>
          <w:p w14:paraId="298706D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C1F012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C7D4B0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DB52FE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AFB864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E5A8DE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302E7E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18774F7" w14:textId="77777777" w:rsidR="00415B47" w:rsidRDefault="00415B47">
            <w:pPr>
              <w:jc w:val="center"/>
            </w:pPr>
          </w:p>
        </w:tc>
      </w:tr>
      <w:tr w:rsidR="00415B47" w14:paraId="0BFF8584" w14:textId="77777777" w:rsidTr="00CD3864">
        <w:trPr>
          <w:trHeight w:val="640"/>
          <w:jc w:val="center"/>
        </w:trPr>
        <w:tc>
          <w:tcPr>
            <w:tcW w:w="468" w:type="dxa"/>
          </w:tcPr>
          <w:p w14:paraId="429EEBA1" w14:textId="22B1D753" w:rsidR="00415B47" w:rsidRDefault="00CD3864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633" w:type="dxa"/>
          </w:tcPr>
          <w:p w14:paraId="65C252F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AF5682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3AA8B1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0A7F90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70885E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D0620B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F22345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3E02D5" w14:textId="77777777" w:rsidR="00415B47" w:rsidRDefault="00415B47">
            <w:pPr>
              <w:jc w:val="center"/>
            </w:pPr>
          </w:p>
        </w:tc>
      </w:tr>
      <w:tr w:rsidR="00415B47" w14:paraId="3C49D552" w14:textId="77777777" w:rsidTr="00CD3864">
        <w:trPr>
          <w:trHeight w:val="640"/>
          <w:jc w:val="center"/>
        </w:trPr>
        <w:tc>
          <w:tcPr>
            <w:tcW w:w="468" w:type="dxa"/>
          </w:tcPr>
          <w:p w14:paraId="64B1CE26" w14:textId="25E2FDF7" w:rsidR="00415B47" w:rsidRDefault="00CD3864">
            <w:pPr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633" w:type="dxa"/>
          </w:tcPr>
          <w:p w14:paraId="143E86A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C0C8B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7E15E6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EFCFF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A0B01B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4CA28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E046DA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AEFCAF4" w14:textId="77777777" w:rsidR="00415B47" w:rsidRDefault="00415B47">
            <w:pPr>
              <w:jc w:val="center"/>
            </w:pPr>
          </w:p>
        </w:tc>
      </w:tr>
      <w:tr w:rsidR="00415B47" w14:paraId="7D6C4C24" w14:textId="77777777" w:rsidTr="00CD3864">
        <w:trPr>
          <w:trHeight w:val="640"/>
          <w:jc w:val="center"/>
        </w:trPr>
        <w:tc>
          <w:tcPr>
            <w:tcW w:w="468" w:type="dxa"/>
          </w:tcPr>
          <w:p w14:paraId="77898D18" w14:textId="780A37FD" w:rsidR="00415B47" w:rsidRDefault="00CD3864">
            <w:pPr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633" w:type="dxa"/>
          </w:tcPr>
          <w:p w14:paraId="72F6B78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DEC4A0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CDFE19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3DEB7A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2391C8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080EC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42AE67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CD75F35" w14:textId="77777777" w:rsidR="00415B47" w:rsidRDefault="00415B47">
            <w:pPr>
              <w:jc w:val="center"/>
            </w:pPr>
          </w:p>
        </w:tc>
      </w:tr>
      <w:tr w:rsidR="00415B47" w14:paraId="27391086" w14:textId="77777777" w:rsidTr="00CD3864">
        <w:trPr>
          <w:trHeight w:val="640"/>
          <w:jc w:val="center"/>
        </w:trPr>
        <w:tc>
          <w:tcPr>
            <w:tcW w:w="468" w:type="dxa"/>
          </w:tcPr>
          <w:p w14:paraId="3EB203C1" w14:textId="5B09C807" w:rsidR="00415B47" w:rsidRDefault="00CD3864">
            <w:pPr>
              <w:jc w:val="center"/>
            </w:pPr>
            <w:r>
              <w:rPr>
                <w:sz w:val="14"/>
              </w:rPr>
              <w:t>48</w:t>
            </w:r>
          </w:p>
        </w:tc>
        <w:tc>
          <w:tcPr>
            <w:tcW w:w="633" w:type="dxa"/>
          </w:tcPr>
          <w:p w14:paraId="4E46D48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E555CC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BD5D8B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5E715A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D36A49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4546D5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5F4CAC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B13F208" w14:textId="77777777" w:rsidR="00415B47" w:rsidRDefault="00415B47">
            <w:pPr>
              <w:jc w:val="center"/>
            </w:pPr>
          </w:p>
        </w:tc>
      </w:tr>
      <w:tr w:rsidR="00415B47" w14:paraId="5BDC344F" w14:textId="77777777" w:rsidTr="00CD3864">
        <w:trPr>
          <w:trHeight w:val="640"/>
          <w:jc w:val="center"/>
        </w:trPr>
        <w:tc>
          <w:tcPr>
            <w:tcW w:w="468" w:type="dxa"/>
          </w:tcPr>
          <w:p w14:paraId="533BA292" w14:textId="6C9360E6" w:rsidR="00415B47" w:rsidRDefault="00CD3864">
            <w:pPr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633" w:type="dxa"/>
          </w:tcPr>
          <w:p w14:paraId="31D8963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D080B1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89E009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0888FA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1FB860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951B99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F4AF08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8F937BE" w14:textId="77777777" w:rsidR="00415B47" w:rsidRDefault="00415B47">
            <w:pPr>
              <w:jc w:val="center"/>
            </w:pPr>
          </w:p>
        </w:tc>
      </w:tr>
      <w:tr w:rsidR="00415B47" w14:paraId="26BA7277" w14:textId="77777777" w:rsidTr="00CD3864">
        <w:trPr>
          <w:trHeight w:val="640"/>
          <w:jc w:val="center"/>
        </w:trPr>
        <w:tc>
          <w:tcPr>
            <w:tcW w:w="468" w:type="dxa"/>
          </w:tcPr>
          <w:p w14:paraId="29CFB50F" w14:textId="313BC6BE" w:rsidR="00415B47" w:rsidRDefault="00CD3864">
            <w:pPr>
              <w:jc w:val="center"/>
            </w:pPr>
            <w:r>
              <w:rPr>
                <w:sz w:val="14"/>
              </w:rPr>
              <w:t>50</w:t>
            </w:r>
          </w:p>
        </w:tc>
        <w:tc>
          <w:tcPr>
            <w:tcW w:w="633" w:type="dxa"/>
          </w:tcPr>
          <w:p w14:paraId="2061CBA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2CF93C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064EA4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A7D378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0C73E2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6A86CC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611B5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663337A" w14:textId="77777777" w:rsidR="00415B47" w:rsidRDefault="00415B47">
            <w:pPr>
              <w:jc w:val="center"/>
            </w:pPr>
          </w:p>
        </w:tc>
      </w:tr>
      <w:tr w:rsidR="00415B47" w14:paraId="64B0C92B" w14:textId="77777777" w:rsidTr="00CD3864">
        <w:trPr>
          <w:trHeight w:val="640"/>
          <w:jc w:val="center"/>
        </w:trPr>
        <w:tc>
          <w:tcPr>
            <w:tcW w:w="468" w:type="dxa"/>
          </w:tcPr>
          <w:p w14:paraId="59C5F9F9" w14:textId="1F25A833" w:rsidR="00415B47" w:rsidRDefault="00CD3864">
            <w:pPr>
              <w:jc w:val="center"/>
            </w:pPr>
            <w:r>
              <w:rPr>
                <w:sz w:val="14"/>
              </w:rPr>
              <w:t>51</w:t>
            </w:r>
          </w:p>
        </w:tc>
        <w:tc>
          <w:tcPr>
            <w:tcW w:w="633" w:type="dxa"/>
          </w:tcPr>
          <w:p w14:paraId="1B13AEE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D28DD61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3C1C4C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BA7E243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29FEC7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C409AE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58376C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7132A5" w14:textId="77777777" w:rsidR="00415B47" w:rsidRDefault="00415B47">
            <w:pPr>
              <w:jc w:val="center"/>
            </w:pPr>
          </w:p>
        </w:tc>
      </w:tr>
      <w:tr w:rsidR="00415B47" w14:paraId="02C46305" w14:textId="77777777" w:rsidTr="00CD3864">
        <w:trPr>
          <w:trHeight w:val="640"/>
          <w:jc w:val="center"/>
        </w:trPr>
        <w:tc>
          <w:tcPr>
            <w:tcW w:w="468" w:type="dxa"/>
          </w:tcPr>
          <w:p w14:paraId="6D225FBE" w14:textId="1338F416" w:rsidR="00415B47" w:rsidRDefault="00CD3864">
            <w:pPr>
              <w:jc w:val="center"/>
            </w:pPr>
            <w:r>
              <w:rPr>
                <w:sz w:val="14"/>
              </w:rPr>
              <w:t>52</w:t>
            </w:r>
          </w:p>
        </w:tc>
        <w:tc>
          <w:tcPr>
            <w:tcW w:w="633" w:type="dxa"/>
          </w:tcPr>
          <w:p w14:paraId="5ABFF628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153395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0CCA70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62FEC1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7810B9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CA5920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6DF834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7BC6D93" w14:textId="77777777" w:rsidR="00415B47" w:rsidRDefault="00415B47">
            <w:pPr>
              <w:jc w:val="center"/>
            </w:pPr>
          </w:p>
        </w:tc>
      </w:tr>
      <w:tr w:rsidR="00415B47" w14:paraId="6CC59FE8" w14:textId="77777777" w:rsidTr="00CD3864">
        <w:trPr>
          <w:trHeight w:val="640"/>
          <w:jc w:val="center"/>
        </w:trPr>
        <w:tc>
          <w:tcPr>
            <w:tcW w:w="468" w:type="dxa"/>
          </w:tcPr>
          <w:p w14:paraId="43175649" w14:textId="005C12FF" w:rsidR="00415B47" w:rsidRDefault="00CD3864">
            <w:pPr>
              <w:jc w:val="center"/>
            </w:pPr>
            <w:r>
              <w:rPr>
                <w:sz w:val="14"/>
              </w:rPr>
              <w:t>53</w:t>
            </w:r>
          </w:p>
        </w:tc>
        <w:tc>
          <w:tcPr>
            <w:tcW w:w="633" w:type="dxa"/>
          </w:tcPr>
          <w:p w14:paraId="7156137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E3506F6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358B94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DC97FB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635408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3FA86D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D12C3B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3EBEBE5" w14:textId="77777777" w:rsidR="00415B47" w:rsidRDefault="00415B47">
            <w:pPr>
              <w:jc w:val="center"/>
            </w:pPr>
          </w:p>
        </w:tc>
      </w:tr>
      <w:tr w:rsidR="00415B47" w14:paraId="27816C49" w14:textId="77777777" w:rsidTr="00CD3864">
        <w:trPr>
          <w:trHeight w:val="640"/>
          <w:jc w:val="center"/>
        </w:trPr>
        <w:tc>
          <w:tcPr>
            <w:tcW w:w="468" w:type="dxa"/>
          </w:tcPr>
          <w:p w14:paraId="749480D0" w14:textId="3A2B365B" w:rsidR="00415B47" w:rsidRDefault="00CD3864">
            <w:pPr>
              <w:jc w:val="center"/>
            </w:pPr>
            <w:r>
              <w:rPr>
                <w:sz w:val="14"/>
              </w:rPr>
              <w:t>54</w:t>
            </w:r>
          </w:p>
        </w:tc>
        <w:tc>
          <w:tcPr>
            <w:tcW w:w="633" w:type="dxa"/>
          </w:tcPr>
          <w:p w14:paraId="001E9D6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18868C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92892A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48E07C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7CD163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1DAFDC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9475A9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16A5666" w14:textId="77777777" w:rsidR="00415B47" w:rsidRDefault="00415B47">
            <w:pPr>
              <w:jc w:val="center"/>
            </w:pPr>
          </w:p>
        </w:tc>
      </w:tr>
      <w:tr w:rsidR="00415B47" w14:paraId="646E90E6" w14:textId="77777777" w:rsidTr="00CD3864">
        <w:trPr>
          <w:trHeight w:val="640"/>
          <w:jc w:val="center"/>
        </w:trPr>
        <w:tc>
          <w:tcPr>
            <w:tcW w:w="468" w:type="dxa"/>
          </w:tcPr>
          <w:p w14:paraId="2B23EF35" w14:textId="3FC25290" w:rsidR="00415B47" w:rsidRDefault="00CD3864">
            <w:pPr>
              <w:jc w:val="center"/>
            </w:pPr>
            <w:r>
              <w:rPr>
                <w:sz w:val="14"/>
              </w:rPr>
              <w:t>55</w:t>
            </w:r>
          </w:p>
        </w:tc>
        <w:tc>
          <w:tcPr>
            <w:tcW w:w="633" w:type="dxa"/>
          </w:tcPr>
          <w:p w14:paraId="1C9C910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75A6E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5906CB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0A88EC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D7AA61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542779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1F23D9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5316EA5" w14:textId="77777777" w:rsidR="00415B47" w:rsidRDefault="00415B47">
            <w:pPr>
              <w:jc w:val="center"/>
            </w:pPr>
          </w:p>
        </w:tc>
      </w:tr>
      <w:tr w:rsidR="00415B47" w14:paraId="5323E543" w14:textId="77777777" w:rsidTr="00CD3864">
        <w:trPr>
          <w:trHeight w:val="640"/>
          <w:jc w:val="center"/>
        </w:trPr>
        <w:tc>
          <w:tcPr>
            <w:tcW w:w="468" w:type="dxa"/>
          </w:tcPr>
          <w:p w14:paraId="00B9A30C" w14:textId="45D16FAD" w:rsidR="00415B47" w:rsidRDefault="00CD3864">
            <w:pPr>
              <w:jc w:val="center"/>
            </w:pPr>
            <w:r>
              <w:rPr>
                <w:sz w:val="14"/>
              </w:rPr>
              <w:t>56</w:t>
            </w:r>
          </w:p>
        </w:tc>
        <w:tc>
          <w:tcPr>
            <w:tcW w:w="633" w:type="dxa"/>
          </w:tcPr>
          <w:p w14:paraId="6CB0AE8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123EFC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AB23AA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280C33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0CE688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98BEDE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833D83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7F9BF12" w14:textId="77777777" w:rsidR="00415B47" w:rsidRDefault="00415B47">
            <w:pPr>
              <w:jc w:val="center"/>
            </w:pPr>
          </w:p>
        </w:tc>
      </w:tr>
      <w:tr w:rsidR="00415B47" w14:paraId="5A325CF2" w14:textId="77777777" w:rsidTr="00CD3864">
        <w:trPr>
          <w:trHeight w:val="640"/>
          <w:jc w:val="center"/>
        </w:trPr>
        <w:tc>
          <w:tcPr>
            <w:tcW w:w="468" w:type="dxa"/>
          </w:tcPr>
          <w:p w14:paraId="231F1F5F" w14:textId="7DCA46AA" w:rsidR="00415B47" w:rsidRDefault="00CD3864">
            <w:pPr>
              <w:jc w:val="center"/>
            </w:pPr>
            <w:r>
              <w:rPr>
                <w:sz w:val="14"/>
              </w:rPr>
              <w:t>57</w:t>
            </w:r>
          </w:p>
        </w:tc>
        <w:tc>
          <w:tcPr>
            <w:tcW w:w="633" w:type="dxa"/>
          </w:tcPr>
          <w:p w14:paraId="7C0345C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499652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BC9312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06F654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C8E4DC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A49DEF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EFAD11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7343DC3" w14:textId="77777777" w:rsidR="00415B47" w:rsidRDefault="00415B47">
            <w:pPr>
              <w:jc w:val="center"/>
            </w:pPr>
          </w:p>
        </w:tc>
      </w:tr>
      <w:tr w:rsidR="00415B47" w14:paraId="58424DEE" w14:textId="77777777" w:rsidTr="00CD3864">
        <w:trPr>
          <w:trHeight w:val="640"/>
          <w:jc w:val="center"/>
        </w:trPr>
        <w:tc>
          <w:tcPr>
            <w:tcW w:w="468" w:type="dxa"/>
          </w:tcPr>
          <w:p w14:paraId="59249A76" w14:textId="7E7E9E1E" w:rsidR="00415B47" w:rsidRDefault="00CD3864">
            <w:pPr>
              <w:jc w:val="center"/>
            </w:pPr>
            <w:r>
              <w:rPr>
                <w:sz w:val="14"/>
              </w:rPr>
              <w:t>58</w:t>
            </w:r>
          </w:p>
        </w:tc>
        <w:tc>
          <w:tcPr>
            <w:tcW w:w="633" w:type="dxa"/>
          </w:tcPr>
          <w:p w14:paraId="6C4685F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88D7006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50F919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151078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C9B80D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4A9AE8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C99AB1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E456BB8" w14:textId="77777777" w:rsidR="00415B47" w:rsidRDefault="00415B47">
            <w:pPr>
              <w:jc w:val="center"/>
            </w:pPr>
          </w:p>
        </w:tc>
      </w:tr>
      <w:tr w:rsidR="00415B47" w14:paraId="387A5038" w14:textId="77777777" w:rsidTr="00CD3864">
        <w:trPr>
          <w:trHeight w:val="640"/>
          <w:jc w:val="center"/>
        </w:trPr>
        <w:tc>
          <w:tcPr>
            <w:tcW w:w="468" w:type="dxa"/>
          </w:tcPr>
          <w:p w14:paraId="02B4865F" w14:textId="37198AFC" w:rsidR="00415B47" w:rsidRDefault="00CD3864">
            <w:pPr>
              <w:jc w:val="center"/>
            </w:pPr>
            <w:r>
              <w:rPr>
                <w:sz w:val="14"/>
              </w:rPr>
              <w:t>59</w:t>
            </w:r>
          </w:p>
        </w:tc>
        <w:tc>
          <w:tcPr>
            <w:tcW w:w="633" w:type="dxa"/>
          </w:tcPr>
          <w:p w14:paraId="629394F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2C7D41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720D5A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1B0D98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8951D6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B95D5B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E3439B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49663AB" w14:textId="77777777" w:rsidR="00415B47" w:rsidRDefault="00415B47">
            <w:pPr>
              <w:jc w:val="center"/>
            </w:pPr>
          </w:p>
        </w:tc>
      </w:tr>
      <w:tr w:rsidR="00415B47" w14:paraId="417E320D" w14:textId="77777777" w:rsidTr="00CD3864">
        <w:trPr>
          <w:trHeight w:val="640"/>
          <w:jc w:val="center"/>
        </w:trPr>
        <w:tc>
          <w:tcPr>
            <w:tcW w:w="468" w:type="dxa"/>
          </w:tcPr>
          <w:p w14:paraId="4764378E" w14:textId="117A44A2" w:rsidR="00415B47" w:rsidRDefault="00CD3864">
            <w:pPr>
              <w:jc w:val="center"/>
            </w:pPr>
            <w:r>
              <w:rPr>
                <w:sz w:val="14"/>
              </w:rPr>
              <w:t>60</w:t>
            </w:r>
          </w:p>
        </w:tc>
        <w:tc>
          <w:tcPr>
            <w:tcW w:w="633" w:type="dxa"/>
          </w:tcPr>
          <w:p w14:paraId="6AB419C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A4EB7CC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8EDDD4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84EFAA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8F1ECC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4152C3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B4D197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7D7810B" w14:textId="77777777" w:rsidR="00415B47" w:rsidRDefault="00415B47">
            <w:pPr>
              <w:jc w:val="center"/>
            </w:pPr>
          </w:p>
        </w:tc>
      </w:tr>
      <w:tr w:rsidR="00415B47" w14:paraId="436843DD" w14:textId="77777777" w:rsidTr="00CD3864">
        <w:trPr>
          <w:trHeight w:val="640"/>
          <w:jc w:val="center"/>
        </w:trPr>
        <w:tc>
          <w:tcPr>
            <w:tcW w:w="468" w:type="dxa"/>
          </w:tcPr>
          <w:p w14:paraId="2152F943" w14:textId="312D57C7" w:rsidR="00415B47" w:rsidRDefault="00CD3864">
            <w:pPr>
              <w:jc w:val="center"/>
            </w:pPr>
            <w:r>
              <w:rPr>
                <w:sz w:val="14"/>
              </w:rPr>
              <w:t>61</w:t>
            </w:r>
          </w:p>
        </w:tc>
        <w:tc>
          <w:tcPr>
            <w:tcW w:w="633" w:type="dxa"/>
          </w:tcPr>
          <w:p w14:paraId="07313F5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7575801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CD7D3B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EE1D38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87D60F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CFD21D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609288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86485A7" w14:textId="77777777" w:rsidR="00415B47" w:rsidRDefault="00415B47">
            <w:pPr>
              <w:jc w:val="center"/>
            </w:pPr>
          </w:p>
        </w:tc>
      </w:tr>
      <w:tr w:rsidR="00415B47" w14:paraId="40B22DAA" w14:textId="77777777" w:rsidTr="00CD3864">
        <w:trPr>
          <w:trHeight w:val="640"/>
          <w:jc w:val="center"/>
        </w:trPr>
        <w:tc>
          <w:tcPr>
            <w:tcW w:w="468" w:type="dxa"/>
          </w:tcPr>
          <w:p w14:paraId="12005A37" w14:textId="4E6A4F76" w:rsidR="00415B47" w:rsidRDefault="00CD3864">
            <w:pPr>
              <w:jc w:val="center"/>
            </w:pPr>
            <w:r>
              <w:rPr>
                <w:sz w:val="14"/>
              </w:rPr>
              <w:t>62</w:t>
            </w:r>
          </w:p>
        </w:tc>
        <w:tc>
          <w:tcPr>
            <w:tcW w:w="633" w:type="dxa"/>
          </w:tcPr>
          <w:p w14:paraId="3291BD28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C1284D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D7E253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B674A6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49F63C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1C3D93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17183A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AD461A0" w14:textId="77777777" w:rsidR="00415B47" w:rsidRDefault="00415B47">
            <w:pPr>
              <w:jc w:val="center"/>
            </w:pPr>
          </w:p>
        </w:tc>
      </w:tr>
      <w:tr w:rsidR="00415B47" w14:paraId="49348BCB" w14:textId="77777777" w:rsidTr="00CD3864">
        <w:trPr>
          <w:trHeight w:val="640"/>
          <w:jc w:val="center"/>
        </w:trPr>
        <w:tc>
          <w:tcPr>
            <w:tcW w:w="468" w:type="dxa"/>
          </w:tcPr>
          <w:p w14:paraId="0E8E9F6A" w14:textId="7E59A7FB" w:rsidR="00415B47" w:rsidRDefault="00CD3864">
            <w:pPr>
              <w:jc w:val="center"/>
            </w:pPr>
            <w:r>
              <w:rPr>
                <w:sz w:val="14"/>
              </w:rPr>
              <w:t>63</w:t>
            </w:r>
          </w:p>
        </w:tc>
        <w:tc>
          <w:tcPr>
            <w:tcW w:w="633" w:type="dxa"/>
          </w:tcPr>
          <w:p w14:paraId="1086520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C05394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F71FEE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34CB5A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0E21B1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D37180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5A0AA7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FB977C5" w14:textId="77777777" w:rsidR="00415B47" w:rsidRDefault="00415B47">
            <w:pPr>
              <w:jc w:val="center"/>
            </w:pPr>
          </w:p>
        </w:tc>
      </w:tr>
      <w:tr w:rsidR="00415B47" w14:paraId="109CD4D9" w14:textId="77777777" w:rsidTr="00CD3864">
        <w:trPr>
          <w:trHeight w:val="640"/>
          <w:jc w:val="center"/>
        </w:trPr>
        <w:tc>
          <w:tcPr>
            <w:tcW w:w="468" w:type="dxa"/>
          </w:tcPr>
          <w:p w14:paraId="7FE3D2AB" w14:textId="7BAD049B" w:rsidR="00415B47" w:rsidRDefault="00CD3864">
            <w:pPr>
              <w:jc w:val="center"/>
            </w:pPr>
            <w:r>
              <w:rPr>
                <w:sz w:val="14"/>
              </w:rPr>
              <w:lastRenderedPageBreak/>
              <w:t>64</w:t>
            </w:r>
          </w:p>
        </w:tc>
        <w:tc>
          <w:tcPr>
            <w:tcW w:w="633" w:type="dxa"/>
          </w:tcPr>
          <w:p w14:paraId="6215E7D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D6C683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2E7E86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5CB247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D429E6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FC4BA7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931BB8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3F4C7AB" w14:textId="77777777" w:rsidR="00415B47" w:rsidRDefault="00415B47">
            <w:pPr>
              <w:jc w:val="center"/>
            </w:pPr>
          </w:p>
        </w:tc>
      </w:tr>
      <w:tr w:rsidR="00415B47" w14:paraId="7F1748B9" w14:textId="77777777" w:rsidTr="00CD3864">
        <w:trPr>
          <w:trHeight w:val="640"/>
          <w:jc w:val="center"/>
        </w:trPr>
        <w:tc>
          <w:tcPr>
            <w:tcW w:w="468" w:type="dxa"/>
          </w:tcPr>
          <w:p w14:paraId="6B9E47B2" w14:textId="28A960D2" w:rsidR="00415B47" w:rsidRDefault="00CD3864">
            <w:pPr>
              <w:jc w:val="center"/>
            </w:pPr>
            <w:r>
              <w:rPr>
                <w:sz w:val="14"/>
              </w:rPr>
              <w:t>65</w:t>
            </w:r>
          </w:p>
        </w:tc>
        <w:tc>
          <w:tcPr>
            <w:tcW w:w="633" w:type="dxa"/>
          </w:tcPr>
          <w:p w14:paraId="323160B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B58196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DD47FB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C34081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326286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9E8C20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1691CE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8869BE4" w14:textId="77777777" w:rsidR="00415B47" w:rsidRDefault="00415B47">
            <w:pPr>
              <w:jc w:val="center"/>
            </w:pPr>
          </w:p>
        </w:tc>
      </w:tr>
      <w:tr w:rsidR="00415B47" w14:paraId="30DF2A14" w14:textId="77777777" w:rsidTr="00CD3864">
        <w:trPr>
          <w:trHeight w:val="640"/>
          <w:jc w:val="center"/>
        </w:trPr>
        <w:tc>
          <w:tcPr>
            <w:tcW w:w="468" w:type="dxa"/>
          </w:tcPr>
          <w:p w14:paraId="3B4DEBAD" w14:textId="26061B3E" w:rsidR="00415B47" w:rsidRDefault="00CD3864">
            <w:pPr>
              <w:jc w:val="center"/>
            </w:pPr>
            <w:r>
              <w:rPr>
                <w:sz w:val="14"/>
              </w:rPr>
              <w:t>66</w:t>
            </w:r>
          </w:p>
        </w:tc>
        <w:tc>
          <w:tcPr>
            <w:tcW w:w="633" w:type="dxa"/>
          </w:tcPr>
          <w:p w14:paraId="3757191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36AB85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02E966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64DD5F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3168D6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3B30A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0C69C7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E6E19C4" w14:textId="77777777" w:rsidR="00415B47" w:rsidRDefault="00415B47">
            <w:pPr>
              <w:jc w:val="center"/>
            </w:pPr>
          </w:p>
        </w:tc>
      </w:tr>
      <w:tr w:rsidR="00415B47" w14:paraId="4BE5F237" w14:textId="77777777" w:rsidTr="00CD3864">
        <w:trPr>
          <w:trHeight w:val="640"/>
          <w:jc w:val="center"/>
        </w:trPr>
        <w:tc>
          <w:tcPr>
            <w:tcW w:w="468" w:type="dxa"/>
          </w:tcPr>
          <w:p w14:paraId="7C5E0BBE" w14:textId="390218F4" w:rsidR="00415B47" w:rsidRDefault="00CD3864">
            <w:pPr>
              <w:jc w:val="center"/>
            </w:pPr>
            <w:r>
              <w:rPr>
                <w:sz w:val="14"/>
              </w:rPr>
              <w:t>67</w:t>
            </w:r>
          </w:p>
        </w:tc>
        <w:tc>
          <w:tcPr>
            <w:tcW w:w="633" w:type="dxa"/>
          </w:tcPr>
          <w:p w14:paraId="3EF566F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77CF88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058816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E6A3FF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D259D6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713959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55E855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62F33E0" w14:textId="77777777" w:rsidR="00415B47" w:rsidRDefault="00415B47">
            <w:pPr>
              <w:jc w:val="center"/>
            </w:pPr>
          </w:p>
        </w:tc>
      </w:tr>
      <w:tr w:rsidR="00415B47" w14:paraId="6488B844" w14:textId="77777777" w:rsidTr="00CD3864">
        <w:trPr>
          <w:trHeight w:val="640"/>
          <w:jc w:val="center"/>
        </w:trPr>
        <w:tc>
          <w:tcPr>
            <w:tcW w:w="468" w:type="dxa"/>
          </w:tcPr>
          <w:p w14:paraId="4F89F9A7" w14:textId="09BB2862" w:rsidR="00415B47" w:rsidRDefault="00CD3864">
            <w:pPr>
              <w:jc w:val="center"/>
            </w:pPr>
            <w:r>
              <w:rPr>
                <w:sz w:val="14"/>
              </w:rPr>
              <w:t>68</w:t>
            </w:r>
          </w:p>
        </w:tc>
        <w:tc>
          <w:tcPr>
            <w:tcW w:w="633" w:type="dxa"/>
          </w:tcPr>
          <w:p w14:paraId="7B3B550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E3AEEA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5E32E9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77F95E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4A75F9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40C04E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C25810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5D3419C" w14:textId="77777777" w:rsidR="00415B47" w:rsidRDefault="00415B47">
            <w:pPr>
              <w:jc w:val="center"/>
            </w:pPr>
          </w:p>
        </w:tc>
      </w:tr>
      <w:tr w:rsidR="00415B47" w14:paraId="4419E460" w14:textId="77777777" w:rsidTr="00CD3864">
        <w:trPr>
          <w:trHeight w:val="640"/>
          <w:jc w:val="center"/>
        </w:trPr>
        <w:tc>
          <w:tcPr>
            <w:tcW w:w="468" w:type="dxa"/>
          </w:tcPr>
          <w:p w14:paraId="6C11E430" w14:textId="2D828C30" w:rsidR="00415B47" w:rsidRDefault="00CD3864">
            <w:pPr>
              <w:jc w:val="center"/>
            </w:pPr>
            <w:r>
              <w:rPr>
                <w:sz w:val="14"/>
              </w:rPr>
              <w:t>69</w:t>
            </w:r>
          </w:p>
        </w:tc>
        <w:tc>
          <w:tcPr>
            <w:tcW w:w="633" w:type="dxa"/>
          </w:tcPr>
          <w:p w14:paraId="056BFD5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AE2249C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0A324C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DC6B14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A8C83B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BA57B1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66FEE0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F0A9599" w14:textId="77777777" w:rsidR="00415B47" w:rsidRDefault="00415B47">
            <w:pPr>
              <w:jc w:val="center"/>
            </w:pPr>
          </w:p>
        </w:tc>
      </w:tr>
      <w:tr w:rsidR="00415B47" w14:paraId="522D5CCD" w14:textId="77777777" w:rsidTr="00CD3864">
        <w:trPr>
          <w:trHeight w:val="640"/>
          <w:jc w:val="center"/>
        </w:trPr>
        <w:tc>
          <w:tcPr>
            <w:tcW w:w="468" w:type="dxa"/>
          </w:tcPr>
          <w:p w14:paraId="305B0FE4" w14:textId="7B2568BD" w:rsidR="00415B47" w:rsidRDefault="00CD3864">
            <w:pPr>
              <w:jc w:val="center"/>
            </w:pPr>
            <w:r>
              <w:rPr>
                <w:sz w:val="14"/>
              </w:rPr>
              <w:t>70</w:t>
            </w:r>
          </w:p>
        </w:tc>
        <w:tc>
          <w:tcPr>
            <w:tcW w:w="633" w:type="dxa"/>
          </w:tcPr>
          <w:p w14:paraId="307D6F9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72E3AC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39114F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FDD540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8EDF27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B7B186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C64974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A0BCFBE" w14:textId="77777777" w:rsidR="00415B47" w:rsidRDefault="00415B47">
            <w:pPr>
              <w:jc w:val="center"/>
            </w:pPr>
          </w:p>
        </w:tc>
      </w:tr>
      <w:tr w:rsidR="00415B47" w14:paraId="56F9C251" w14:textId="77777777" w:rsidTr="00CD3864">
        <w:trPr>
          <w:trHeight w:val="640"/>
          <w:jc w:val="center"/>
        </w:trPr>
        <w:tc>
          <w:tcPr>
            <w:tcW w:w="468" w:type="dxa"/>
          </w:tcPr>
          <w:p w14:paraId="314E07D4" w14:textId="00BA2B17" w:rsidR="00415B47" w:rsidRDefault="00CD3864">
            <w:pPr>
              <w:jc w:val="center"/>
            </w:pPr>
            <w:r>
              <w:rPr>
                <w:sz w:val="14"/>
              </w:rPr>
              <w:t>71</w:t>
            </w:r>
          </w:p>
        </w:tc>
        <w:tc>
          <w:tcPr>
            <w:tcW w:w="633" w:type="dxa"/>
          </w:tcPr>
          <w:p w14:paraId="198F245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370D1C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A2D7CE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E1DF5D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E6E562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9ED31C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B9A631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CD79EF3" w14:textId="77777777" w:rsidR="00415B47" w:rsidRDefault="00415B47">
            <w:pPr>
              <w:jc w:val="center"/>
            </w:pPr>
          </w:p>
        </w:tc>
      </w:tr>
      <w:tr w:rsidR="00415B47" w14:paraId="6F1DD81F" w14:textId="77777777" w:rsidTr="00CD3864">
        <w:trPr>
          <w:trHeight w:val="640"/>
          <w:jc w:val="center"/>
        </w:trPr>
        <w:tc>
          <w:tcPr>
            <w:tcW w:w="468" w:type="dxa"/>
          </w:tcPr>
          <w:p w14:paraId="46A088CC" w14:textId="6CA9E59D" w:rsidR="00415B47" w:rsidRDefault="00CD3864">
            <w:pPr>
              <w:jc w:val="center"/>
            </w:pPr>
            <w:r>
              <w:rPr>
                <w:sz w:val="14"/>
              </w:rPr>
              <w:t>72</w:t>
            </w:r>
          </w:p>
        </w:tc>
        <w:tc>
          <w:tcPr>
            <w:tcW w:w="633" w:type="dxa"/>
          </w:tcPr>
          <w:p w14:paraId="17ACDF1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DF82FA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549FF6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2D6E58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931771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9B1920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C3C01F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52532E2" w14:textId="77777777" w:rsidR="00415B47" w:rsidRDefault="00415B47">
            <w:pPr>
              <w:jc w:val="center"/>
            </w:pPr>
          </w:p>
        </w:tc>
      </w:tr>
      <w:tr w:rsidR="00415B47" w14:paraId="3AB493FD" w14:textId="77777777" w:rsidTr="00CD3864">
        <w:trPr>
          <w:trHeight w:val="640"/>
          <w:jc w:val="center"/>
        </w:trPr>
        <w:tc>
          <w:tcPr>
            <w:tcW w:w="468" w:type="dxa"/>
          </w:tcPr>
          <w:p w14:paraId="66F91D2A" w14:textId="7A38D0C6" w:rsidR="00415B47" w:rsidRDefault="00CD3864">
            <w:pPr>
              <w:jc w:val="center"/>
            </w:pPr>
            <w:r>
              <w:rPr>
                <w:sz w:val="14"/>
              </w:rPr>
              <w:t>73</w:t>
            </w:r>
          </w:p>
        </w:tc>
        <w:tc>
          <w:tcPr>
            <w:tcW w:w="633" w:type="dxa"/>
          </w:tcPr>
          <w:p w14:paraId="7DE0B07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FDFC29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639F02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7BEF05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3163FB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7967B9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30F0C5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35A4FD0" w14:textId="77777777" w:rsidR="00415B47" w:rsidRDefault="00415B47">
            <w:pPr>
              <w:jc w:val="center"/>
            </w:pPr>
          </w:p>
        </w:tc>
      </w:tr>
      <w:tr w:rsidR="00415B47" w14:paraId="200C7332" w14:textId="77777777" w:rsidTr="00CD3864">
        <w:trPr>
          <w:trHeight w:val="640"/>
          <w:jc w:val="center"/>
        </w:trPr>
        <w:tc>
          <w:tcPr>
            <w:tcW w:w="468" w:type="dxa"/>
          </w:tcPr>
          <w:p w14:paraId="3C9E17F1" w14:textId="68B2C5BF" w:rsidR="00415B47" w:rsidRDefault="00CD3864">
            <w:pPr>
              <w:jc w:val="center"/>
            </w:pPr>
            <w:r>
              <w:rPr>
                <w:sz w:val="14"/>
              </w:rPr>
              <w:t>74</w:t>
            </w:r>
          </w:p>
        </w:tc>
        <w:tc>
          <w:tcPr>
            <w:tcW w:w="633" w:type="dxa"/>
          </w:tcPr>
          <w:p w14:paraId="180959E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9CA0B11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7176E7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8F54BD4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56AEF3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268CE4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9BF436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989A1AF" w14:textId="77777777" w:rsidR="00415B47" w:rsidRDefault="00415B47">
            <w:pPr>
              <w:jc w:val="center"/>
            </w:pPr>
          </w:p>
        </w:tc>
      </w:tr>
      <w:tr w:rsidR="00415B47" w14:paraId="18225FB4" w14:textId="77777777" w:rsidTr="00CD3864">
        <w:trPr>
          <w:trHeight w:val="640"/>
          <w:jc w:val="center"/>
        </w:trPr>
        <w:tc>
          <w:tcPr>
            <w:tcW w:w="468" w:type="dxa"/>
          </w:tcPr>
          <w:p w14:paraId="18ABF69F" w14:textId="500075AB" w:rsidR="00415B47" w:rsidRDefault="00CD3864">
            <w:pPr>
              <w:jc w:val="center"/>
            </w:pPr>
            <w:r>
              <w:rPr>
                <w:sz w:val="14"/>
              </w:rPr>
              <w:t>75</w:t>
            </w:r>
          </w:p>
        </w:tc>
        <w:tc>
          <w:tcPr>
            <w:tcW w:w="633" w:type="dxa"/>
          </w:tcPr>
          <w:p w14:paraId="1820E0B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05AAE9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1E8C15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94D91A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FD8865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0A74C1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D1EF21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73A06C4" w14:textId="77777777" w:rsidR="00415B47" w:rsidRDefault="00415B47">
            <w:pPr>
              <w:jc w:val="center"/>
            </w:pPr>
          </w:p>
        </w:tc>
      </w:tr>
      <w:tr w:rsidR="00415B47" w14:paraId="3F7E99AB" w14:textId="77777777" w:rsidTr="00CD3864">
        <w:trPr>
          <w:trHeight w:val="640"/>
          <w:jc w:val="center"/>
        </w:trPr>
        <w:tc>
          <w:tcPr>
            <w:tcW w:w="468" w:type="dxa"/>
          </w:tcPr>
          <w:p w14:paraId="79BE2F57" w14:textId="1F37C88B" w:rsidR="00415B47" w:rsidRDefault="00CD3864">
            <w:pPr>
              <w:jc w:val="center"/>
            </w:pPr>
            <w:r>
              <w:rPr>
                <w:sz w:val="14"/>
              </w:rPr>
              <w:t>76</w:t>
            </w:r>
          </w:p>
        </w:tc>
        <w:tc>
          <w:tcPr>
            <w:tcW w:w="633" w:type="dxa"/>
          </w:tcPr>
          <w:p w14:paraId="102B0A3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E34230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130496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47C3B4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CF9C96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5AFAB3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F48251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DC2A69C" w14:textId="77777777" w:rsidR="00415B47" w:rsidRDefault="00415B47">
            <w:pPr>
              <w:jc w:val="center"/>
            </w:pPr>
          </w:p>
        </w:tc>
      </w:tr>
      <w:tr w:rsidR="00415B47" w14:paraId="5CF399D1" w14:textId="77777777" w:rsidTr="00CD3864">
        <w:trPr>
          <w:trHeight w:val="640"/>
          <w:jc w:val="center"/>
        </w:trPr>
        <w:tc>
          <w:tcPr>
            <w:tcW w:w="468" w:type="dxa"/>
          </w:tcPr>
          <w:p w14:paraId="76DA1DA5" w14:textId="5B2026A5" w:rsidR="00415B47" w:rsidRDefault="00CD3864">
            <w:pPr>
              <w:jc w:val="center"/>
            </w:pPr>
            <w:r>
              <w:rPr>
                <w:sz w:val="14"/>
              </w:rPr>
              <w:t>77</w:t>
            </w:r>
          </w:p>
        </w:tc>
        <w:tc>
          <w:tcPr>
            <w:tcW w:w="633" w:type="dxa"/>
          </w:tcPr>
          <w:p w14:paraId="28B02BB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988FCB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754DDE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DD137A4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E5050D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A392B4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E3E3C5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49D2DD2" w14:textId="77777777" w:rsidR="00415B47" w:rsidRDefault="00415B47">
            <w:pPr>
              <w:jc w:val="center"/>
            </w:pPr>
          </w:p>
        </w:tc>
      </w:tr>
      <w:tr w:rsidR="00415B47" w14:paraId="1B477E08" w14:textId="77777777" w:rsidTr="00CD3864">
        <w:trPr>
          <w:trHeight w:val="640"/>
          <w:jc w:val="center"/>
        </w:trPr>
        <w:tc>
          <w:tcPr>
            <w:tcW w:w="468" w:type="dxa"/>
          </w:tcPr>
          <w:p w14:paraId="0860E08A" w14:textId="2DAFCA2D" w:rsidR="00415B47" w:rsidRDefault="00CD3864">
            <w:pPr>
              <w:jc w:val="center"/>
            </w:pPr>
            <w:r>
              <w:rPr>
                <w:sz w:val="14"/>
              </w:rPr>
              <w:t>78</w:t>
            </w:r>
          </w:p>
        </w:tc>
        <w:tc>
          <w:tcPr>
            <w:tcW w:w="633" w:type="dxa"/>
          </w:tcPr>
          <w:p w14:paraId="0792BA0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2F7FC6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E9AF56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9C53F2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F152AC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A175CE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D52E0E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89F9F7" w14:textId="77777777" w:rsidR="00415B47" w:rsidRDefault="00415B47">
            <w:pPr>
              <w:jc w:val="center"/>
            </w:pPr>
          </w:p>
        </w:tc>
      </w:tr>
      <w:tr w:rsidR="00415B47" w14:paraId="192632C2" w14:textId="77777777" w:rsidTr="00CD3864">
        <w:trPr>
          <w:trHeight w:val="640"/>
          <w:jc w:val="center"/>
        </w:trPr>
        <w:tc>
          <w:tcPr>
            <w:tcW w:w="468" w:type="dxa"/>
          </w:tcPr>
          <w:p w14:paraId="20BAB1C7" w14:textId="332F800C" w:rsidR="00415B47" w:rsidRDefault="00CD3864">
            <w:pPr>
              <w:jc w:val="center"/>
            </w:pPr>
            <w:r>
              <w:rPr>
                <w:sz w:val="14"/>
              </w:rPr>
              <w:t>79</w:t>
            </w:r>
          </w:p>
        </w:tc>
        <w:tc>
          <w:tcPr>
            <w:tcW w:w="633" w:type="dxa"/>
          </w:tcPr>
          <w:p w14:paraId="3542F3F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49607F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ABBB81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E930B4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A2454F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EDD88F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3DB31E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B167F81" w14:textId="77777777" w:rsidR="00415B47" w:rsidRDefault="00415B47">
            <w:pPr>
              <w:jc w:val="center"/>
            </w:pPr>
          </w:p>
        </w:tc>
      </w:tr>
      <w:tr w:rsidR="00415B47" w14:paraId="7C794A94" w14:textId="77777777" w:rsidTr="00CD3864">
        <w:trPr>
          <w:trHeight w:val="640"/>
          <w:jc w:val="center"/>
        </w:trPr>
        <w:tc>
          <w:tcPr>
            <w:tcW w:w="468" w:type="dxa"/>
          </w:tcPr>
          <w:p w14:paraId="69760D79" w14:textId="5BD69B38" w:rsidR="00415B47" w:rsidRDefault="00CD3864">
            <w:pPr>
              <w:jc w:val="center"/>
            </w:pPr>
            <w:r>
              <w:rPr>
                <w:sz w:val="14"/>
              </w:rPr>
              <w:t>80</w:t>
            </w:r>
          </w:p>
        </w:tc>
        <w:tc>
          <w:tcPr>
            <w:tcW w:w="633" w:type="dxa"/>
          </w:tcPr>
          <w:p w14:paraId="70EFC25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900106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280FB5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936B82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343ACE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64DC42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06A238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2E09323" w14:textId="77777777" w:rsidR="00415B47" w:rsidRDefault="00415B47">
            <w:pPr>
              <w:jc w:val="center"/>
            </w:pPr>
          </w:p>
        </w:tc>
      </w:tr>
      <w:tr w:rsidR="00415B47" w14:paraId="1785D396" w14:textId="77777777" w:rsidTr="00CD3864">
        <w:trPr>
          <w:trHeight w:val="640"/>
          <w:jc w:val="center"/>
        </w:trPr>
        <w:tc>
          <w:tcPr>
            <w:tcW w:w="468" w:type="dxa"/>
          </w:tcPr>
          <w:p w14:paraId="542F0330" w14:textId="4A8F0E81" w:rsidR="00415B47" w:rsidRDefault="00CD3864">
            <w:pPr>
              <w:jc w:val="center"/>
            </w:pPr>
            <w:r>
              <w:rPr>
                <w:sz w:val="14"/>
              </w:rPr>
              <w:t>81</w:t>
            </w:r>
          </w:p>
        </w:tc>
        <w:tc>
          <w:tcPr>
            <w:tcW w:w="633" w:type="dxa"/>
          </w:tcPr>
          <w:p w14:paraId="2A9A3DD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A439FD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F59196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82FA9A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78D535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3C26C3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4BD9A3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8D2514D" w14:textId="77777777" w:rsidR="00415B47" w:rsidRDefault="00415B47">
            <w:pPr>
              <w:jc w:val="center"/>
            </w:pPr>
          </w:p>
        </w:tc>
      </w:tr>
      <w:tr w:rsidR="00415B47" w14:paraId="5DA73D73" w14:textId="77777777" w:rsidTr="00CD3864">
        <w:trPr>
          <w:trHeight w:val="640"/>
          <w:jc w:val="center"/>
        </w:trPr>
        <w:tc>
          <w:tcPr>
            <w:tcW w:w="468" w:type="dxa"/>
          </w:tcPr>
          <w:p w14:paraId="0412E874" w14:textId="562C40DF" w:rsidR="00415B47" w:rsidRDefault="00CD3864">
            <w:pPr>
              <w:jc w:val="center"/>
            </w:pPr>
            <w:r>
              <w:rPr>
                <w:sz w:val="14"/>
              </w:rPr>
              <w:t>82</w:t>
            </w:r>
          </w:p>
        </w:tc>
        <w:tc>
          <w:tcPr>
            <w:tcW w:w="633" w:type="dxa"/>
          </w:tcPr>
          <w:p w14:paraId="646C5E2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C64672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2D6992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DBEB11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79D324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49E7CA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F1FCDC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22557D4" w14:textId="77777777" w:rsidR="00415B47" w:rsidRDefault="00415B47">
            <w:pPr>
              <w:jc w:val="center"/>
            </w:pPr>
          </w:p>
        </w:tc>
      </w:tr>
      <w:tr w:rsidR="00415B47" w14:paraId="08F20409" w14:textId="77777777" w:rsidTr="00CD3864">
        <w:trPr>
          <w:trHeight w:val="640"/>
          <w:jc w:val="center"/>
        </w:trPr>
        <w:tc>
          <w:tcPr>
            <w:tcW w:w="468" w:type="dxa"/>
          </w:tcPr>
          <w:p w14:paraId="73ED5205" w14:textId="6FE6D046" w:rsidR="00415B47" w:rsidRDefault="00CD3864">
            <w:pPr>
              <w:jc w:val="center"/>
            </w:pPr>
            <w:r>
              <w:rPr>
                <w:sz w:val="14"/>
              </w:rPr>
              <w:t>83</w:t>
            </w:r>
          </w:p>
        </w:tc>
        <w:tc>
          <w:tcPr>
            <w:tcW w:w="633" w:type="dxa"/>
          </w:tcPr>
          <w:p w14:paraId="7270839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1747EA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D2CE92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EF92E0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867602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0E0154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F9C1FB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379F67D" w14:textId="77777777" w:rsidR="00415B47" w:rsidRDefault="00415B47">
            <w:pPr>
              <w:jc w:val="center"/>
            </w:pPr>
          </w:p>
        </w:tc>
      </w:tr>
      <w:tr w:rsidR="00415B47" w14:paraId="2CB3B177" w14:textId="77777777" w:rsidTr="00CD3864">
        <w:trPr>
          <w:trHeight w:val="640"/>
          <w:jc w:val="center"/>
        </w:trPr>
        <w:tc>
          <w:tcPr>
            <w:tcW w:w="468" w:type="dxa"/>
          </w:tcPr>
          <w:p w14:paraId="479192F4" w14:textId="6291D6C5" w:rsidR="00415B47" w:rsidRDefault="00CD3864">
            <w:pPr>
              <w:jc w:val="center"/>
            </w:pPr>
            <w:r>
              <w:rPr>
                <w:sz w:val="14"/>
              </w:rPr>
              <w:t>84</w:t>
            </w:r>
          </w:p>
        </w:tc>
        <w:tc>
          <w:tcPr>
            <w:tcW w:w="633" w:type="dxa"/>
          </w:tcPr>
          <w:p w14:paraId="36BF71A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977294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B77189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2F7B24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37FEC1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D91306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5FBD26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8C3056B" w14:textId="77777777" w:rsidR="00415B47" w:rsidRDefault="00415B47">
            <w:pPr>
              <w:jc w:val="center"/>
            </w:pPr>
          </w:p>
        </w:tc>
      </w:tr>
      <w:tr w:rsidR="00415B47" w14:paraId="7BF9544C" w14:textId="77777777" w:rsidTr="00CD3864">
        <w:trPr>
          <w:trHeight w:val="640"/>
          <w:jc w:val="center"/>
        </w:trPr>
        <w:tc>
          <w:tcPr>
            <w:tcW w:w="468" w:type="dxa"/>
          </w:tcPr>
          <w:p w14:paraId="04ABE2AC" w14:textId="7FC8F18A" w:rsidR="00415B47" w:rsidRDefault="00CD3864">
            <w:pPr>
              <w:jc w:val="center"/>
            </w:pPr>
            <w:r>
              <w:rPr>
                <w:sz w:val="14"/>
              </w:rPr>
              <w:lastRenderedPageBreak/>
              <w:t>85</w:t>
            </w:r>
          </w:p>
        </w:tc>
        <w:tc>
          <w:tcPr>
            <w:tcW w:w="633" w:type="dxa"/>
          </w:tcPr>
          <w:p w14:paraId="51239C0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E26881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73F033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76B254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482F06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E4CD1A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4136BF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8212E49" w14:textId="77777777" w:rsidR="00415B47" w:rsidRDefault="00415B47">
            <w:pPr>
              <w:jc w:val="center"/>
            </w:pPr>
          </w:p>
        </w:tc>
      </w:tr>
      <w:tr w:rsidR="00415B47" w14:paraId="2C39A08F" w14:textId="77777777" w:rsidTr="00CD3864">
        <w:trPr>
          <w:trHeight w:val="640"/>
          <w:jc w:val="center"/>
        </w:trPr>
        <w:tc>
          <w:tcPr>
            <w:tcW w:w="468" w:type="dxa"/>
          </w:tcPr>
          <w:p w14:paraId="2723E724" w14:textId="75AAEF17" w:rsidR="00415B47" w:rsidRDefault="00CD3864">
            <w:pPr>
              <w:jc w:val="center"/>
            </w:pPr>
            <w:r>
              <w:rPr>
                <w:sz w:val="14"/>
              </w:rPr>
              <w:t>86</w:t>
            </w:r>
          </w:p>
        </w:tc>
        <w:tc>
          <w:tcPr>
            <w:tcW w:w="633" w:type="dxa"/>
          </w:tcPr>
          <w:p w14:paraId="2767098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6E625E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649449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3DA4D9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8DFA52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6CF6FF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F07CD7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96253E7" w14:textId="77777777" w:rsidR="00415B47" w:rsidRDefault="00415B47">
            <w:pPr>
              <w:jc w:val="center"/>
            </w:pPr>
          </w:p>
        </w:tc>
      </w:tr>
      <w:tr w:rsidR="00415B47" w14:paraId="7B8BD49C" w14:textId="77777777" w:rsidTr="00CD3864">
        <w:trPr>
          <w:trHeight w:val="640"/>
          <w:jc w:val="center"/>
        </w:trPr>
        <w:tc>
          <w:tcPr>
            <w:tcW w:w="468" w:type="dxa"/>
          </w:tcPr>
          <w:p w14:paraId="39D1470C" w14:textId="45ED0513" w:rsidR="00415B47" w:rsidRDefault="00CD3864">
            <w:pPr>
              <w:jc w:val="center"/>
            </w:pPr>
            <w:r>
              <w:rPr>
                <w:sz w:val="14"/>
              </w:rPr>
              <w:t>87</w:t>
            </w:r>
          </w:p>
        </w:tc>
        <w:tc>
          <w:tcPr>
            <w:tcW w:w="633" w:type="dxa"/>
          </w:tcPr>
          <w:p w14:paraId="2C9F5A9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8626A41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29329E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2BCAC7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B300CD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D69913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5F591D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8E81C1F" w14:textId="77777777" w:rsidR="00415B47" w:rsidRDefault="00415B47">
            <w:pPr>
              <w:jc w:val="center"/>
            </w:pPr>
          </w:p>
        </w:tc>
      </w:tr>
      <w:tr w:rsidR="00415B47" w14:paraId="4CB03BC5" w14:textId="77777777" w:rsidTr="00CD3864">
        <w:trPr>
          <w:trHeight w:val="640"/>
          <w:jc w:val="center"/>
        </w:trPr>
        <w:tc>
          <w:tcPr>
            <w:tcW w:w="468" w:type="dxa"/>
          </w:tcPr>
          <w:p w14:paraId="3E684E8C" w14:textId="6451F357" w:rsidR="00415B47" w:rsidRDefault="00CD3864">
            <w:pPr>
              <w:jc w:val="center"/>
            </w:pPr>
            <w:r>
              <w:rPr>
                <w:sz w:val="14"/>
              </w:rPr>
              <w:t>88</w:t>
            </w:r>
          </w:p>
        </w:tc>
        <w:tc>
          <w:tcPr>
            <w:tcW w:w="633" w:type="dxa"/>
          </w:tcPr>
          <w:p w14:paraId="429A1DA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D70BD3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917417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C3665D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DECCDA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099771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A79E8C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1E4AC3B" w14:textId="77777777" w:rsidR="00415B47" w:rsidRDefault="00415B47">
            <w:pPr>
              <w:jc w:val="center"/>
            </w:pPr>
          </w:p>
        </w:tc>
      </w:tr>
      <w:tr w:rsidR="00415B47" w14:paraId="6AACFB79" w14:textId="77777777" w:rsidTr="00CD3864">
        <w:trPr>
          <w:trHeight w:val="640"/>
          <w:jc w:val="center"/>
        </w:trPr>
        <w:tc>
          <w:tcPr>
            <w:tcW w:w="468" w:type="dxa"/>
          </w:tcPr>
          <w:p w14:paraId="1FF1DF1E" w14:textId="5D5504D1" w:rsidR="00415B47" w:rsidRDefault="00CD3864">
            <w:pPr>
              <w:jc w:val="center"/>
            </w:pPr>
            <w:r>
              <w:rPr>
                <w:sz w:val="14"/>
              </w:rPr>
              <w:t>89</w:t>
            </w:r>
          </w:p>
        </w:tc>
        <w:tc>
          <w:tcPr>
            <w:tcW w:w="633" w:type="dxa"/>
          </w:tcPr>
          <w:p w14:paraId="1D09409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700A22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E5960D9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5E544E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790B36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54012D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61FD5C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E5980C0" w14:textId="77777777" w:rsidR="00415B47" w:rsidRDefault="00415B47">
            <w:pPr>
              <w:jc w:val="center"/>
            </w:pPr>
          </w:p>
        </w:tc>
      </w:tr>
      <w:tr w:rsidR="00415B47" w14:paraId="569BFFCF" w14:textId="77777777" w:rsidTr="00CD3864">
        <w:trPr>
          <w:trHeight w:val="640"/>
          <w:jc w:val="center"/>
        </w:trPr>
        <w:tc>
          <w:tcPr>
            <w:tcW w:w="468" w:type="dxa"/>
          </w:tcPr>
          <w:p w14:paraId="093833DE" w14:textId="12D87685" w:rsidR="00415B47" w:rsidRDefault="00CD3864">
            <w:pPr>
              <w:jc w:val="center"/>
            </w:pPr>
            <w:r>
              <w:rPr>
                <w:sz w:val="14"/>
              </w:rPr>
              <w:t>90</w:t>
            </w:r>
          </w:p>
        </w:tc>
        <w:tc>
          <w:tcPr>
            <w:tcW w:w="633" w:type="dxa"/>
          </w:tcPr>
          <w:p w14:paraId="4C2A762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402CFD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AEB5A1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1ED1EE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0C7038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DDFC8D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D295FD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74E6C42" w14:textId="77777777" w:rsidR="00415B47" w:rsidRDefault="00415B47">
            <w:pPr>
              <w:jc w:val="center"/>
            </w:pPr>
          </w:p>
        </w:tc>
      </w:tr>
      <w:tr w:rsidR="00415B47" w14:paraId="6BE4D4EB" w14:textId="77777777" w:rsidTr="00CD3864">
        <w:trPr>
          <w:trHeight w:val="640"/>
          <w:jc w:val="center"/>
        </w:trPr>
        <w:tc>
          <w:tcPr>
            <w:tcW w:w="468" w:type="dxa"/>
          </w:tcPr>
          <w:p w14:paraId="39B18E41" w14:textId="76769874" w:rsidR="00415B47" w:rsidRDefault="00CD3864">
            <w:pPr>
              <w:jc w:val="center"/>
            </w:pPr>
            <w:r>
              <w:rPr>
                <w:sz w:val="14"/>
              </w:rPr>
              <w:t>91</w:t>
            </w:r>
          </w:p>
        </w:tc>
        <w:tc>
          <w:tcPr>
            <w:tcW w:w="633" w:type="dxa"/>
          </w:tcPr>
          <w:p w14:paraId="6BAB163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D8074E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411A6D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43AA003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8194A0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D39346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69C08B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B064DD5" w14:textId="77777777" w:rsidR="00415B47" w:rsidRDefault="00415B47">
            <w:pPr>
              <w:jc w:val="center"/>
            </w:pPr>
          </w:p>
        </w:tc>
      </w:tr>
      <w:tr w:rsidR="00415B47" w14:paraId="76951FEC" w14:textId="77777777" w:rsidTr="00CD3864">
        <w:trPr>
          <w:trHeight w:val="640"/>
          <w:jc w:val="center"/>
        </w:trPr>
        <w:tc>
          <w:tcPr>
            <w:tcW w:w="468" w:type="dxa"/>
          </w:tcPr>
          <w:p w14:paraId="44C934FB" w14:textId="6FD7215E" w:rsidR="00415B47" w:rsidRDefault="00CD3864">
            <w:pPr>
              <w:jc w:val="center"/>
            </w:pPr>
            <w:r>
              <w:rPr>
                <w:sz w:val="14"/>
              </w:rPr>
              <w:t>92</w:t>
            </w:r>
          </w:p>
        </w:tc>
        <w:tc>
          <w:tcPr>
            <w:tcW w:w="633" w:type="dxa"/>
          </w:tcPr>
          <w:p w14:paraId="7602538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24B53C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EDA15A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F7E1E2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458BB7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B1D1F6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74A4AF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82BE24A" w14:textId="77777777" w:rsidR="00415B47" w:rsidRDefault="00415B47">
            <w:pPr>
              <w:jc w:val="center"/>
            </w:pPr>
          </w:p>
        </w:tc>
      </w:tr>
      <w:tr w:rsidR="00415B47" w14:paraId="03EA9641" w14:textId="77777777" w:rsidTr="00CD3864">
        <w:trPr>
          <w:trHeight w:val="640"/>
          <w:jc w:val="center"/>
        </w:trPr>
        <w:tc>
          <w:tcPr>
            <w:tcW w:w="468" w:type="dxa"/>
          </w:tcPr>
          <w:p w14:paraId="51F6A847" w14:textId="395BEDF6" w:rsidR="00415B47" w:rsidRDefault="00CD3864">
            <w:pPr>
              <w:jc w:val="center"/>
            </w:pPr>
            <w:r>
              <w:rPr>
                <w:sz w:val="14"/>
              </w:rPr>
              <w:t>93</w:t>
            </w:r>
          </w:p>
        </w:tc>
        <w:tc>
          <w:tcPr>
            <w:tcW w:w="633" w:type="dxa"/>
          </w:tcPr>
          <w:p w14:paraId="7EA29C4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F51827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506FE0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84D04F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DC5A76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2B391B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DEA63B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4002079" w14:textId="77777777" w:rsidR="00415B47" w:rsidRDefault="00415B47">
            <w:pPr>
              <w:jc w:val="center"/>
            </w:pPr>
          </w:p>
        </w:tc>
      </w:tr>
      <w:tr w:rsidR="00415B47" w14:paraId="20347B3C" w14:textId="77777777" w:rsidTr="00CD3864">
        <w:trPr>
          <w:trHeight w:val="640"/>
          <w:jc w:val="center"/>
        </w:trPr>
        <w:tc>
          <w:tcPr>
            <w:tcW w:w="468" w:type="dxa"/>
          </w:tcPr>
          <w:p w14:paraId="5992FC5A" w14:textId="157789D2" w:rsidR="00415B47" w:rsidRDefault="00CD3864">
            <w:pPr>
              <w:jc w:val="center"/>
            </w:pPr>
            <w:r>
              <w:rPr>
                <w:sz w:val="14"/>
              </w:rPr>
              <w:t>94</w:t>
            </w:r>
          </w:p>
        </w:tc>
        <w:tc>
          <w:tcPr>
            <w:tcW w:w="633" w:type="dxa"/>
          </w:tcPr>
          <w:p w14:paraId="76E7E02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88E779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C8E531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16698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5DB478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8538D3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85E216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E34F1FF" w14:textId="77777777" w:rsidR="00415B47" w:rsidRDefault="00415B47">
            <w:pPr>
              <w:jc w:val="center"/>
            </w:pPr>
          </w:p>
        </w:tc>
      </w:tr>
      <w:tr w:rsidR="00415B47" w14:paraId="3A8D8C39" w14:textId="77777777" w:rsidTr="00CD3864">
        <w:trPr>
          <w:trHeight w:val="640"/>
          <w:jc w:val="center"/>
        </w:trPr>
        <w:tc>
          <w:tcPr>
            <w:tcW w:w="468" w:type="dxa"/>
          </w:tcPr>
          <w:p w14:paraId="18687E19" w14:textId="5A9A40BF" w:rsidR="00415B47" w:rsidRDefault="00CD3864">
            <w:pPr>
              <w:jc w:val="center"/>
            </w:pPr>
            <w:r>
              <w:rPr>
                <w:sz w:val="14"/>
              </w:rPr>
              <w:t>95</w:t>
            </w:r>
          </w:p>
        </w:tc>
        <w:tc>
          <w:tcPr>
            <w:tcW w:w="633" w:type="dxa"/>
          </w:tcPr>
          <w:p w14:paraId="7BBA3BA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28E725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DC47DB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618C69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F86EC7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62A5CC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2355BE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413E6E3" w14:textId="77777777" w:rsidR="00415B47" w:rsidRDefault="00415B47">
            <w:pPr>
              <w:jc w:val="center"/>
            </w:pPr>
          </w:p>
        </w:tc>
      </w:tr>
      <w:tr w:rsidR="00415B47" w14:paraId="0E10A9ED" w14:textId="77777777" w:rsidTr="00CD3864">
        <w:trPr>
          <w:trHeight w:val="640"/>
          <w:jc w:val="center"/>
        </w:trPr>
        <w:tc>
          <w:tcPr>
            <w:tcW w:w="468" w:type="dxa"/>
          </w:tcPr>
          <w:p w14:paraId="634946FD" w14:textId="64C95FA1" w:rsidR="00415B47" w:rsidRDefault="00CD3864">
            <w:pPr>
              <w:jc w:val="center"/>
            </w:pPr>
            <w:r>
              <w:rPr>
                <w:sz w:val="14"/>
              </w:rPr>
              <w:t>96</w:t>
            </w:r>
          </w:p>
        </w:tc>
        <w:tc>
          <w:tcPr>
            <w:tcW w:w="633" w:type="dxa"/>
          </w:tcPr>
          <w:p w14:paraId="0D35416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F1B296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00FCFC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9A2AEB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116009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420A33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321C44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173AF16" w14:textId="77777777" w:rsidR="00415B47" w:rsidRDefault="00415B47">
            <w:pPr>
              <w:jc w:val="center"/>
            </w:pPr>
          </w:p>
        </w:tc>
      </w:tr>
      <w:tr w:rsidR="00415B47" w14:paraId="0A182ECE" w14:textId="77777777" w:rsidTr="00CD3864">
        <w:trPr>
          <w:trHeight w:val="640"/>
          <w:jc w:val="center"/>
        </w:trPr>
        <w:tc>
          <w:tcPr>
            <w:tcW w:w="468" w:type="dxa"/>
          </w:tcPr>
          <w:p w14:paraId="3053A5CA" w14:textId="25FF0D5E" w:rsidR="00415B47" w:rsidRDefault="00CD3864">
            <w:pPr>
              <w:jc w:val="center"/>
            </w:pPr>
            <w:r>
              <w:rPr>
                <w:sz w:val="14"/>
              </w:rPr>
              <w:t>97</w:t>
            </w:r>
          </w:p>
        </w:tc>
        <w:tc>
          <w:tcPr>
            <w:tcW w:w="633" w:type="dxa"/>
          </w:tcPr>
          <w:p w14:paraId="140C152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E94E3D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0F5AB6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BDC21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9CC029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28C159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325780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F79AE15" w14:textId="77777777" w:rsidR="00415B47" w:rsidRDefault="00415B47">
            <w:pPr>
              <w:jc w:val="center"/>
            </w:pPr>
          </w:p>
        </w:tc>
      </w:tr>
      <w:tr w:rsidR="00415B47" w14:paraId="624E6575" w14:textId="77777777" w:rsidTr="00CD3864">
        <w:trPr>
          <w:trHeight w:val="640"/>
          <w:jc w:val="center"/>
        </w:trPr>
        <w:tc>
          <w:tcPr>
            <w:tcW w:w="468" w:type="dxa"/>
          </w:tcPr>
          <w:p w14:paraId="5CC850C7" w14:textId="43E61668" w:rsidR="00415B47" w:rsidRDefault="00CD3864">
            <w:pPr>
              <w:jc w:val="center"/>
            </w:pPr>
            <w:r>
              <w:rPr>
                <w:sz w:val="14"/>
              </w:rPr>
              <w:t>98</w:t>
            </w:r>
          </w:p>
        </w:tc>
        <w:tc>
          <w:tcPr>
            <w:tcW w:w="633" w:type="dxa"/>
          </w:tcPr>
          <w:p w14:paraId="0BCFC82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3D215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D348C1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3EE98B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3652F7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BDBE98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E9A204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9D52DE4" w14:textId="77777777" w:rsidR="00415B47" w:rsidRDefault="00415B47">
            <w:pPr>
              <w:jc w:val="center"/>
            </w:pPr>
          </w:p>
        </w:tc>
      </w:tr>
      <w:tr w:rsidR="00415B47" w14:paraId="2424DC8A" w14:textId="77777777" w:rsidTr="00CD3864">
        <w:trPr>
          <w:trHeight w:val="640"/>
          <w:jc w:val="center"/>
        </w:trPr>
        <w:tc>
          <w:tcPr>
            <w:tcW w:w="468" w:type="dxa"/>
          </w:tcPr>
          <w:p w14:paraId="74972D57" w14:textId="460610DB" w:rsidR="00415B47" w:rsidRDefault="00CD3864">
            <w:pPr>
              <w:jc w:val="center"/>
            </w:pPr>
            <w:r>
              <w:rPr>
                <w:sz w:val="14"/>
              </w:rPr>
              <w:t>99</w:t>
            </w:r>
          </w:p>
        </w:tc>
        <w:tc>
          <w:tcPr>
            <w:tcW w:w="633" w:type="dxa"/>
          </w:tcPr>
          <w:p w14:paraId="66B35BC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9D43D1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E38F28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9BDD87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3267E3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6C4B8C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3F292D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BF86AC6" w14:textId="77777777" w:rsidR="00415B47" w:rsidRDefault="00415B47">
            <w:pPr>
              <w:jc w:val="center"/>
            </w:pPr>
          </w:p>
        </w:tc>
      </w:tr>
      <w:tr w:rsidR="00415B47" w14:paraId="72139468" w14:textId="77777777" w:rsidTr="00CD3864">
        <w:trPr>
          <w:trHeight w:val="640"/>
          <w:jc w:val="center"/>
        </w:trPr>
        <w:tc>
          <w:tcPr>
            <w:tcW w:w="468" w:type="dxa"/>
          </w:tcPr>
          <w:p w14:paraId="352D4CDC" w14:textId="24FE5CDE" w:rsidR="00415B47" w:rsidRDefault="00CD3864">
            <w:pPr>
              <w:jc w:val="center"/>
            </w:pPr>
            <w:r>
              <w:rPr>
                <w:sz w:val="14"/>
              </w:rPr>
              <w:t>100</w:t>
            </w:r>
          </w:p>
        </w:tc>
        <w:tc>
          <w:tcPr>
            <w:tcW w:w="633" w:type="dxa"/>
          </w:tcPr>
          <w:p w14:paraId="25EA6CA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D56857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B4A7D9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3C2055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554C16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F8DBAC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B4457D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7EB89D6" w14:textId="77777777" w:rsidR="00415B47" w:rsidRDefault="00415B47">
            <w:pPr>
              <w:jc w:val="center"/>
            </w:pPr>
          </w:p>
        </w:tc>
      </w:tr>
      <w:tr w:rsidR="00CD3864" w14:paraId="0CAC2103" w14:textId="77777777" w:rsidTr="00CD3864">
        <w:trPr>
          <w:trHeight w:val="640"/>
          <w:jc w:val="center"/>
        </w:trPr>
        <w:tc>
          <w:tcPr>
            <w:tcW w:w="468" w:type="dxa"/>
          </w:tcPr>
          <w:p w14:paraId="3A4D22D9" w14:textId="4D3D864A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101</w:t>
            </w:r>
          </w:p>
        </w:tc>
        <w:tc>
          <w:tcPr>
            <w:tcW w:w="633" w:type="dxa"/>
          </w:tcPr>
          <w:p w14:paraId="3C3EBF31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4E3984E8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FAC8469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860789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08E5A9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035DF5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DC70B4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A662BD4" w14:textId="77777777" w:rsidR="00CD3864" w:rsidRDefault="00CD3864">
            <w:pPr>
              <w:jc w:val="center"/>
            </w:pPr>
          </w:p>
        </w:tc>
      </w:tr>
      <w:tr w:rsidR="00CD3864" w14:paraId="3DEBAC42" w14:textId="77777777" w:rsidTr="00CD3864">
        <w:trPr>
          <w:trHeight w:val="640"/>
          <w:jc w:val="center"/>
        </w:trPr>
        <w:tc>
          <w:tcPr>
            <w:tcW w:w="468" w:type="dxa"/>
          </w:tcPr>
          <w:p w14:paraId="783C0C7A" w14:textId="4C55B653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102</w:t>
            </w:r>
          </w:p>
        </w:tc>
        <w:tc>
          <w:tcPr>
            <w:tcW w:w="633" w:type="dxa"/>
          </w:tcPr>
          <w:p w14:paraId="32B78D12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46ABC2FB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663F00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2FCE68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8096B9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C70E81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285176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B379213" w14:textId="77777777" w:rsidR="00CD3864" w:rsidRDefault="00CD3864">
            <w:pPr>
              <w:jc w:val="center"/>
            </w:pPr>
          </w:p>
        </w:tc>
      </w:tr>
      <w:tr w:rsidR="00CD3864" w14:paraId="3F7C78B0" w14:textId="77777777" w:rsidTr="00CD3864">
        <w:trPr>
          <w:trHeight w:val="640"/>
          <w:jc w:val="center"/>
        </w:trPr>
        <w:tc>
          <w:tcPr>
            <w:tcW w:w="468" w:type="dxa"/>
          </w:tcPr>
          <w:p w14:paraId="392E715D" w14:textId="0F406825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103</w:t>
            </w:r>
          </w:p>
        </w:tc>
        <w:tc>
          <w:tcPr>
            <w:tcW w:w="633" w:type="dxa"/>
          </w:tcPr>
          <w:p w14:paraId="45BFBCC6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7B9D66A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F637C38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6A156C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6DF516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04218A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2B9C39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DCAFDEF" w14:textId="77777777" w:rsidR="00CD3864" w:rsidRDefault="00CD3864">
            <w:pPr>
              <w:jc w:val="center"/>
            </w:pPr>
          </w:p>
        </w:tc>
      </w:tr>
      <w:tr w:rsidR="00CD3864" w14:paraId="321BFA80" w14:textId="77777777" w:rsidTr="00CD3864">
        <w:trPr>
          <w:trHeight w:val="640"/>
          <w:jc w:val="center"/>
        </w:trPr>
        <w:tc>
          <w:tcPr>
            <w:tcW w:w="468" w:type="dxa"/>
          </w:tcPr>
          <w:p w14:paraId="08AB0980" w14:textId="34E80CB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104</w:t>
            </w:r>
          </w:p>
        </w:tc>
        <w:tc>
          <w:tcPr>
            <w:tcW w:w="633" w:type="dxa"/>
          </w:tcPr>
          <w:p w14:paraId="24983BA8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F3572CB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081E2F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51EDC685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0B9280A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E5D807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4166F9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8F9CC35" w14:textId="77777777" w:rsidR="00CD3864" w:rsidRDefault="00CD3864">
            <w:pPr>
              <w:jc w:val="center"/>
            </w:pPr>
          </w:p>
        </w:tc>
      </w:tr>
      <w:tr w:rsidR="00CD3864" w14:paraId="3C0BB929" w14:textId="77777777" w:rsidTr="00CD3864">
        <w:trPr>
          <w:trHeight w:val="640"/>
          <w:jc w:val="center"/>
        </w:trPr>
        <w:tc>
          <w:tcPr>
            <w:tcW w:w="468" w:type="dxa"/>
          </w:tcPr>
          <w:p w14:paraId="5BEA5229" w14:textId="453B8D16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105</w:t>
            </w:r>
          </w:p>
        </w:tc>
        <w:tc>
          <w:tcPr>
            <w:tcW w:w="633" w:type="dxa"/>
          </w:tcPr>
          <w:p w14:paraId="475ED732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C726D0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CCCC961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7567E6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BC387D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73FEFD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AE1F58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8C65731" w14:textId="77777777" w:rsidR="00CD3864" w:rsidRDefault="00CD3864">
            <w:pPr>
              <w:jc w:val="center"/>
            </w:pPr>
          </w:p>
        </w:tc>
      </w:tr>
      <w:tr w:rsidR="00CD3864" w14:paraId="02D1626B" w14:textId="77777777" w:rsidTr="00CD3864">
        <w:trPr>
          <w:trHeight w:val="640"/>
          <w:jc w:val="center"/>
        </w:trPr>
        <w:tc>
          <w:tcPr>
            <w:tcW w:w="468" w:type="dxa"/>
          </w:tcPr>
          <w:p w14:paraId="2B352F3F" w14:textId="18A053F8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lastRenderedPageBreak/>
              <w:t>106</w:t>
            </w:r>
          </w:p>
        </w:tc>
        <w:tc>
          <w:tcPr>
            <w:tcW w:w="633" w:type="dxa"/>
          </w:tcPr>
          <w:p w14:paraId="32624261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E994971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9A37BD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FD20638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995532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0A4A70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7A9CFD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5218AA9" w14:textId="77777777" w:rsidR="00CD3864" w:rsidRDefault="00CD3864">
            <w:pPr>
              <w:jc w:val="center"/>
            </w:pPr>
          </w:p>
        </w:tc>
      </w:tr>
      <w:tr w:rsidR="00CD3864" w14:paraId="5042DB45" w14:textId="77777777" w:rsidTr="00CD3864">
        <w:trPr>
          <w:trHeight w:val="640"/>
          <w:jc w:val="center"/>
        </w:trPr>
        <w:tc>
          <w:tcPr>
            <w:tcW w:w="468" w:type="dxa"/>
          </w:tcPr>
          <w:p w14:paraId="636546FB" w14:textId="59C215CD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107</w:t>
            </w:r>
          </w:p>
        </w:tc>
        <w:tc>
          <w:tcPr>
            <w:tcW w:w="633" w:type="dxa"/>
          </w:tcPr>
          <w:p w14:paraId="3F60FA9A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67AC39C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EAEED19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7CA9F1E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896C8B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B9EE01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9076A0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3271C1" w14:textId="77777777" w:rsidR="00CD3864" w:rsidRDefault="00CD3864">
            <w:pPr>
              <w:jc w:val="center"/>
            </w:pPr>
          </w:p>
        </w:tc>
      </w:tr>
      <w:tr w:rsidR="00CD3864" w14:paraId="6D8E28F6" w14:textId="77777777" w:rsidTr="00CD3864">
        <w:trPr>
          <w:trHeight w:val="640"/>
          <w:jc w:val="center"/>
        </w:trPr>
        <w:tc>
          <w:tcPr>
            <w:tcW w:w="468" w:type="dxa"/>
          </w:tcPr>
          <w:p w14:paraId="626D0498" w14:textId="05CB48F8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633" w:type="dxa"/>
          </w:tcPr>
          <w:p w14:paraId="0B562ED6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44F85A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9C67309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D3822A5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C7B9E0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D6A6CC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6DAE56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415A601" w14:textId="77777777" w:rsidR="00CD3864" w:rsidRDefault="00CD3864">
            <w:pPr>
              <w:jc w:val="center"/>
            </w:pPr>
          </w:p>
        </w:tc>
      </w:tr>
      <w:tr w:rsidR="00CD3864" w14:paraId="21124B1E" w14:textId="77777777" w:rsidTr="00CD3864">
        <w:trPr>
          <w:trHeight w:val="640"/>
          <w:jc w:val="center"/>
        </w:trPr>
        <w:tc>
          <w:tcPr>
            <w:tcW w:w="468" w:type="dxa"/>
          </w:tcPr>
          <w:p w14:paraId="5F25D134" w14:textId="62BB105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109</w:t>
            </w:r>
          </w:p>
        </w:tc>
        <w:tc>
          <w:tcPr>
            <w:tcW w:w="633" w:type="dxa"/>
          </w:tcPr>
          <w:p w14:paraId="48D78EBB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08B89C8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4317C1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971A425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69F909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27AA11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583881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A4D1D2" w14:textId="77777777" w:rsidR="00CD3864" w:rsidRDefault="00CD3864">
            <w:pPr>
              <w:jc w:val="center"/>
            </w:pPr>
          </w:p>
        </w:tc>
      </w:tr>
      <w:tr w:rsidR="00CD3864" w14:paraId="5458C090" w14:textId="77777777" w:rsidTr="00CD3864">
        <w:trPr>
          <w:trHeight w:val="640"/>
          <w:jc w:val="center"/>
        </w:trPr>
        <w:tc>
          <w:tcPr>
            <w:tcW w:w="468" w:type="dxa"/>
          </w:tcPr>
          <w:p w14:paraId="624149F2" w14:textId="3D6F7117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110</w:t>
            </w:r>
          </w:p>
        </w:tc>
        <w:tc>
          <w:tcPr>
            <w:tcW w:w="633" w:type="dxa"/>
          </w:tcPr>
          <w:p w14:paraId="7DBEC045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9E324D5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A08CC55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7E93A142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2098B5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32608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EAE7E3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CB3AF4C" w14:textId="77777777" w:rsidR="00CD3864" w:rsidRDefault="00CD3864">
            <w:pPr>
              <w:jc w:val="center"/>
            </w:pPr>
          </w:p>
        </w:tc>
      </w:tr>
      <w:tr w:rsidR="00CD3864" w14:paraId="666B29CD" w14:textId="77777777" w:rsidTr="00CD3864">
        <w:trPr>
          <w:trHeight w:val="640"/>
          <w:jc w:val="center"/>
        </w:trPr>
        <w:tc>
          <w:tcPr>
            <w:tcW w:w="468" w:type="dxa"/>
          </w:tcPr>
          <w:p w14:paraId="10BFEAA1" w14:textId="775246C2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111</w:t>
            </w:r>
          </w:p>
        </w:tc>
        <w:tc>
          <w:tcPr>
            <w:tcW w:w="633" w:type="dxa"/>
          </w:tcPr>
          <w:p w14:paraId="2D98DB83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5C29ECD5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F6F82B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3F6906F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72D46B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EFEDDE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293D7A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E88EFF9" w14:textId="77777777" w:rsidR="00CD3864" w:rsidRDefault="00CD3864">
            <w:pPr>
              <w:jc w:val="center"/>
            </w:pPr>
          </w:p>
        </w:tc>
      </w:tr>
      <w:tr w:rsidR="00CD3864" w14:paraId="4084B7DE" w14:textId="77777777" w:rsidTr="00CD3864">
        <w:trPr>
          <w:trHeight w:val="640"/>
          <w:jc w:val="center"/>
        </w:trPr>
        <w:tc>
          <w:tcPr>
            <w:tcW w:w="468" w:type="dxa"/>
          </w:tcPr>
          <w:p w14:paraId="3F14A522" w14:textId="2A7184A7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112</w:t>
            </w:r>
          </w:p>
        </w:tc>
        <w:tc>
          <w:tcPr>
            <w:tcW w:w="633" w:type="dxa"/>
          </w:tcPr>
          <w:p w14:paraId="160FDACD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949AEF4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AC9C798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9FADCEC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CC63C9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C0EB1B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AC56D7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19F1F68" w14:textId="77777777" w:rsidR="00CD3864" w:rsidRDefault="00CD3864">
            <w:pPr>
              <w:jc w:val="center"/>
            </w:pPr>
          </w:p>
        </w:tc>
      </w:tr>
      <w:tr w:rsidR="00CD3864" w14:paraId="1B126810" w14:textId="77777777" w:rsidTr="00CD3864">
        <w:trPr>
          <w:trHeight w:val="640"/>
          <w:jc w:val="center"/>
        </w:trPr>
        <w:tc>
          <w:tcPr>
            <w:tcW w:w="468" w:type="dxa"/>
          </w:tcPr>
          <w:p w14:paraId="2E3C31AA" w14:textId="5FFABE07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113</w:t>
            </w:r>
          </w:p>
        </w:tc>
        <w:tc>
          <w:tcPr>
            <w:tcW w:w="633" w:type="dxa"/>
          </w:tcPr>
          <w:p w14:paraId="564A0147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01FD54F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04733B5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69771E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30429F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1CBD9F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4762A7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29C8E79" w14:textId="77777777" w:rsidR="00CD3864" w:rsidRDefault="00CD3864">
            <w:pPr>
              <w:jc w:val="center"/>
            </w:pPr>
          </w:p>
        </w:tc>
      </w:tr>
      <w:tr w:rsidR="00CD3864" w14:paraId="13C8C965" w14:textId="77777777" w:rsidTr="00CD3864">
        <w:trPr>
          <w:trHeight w:val="640"/>
          <w:jc w:val="center"/>
        </w:trPr>
        <w:tc>
          <w:tcPr>
            <w:tcW w:w="468" w:type="dxa"/>
          </w:tcPr>
          <w:p w14:paraId="4977F90C" w14:textId="3158F7B3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114</w:t>
            </w:r>
          </w:p>
        </w:tc>
        <w:tc>
          <w:tcPr>
            <w:tcW w:w="633" w:type="dxa"/>
          </w:tcPr>
          <w:p w14:paraId="1A9A1EF3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5A1FEBC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2B63D73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46045BC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4478DD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81A3C7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18D76C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488EBC0" w14:textId="77777777" w:rsidR="00CD3864" w:rsidRDefault="00CD3864">
            <w:pPr>
              <w:jc w:val="center"/>
            </w:pPr>
          </w:p>
        </w:tc>
      </w:tr>
      <w:tr w:rsidR="00CD3864" w14:paraId="3104EF49" w14:textId="77777777" w:rsidTr="00CD3864">
        <w:trPr>
          <w:trHeight w:val="640"/>
          <w:jc w:val="center"/>
        </w:trPr>
        <w:tc>
          <w:tcPr>
            <w:tcW w:w="468" w:type="dxa"/>
          </w:tcPr>
          <w:p w14:paraId="25FC3169" w14:textId="3D2349BF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115</w:t>
            </w:r>
          </w:p>
        </w:tc>
        <w:tc>
          <w:tcPr>
            <w:tcW w:w="633" w:type="dxa"/>
          </w:tcPr>
          <w:p w14:paraId="57005CEA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43F959B2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FF2CF9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112AA1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0B12347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4747FD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459528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58E594F" w14:textId="77777777" w:rsidR="00CD3864" w:rsidRDefault="00CD3864">
            <w:pPr>
              <w:jc w:val="center"/>
            </w:pPr>
          </w:p>
        </w:tc>
      </w:tr>
      <w:tr w:rsidR="00CD3864" w14:paraId="59DEAEF4" w14:textId="77777777" w:rsidTr="00CD3864">
        <w:trPr>
          <w:trHeight w:val="640"/>
          <w:jc w:val="center"/>
        </w:trPr>
        <w:tc>
          <w:tcPr>
            <w:tcW w:w="468" w:type="dxa"/>
          </w:tcPr>
          <w:p w14:paraId="74CD4EAC" w14:textId="0DD0F55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116</w:t>
            </w:r>
          </w:p>
        </w:tc>
        <w:tc>
          <w:tcPr>
            <w:tcW w:w="633" w:type="dxa"/>
          </w:tcPr>
          <w:p w14:paraId="0350144C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2276C2C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D6D8F2E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5F1AB538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1C0668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D292BB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F7E146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77836E4" w14:textId="77777777" w:rsidR="00CD3864" w:rsidRDefault="00CD3864">
            <w:pPr>
              <w:jc w:val="center"/>
            </w:pPr>
          </w:p>
        </w:tc>
      </w:tr>
      <w:tr w:rsidR="00CD3864" w14:paraId="5927313E" w14:textId="77777777" w:rsidTr="00CD3864">
        <w:trPr>
          <w:trHeight w:val="640"/>
          <w:jc w:val="center"/>
        </w:trPr>
        <w:tc>
          <w:tcPr>
            <w:tcW w:w="468" w:type="dxa"/>
          </w:tcPr>
          <w:p w14:paraId="273DC5F0" w14:textId="245FB822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117</w:t>
            </w:r>
          </w:p>
        </w:tc>
        <w:tc>
          <w:tcPr>
            <w:tcW w:w="633" w:type="dxa"/>
          </w:tcPr>
          <w:p w14:paraId="07DF56B7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E0E6BBF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A4839E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FE14F1F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2E2350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B18ED3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65210A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AC74176" w14:textId="77777777" w:rsidR="00CD3864" w:rsidRDefault="00CD3864">
            <w:pPr>
              <w:jc w:val="center"/>
            </w:pPr>
          </w:p>
        </w:tc>
      </w:tr>
      <w:tr w:rsidR="00CD3864" w14:paraId="7BCF8A03" w14:textId="77777777" w:rsidTr="00CD3864">
        <w:trPr>
          <w:trHeight w:val="640"/>
          <w:jc w:val="center"/>
        </w:trPr>
        <w:tc>
          <w:tcPr>
            <w:tcW w:w="468" w:type="dxa"/>
          </w:tcPr>
          <w:p w14:paraId="71D81C05" w14:textId="0727C16E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118</w:t>
            </w:r>
          </w:p>
        </w:tc>
        <w:tc>
          <w:tcPr>
            <w:tcW w:w="633" w:type="dxa"/>
          </w:tcPr>
          <w:p w14:paraId="0AB7D060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48C19D5C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6BEABE3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BD4F8A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554D7A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2E2732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4690D5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0ED5481" w14:textId="77777777" w:rsidR="00CD3864" w:rsidRDefault="00CD3864">
            <w:pPr>
              <w:jc w:val="center"/>
            </w:pPr>
          </w:p>
        </w:tc>
      </w:tr>
      <w:tr w:rsidR="00CD3864" w14:paraId="22F98E84" w14:textId="77777777" w:rsidTr="00CD3864">
        <w:trPr>
          <w:trHeight w:val="640"/>
          <w:jc w:val="center"/>
        </w:trPr>
        <w:tc>
          <w:tcPr>
            <w:tcW w:w="468" w:type="dxa"/>
          </w:tcPr>
          <w:p w14:paraId="04C78E22" w14:textId="1B343A9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119</w:t>
            </w:r>
          </w:p>
        </w:tc>
        <w:tc>
          <w:tcPr>
            <w:tcW w:w="633" w:type="dxa"/>
          </w:tcPr>
          <w:p w14:paraId="76A454A3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94FEA74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9E213B9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11B60CB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D32935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84B08F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1A37A1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3A24338" w14:textId="77777777" w:rsidR="00CD3864" w:rsidRDefault="00CD3864">
            <w:pPr>
              <w:jc w:val="center"/>
            </w:pPr>
          </w:p>
        </w:tc>
      </w:tr>
      <w:tr w:rsidR="00CD3864" w14:paraId="696C24A1" w14:textId="77777777" w:rsidTr="00CD3864">
        <w:trPr>
          <w:trHeight w:val="640"/>
          <w:jc w:val="center"/>
        </w:trPr>
        <w:tc>
          <w:tcPr>
            <w:tcW w:w="468" w:type="dxa"/>
          </w:tcPr>
          <w:p w14:paraId="0E8E6965" w14:textId="3DB91524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120</w:t>
            </w:r>
          </w:p>
        </w:tc>
        <w:tc>
          <w:tcPr>
            <w:tcW w:w="633" w:type="dxa"/>
          </w:tcPr>
          <w:p w14:paraId="086DFDCB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EAE0DC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652FACE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86CB28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790A5F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33AEEA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6E38B2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A690185" w14:textId="77777777" w:rsidR="00CD3864" w:rsidRDefault="00CD3864">
            <w:pPr>
              <w:jc w:val="center"/>
            </w:pPr>
          </w:p>
        </w:tc>
      </w:tr>
      <w:tr w:rsidR="00CD3864" w14:paraId="4B2243D9" w14:textId="77777777" w:rsidTr="00CD3864">
        <w:trPr>
          <w:trHeight w:val="640"/>
          <w:jc w:val="center"/>
        </w:trPr>
        <w:tc>
          <w:tcPr>
            <w:tcW w:w="468" w:type="dxa"/>
          </w:tcPr>
          <w:p w14:paraId="7511D9EF" w14:textId="006CCED6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121</w:t>
            </w:r>
          </w:p>
        </w:tc>
        <w:tc>
          <w:tcPr>
            <w:tcW w:w="633" w:type="dxa"/>
          </w:tcPr>
          <w:p w14:paraId="48E2AF3E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B69BC75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26FB3A9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724C4E75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25D965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B5DF65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EBFC31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EF86AB3" w14:textId="77777777" w:rsidR="00CD3864" w:rsidRDefault="00CD3864">
            <w:pPr>
              <w:jc w:val="center"/>
            </w:pPr>
          </w:p>
        </w:tc>
      </w:tr>
      <w:tr w:rsidR="00CD3864" w14:paraId="3EA447F0" w14:textId="77777777" w:rsidTr="00CD3864">
        <w:trPr>
          <w:trHeight w:val="640"/>
          <w:jc w:val="center"/>
        </w:trPr>
        <w:tc>
          <w:tcPr>
            <w:tcW w:w="468" w:type="dxa"/>
          </w:tcPr>
          <w:p w14:paraId="3B2E7E16" w14:textId="6947A987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122</w:t>
            </w:r>
          </w:p>
        </w:tc>
        <w:tc>
          <w:tcPr>
            <w:tcW w:w="633" w:type="dxa"/>
          </w:tcPr>
          <w:p w14:paraId="01A7F5CD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38D6ADA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348FB93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1E7F53B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DAD1E3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56C959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1B3C6D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D02C74B" w14:textId="77777777" w:rsidR="00CD3864" w:rsidRDefault="00CD3864">
            <w:pPr>
              <w:jc w:val="center"/>
            </w:pPr>
          </w:p>
        </w:tc>
      </w:tr>
      <w:tr w:rsidR="00CD3864" w14:paraId="0B4C2B88" w14:textId="77777777" w:rsidTr="00CD3864">
        <w:trPr>
          <w:trHeight w:val="640"/>
          <w:jc w:val="center"/>
        </w:trPr>
        <w:tc>
          <w:tcPr>
            <w:tcW w:w="468" w:type="dxa"/>
          </w:tcPr>
          <w:p w14:paraId="1D3FD076" w14:textId="7D3F8C5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123</w:t>
            </w:r>
          </w:p>
        </w:tc>
        <w:tc>
          <w:tcPr>
            <w:tcW w:w="633" w:type="dxa"/>
          </w:tcPr>
          <w:p w14:paraId="342CFA96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C961D6A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5F34BF0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1B52DA0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8E082D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80876A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7BCCAF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525842B" w14:textId="77777777" w:rsidR="00CD3864" w:rsidRDefault="00CD3864">
            <w:pPr>
              <w:jc w:val="center"/>
            </w:pPr>
          </w:p>
        </w:tc>
      </w:tr>
      <w:tr w:rsidR="00CD3864" w14:paraId="2E876245" w14:textId="77777777" w:rsidTr="00CD3864">
        <w:trPr>
          <w:trHeight w:val="640"/>
          <w:jc w:val="center"/>
        </w:trPr>
        <w:tc>
          <w:tcPr>
            <w:tcW w:w="468" w:type="dxa"/>
          </w:tcPr>
          <w:p w14:paraId="2BDEB879" w14:textId="09F6D06D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124</w:t>
            </w:r>
          </w:p>
        </w:tc>
        <w:tc>
          <w:tcPr>
            <w:tcW w:w="633" w:type="dxa"/>
          </w:tcPr>
          <w:p w14:paraId="1A57CCE8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55C96AE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C0D661B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912EBEE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00C27D6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052C4C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25485C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5DE5C4A" w14:textId="77777777" w:rsidR="00CD3864" w:rsidRDefault="00CD3864">
            <w:pPr>
              <w:jc w:val="center"/>
            </w:pPr>
          </w:p>
        </w:tc>
      </w:tr>
      <w:tr w:rsidR="00CD3864" w14:paraId="2A1AE01D" w14:textId="77777777" w:rsidTr="00CD3864">
        <w:trPr>
          <w:trHeight w:val="640"/>
          <w:jc w:val="center"/>
        </w:trPr>
        <w:tc>
          <w:tcPr>
            <w:tcW w:w="468" w:type="dxa"/>
          </w:tcPr>
          <w:p w14:paraId="0705287C" w14:textId="5CA6A6B5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125</w:t>
            </w:r>
          </w:p>
        </w:tc>
        <w:tc>
          <w:tcPr>
            <w:tcW w:w="633" w:type="dxa"/>
          </w:tcPr>
          <w:p w14:paraId="6BEEC07C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415B5207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766AF7B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966F2D3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F9DD78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562FA0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11F25D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0C614DA" w14:textId="77777777" w:rsidR="00CD3864" w:rsidRDefault="00CD3864">
            <w:pPr>
              <w:jc w:val="center"/>
            </w:pPr>
          </w:p>
        </w:tc>
      </w:tr>
      <w:tr w:rsidR="00CD3864" w14:paraId="2C937E50" w14:textId="77777777" w:rsidTr="00CD3864">
        <w:trPr>
          <w:trHeight w:val="640"/>
          <w:jc w:val="center"/>
        </w:trPr>
        <w:tc>
          <w:tcPr>
            <w:tcW w:w="468" w:type="dxa"/>
          </w:tcPr>
          <w:p w14:paraId="57349CB2" w14:textId="0056680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126</w:t>
            </w:r>
          </w:p>
        </w:tc>
        <w:tc>
          <w:tcPr>
            <w:tcW w:w="633" w:type="dxa"/>
          </w:tcPr>
          <w:p w14:paraId="186C41CB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C24B628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76CD2DA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4E1E97C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02FBFC5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80BFE1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F1F1DC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863ED4C" w14:textId="77777777" w:rsidR="00CD3864" w:rsidRDefault="00CD3864">
            <w:pPr>
              <w:jc w:val="center"/>
            </w:pPr>
          </w:p>
        </w:tc>
      </w:tr>
      <w:tr w:rsidR="00CD3864" w14:paraId="077E2AC5" w14:textId="77777777" w:rsidTr="00CD3864">
        <w:trPr>
          <w:trHeight w:val="640"/>
          <w:jc w:val="center"/>
        </w:trPr>
        <w:tc>
          <w:tcPr>
            <w:tcW w:w="468" w:type="dxa"/>
          </w:tcPr>
          <w:p w14:paraId="23F9ACC0" w14:textId="0DE20BE5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lastRenderedPageBreak/>
              <w:t>127</w:t>
            </w:r>
          </w:p>
        </w:tc>
        <w:tc>
          <w:tcPr>
            <w:tcW w:w="633" w:type="dxa"/>
          </w:tcPr>
          <w:p w14:paraId="3C6500C4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9DB2FD4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8C69C93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67194F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07C579D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DDEEE5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C6A47E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4533753" w14:textId="77777777" w:rsidR="00CD3864" w:rsidRDefault="00CD3864">
            <w:pPr>
              <w:jc w:val="center"/>
            </w:pPr>
          </w:p>
        </w:tc>
      </w:tr>
      <w:tr w:rsidR="00CD3864" w14:paraId="39152AB4" w14:textId="77777777" w:rsidTr="00CD3864">
        <w:trPr>
          <w:trHeight w:val="640"/>
          <w:jc w:val="center"/>
        </w:trPr>
        <w:tc>
          <w:tcPr>
            <w:tcW w:w="468" w:type="dxa"/>
          </w:tcPr>
          <w:p w14:paraId="2D1C9AD5" w14:textId="33EF15E1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128</w:t>
            </w:r>
          </w:p>
        </w:tc>
        <w:tc>
          <w:tcPr>
            <w:tcW w:w="633" w:type="dxa"/>
          </w:tcPr>
          <w:p w14:paraId="3D6CAAA1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CDAC6BF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0074236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7183EDA0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04559A5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0F26F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756BB6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0654BAE" w14:textId="77777777" w:rsidR="00CD3864" w:rsidRDefault="00CD3864">
            <w:pPr>
              <w:jc w:val="center"/>
            </w:pPr>
          </w:p>
        </w:tc>
      </w:tr>
      <w:tr w:rsidR="00CD3864" w14:paraId="7676C846" w14:textId="77777777" w:rsidTr="00CD3864">
        <w:trPr>
          <w:trHeight w:val="640"/>
          <w:jc w:val="center"/>
        </w:trPr>
        <w:tc>
          <w:tcPr>
            <w:tcW w:w="468" w:type="dxa"/>
          </w:tcPr>
          <w:p w14:paraId="5B53DDB9" w14:textId="762717B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129</w:t>
            </w:r>
          </w:p>
        </w:tc>
        <w:tc>
          <w:tcPr>
            <w:tcW w:w="633" w:type="dxa"/>
          </w:tcPr>
          <w:p w14:paraId="3B6DDA19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054CD66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0586D23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B5FC290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55F566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583537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A24C03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AC5EF36" w14:textId="77777777" w:rsidR="00CD3864" w:rsidRDefault="00CD3864">
            <w:pPr>
              <w:jc w:val="center"/>
            </w:pPr>
          </w:p>
        </w:tc>
      </w:tr>
      <w:tr w:rsidR="00CD3864" w14:paraId="588FB98E" w14:textId="77777777" w:rsidTr="00CD3864">
        <w:trPr>
          <w:trHeight w:val="640"/>
          <w:jc w:val="center"/>
        </w:trPr>
        <w:tc>
          <w:tcPr>
            <w:tcW w:w="468" w:type="dxa"/>
          </w:tcPr>
          <w:p w14:paraId="1E482A62" w14:textId="54C65FC9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130</w:t>
            </w:r>
          </w:p>
        </w:tc>
        <w:tc>
          <w:tcPr>
            <w:tcW w:w="633" w:type="dxa"/>
          </w:tcPr>
          <w:p w14:paraId="518EB81C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B39E116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67CFDCF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421A892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EEFA1C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A1D286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BA4CA1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DC34DE2" w14:textId="77777777" w:rsidR="00CD3864" w:rsidRDefault="00CD3864">
            <w:pPr>
              <w:jc w:val="center"/>
            </w:pPr>
          </w:p>
        </w:tc>
      </w:tr>
      <w:tr w:rsidR="00CD3864" w14:paraId="6033ADF7" w14:textId="77777777" w:rsidTr="00CD3864">
        <w:trPr>
          <w:trHeight w:val="640"/>
          <w:jc w:val="center"/>
        </w:trPr>
        <w:tc>
          <w:tcPr>
            <w:tcW w:w="468" w:type="dxa"/>
          </w:tcPr>
          <w:p w14:paraId="177D2235" w14:textId="59558FCA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131</w:t>
            </w:r>
          </w:p>
        </w:tc>
        <w:tc>
          <w:tcPr>
            <w:tcW w:w="633" w:type="dxa"/>
          </w:tcPr>
          <w:p w14:paraId="369600FA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3B059BA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F6F056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12FB35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BE9D52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4A3429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63E534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A300B71" w14:textId="77777777" w:rsidR="00CD3864" w:rsidRDefault="00CD3864">
            <w:pPr>
              <w:jc w:val="center"/>
            </w:pPr>
          </w:p>
        </w:tc>
      </w:tr>
      <w:tr w:rsidR="00CD3864" w14:paraId="1BCF7771" w14:textId="77777777" w:rsidTr="00CD3864">
        <w:trPr>
          <w:trHeight w:val="640"/>
          <w:jc w:val="center"/>
        </w:trPr>
        <w:tc>
          <w:tcPr>
            <w:tcW w:w="468" w:type="dxa"/>
          </w:tcPr>
          <w:p w14:paraId="2897673B" w14:textId="427A1631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132</w:t>
            </w:r>
          </w:p>
        </w:tc>
        <w:tc>
          <w:tcPr>
            <w:tcW w:w="633" w:type="dxa"/>
          </w:tcPr>
          <w:p w14:paraId="535FFB87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441539E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931AB9D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191905D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000D9C0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5271B6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852D8A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5CE062C" w14:textId="77777777" w:rsidR="00CD3864" w:rsidRDefault="00CD3864">
            <w:pPr>
              <w:jc w:val="center"/>
            </w:pPr>
          </w:p>
        </w:tc>
      </w:tr>
      <w:tr w:rsidR="00CD3864" w14:paraId="5162919E" w14:textId="77777777" w:rsidTr="00CD3864">
        <w:trPr>
          <w:trHeight w:val="640"/>
          <w:jc w:val="center"/>
        </w:trPr>
        <w:tc>
          <w:tcPr>
            <w:tcW w:w="468" w:type="dxa"/>
          </w:tcPr>
          <w:p w14:paraId="336AD154" w14:textId="60B23F86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133</w:t>
            </w:r>
          </w:p>
        </w:tc>
        <w:tc>
          <w:tcPr>
            <w:tcW w:w="633" w:type="dxa"/>
          </w:tcPr>
          <w:p w14:paraId="23ED3F76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5FA85154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744FDF3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CCF257A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D4E091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5BF4DF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71F90D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F497D8E" w14:textId="77777777" w:rsidR="00CD3864" w:rsidRDefault="00CD3864">
            <w:pPr>
              <w:jc w:val="center"/>
            </w:pPr>
          </w:p>
        </w:tc>
      </w:tr>
      <w:tr w:rsidR="00CD3864" w14:paraId="4AAE4888" w14:textId="77777777" w:rsidTr="00CD3864">
        <w:trPr>
          <w:trHeight w:val="640"/>
          <w:jc w:val="center"/>
        </w:trPr>
        <w:tc>
          <w:tcPr>
            <w:tcW w:w="468" w:type="dxa"/>
          </w:tcPr>
          <w:p w14:paraId="26FAE813" w14:textId="313BDCD6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134</w:t>
            </w:r>
          </w:p>
        </w:tc>
        <w:tc>
          <w:tcPr>
            <w:tcW w:w="633" w:type="dxa"/>
          </w:tcPr>
          <w:p w14:paraId="02A5F7C0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41E21DF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306266F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DFD2035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1046F3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22B1BB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AD2549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DCE9EC9" w14:textId="77777777" w:rsidR="00CD3864" w:rsidRDefault="00CD3864">
            <w:pPr>
              <w:jc w:val="center"/>
            </w:pPr>
          </w:p>
        </w:tc>
      </w:tr>
      <w:tr w:rsidR="00CD3864" w14:paraId="0A1B2C31" w14:textId="77777777" w:rsidTr="00CD3864">
        <w:trPr>
          <w:trHeight w:val="640"/>
          <w:jc w:val="center"/>
        </w:trPr>
        <w:tc>
          <w:tcPr>
            <w:tcW w:w="468" w:type="dxa"/>
          </w:tcPr>
          <w:p w14:paraId="539A3F05" w14:textId="6093B975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135</w:t>
            </w:r>
          </w:p>
        </w:tc>
        <w:tc>
          <w:tcPr>
            <w:tcW w:w="633" w:type="dxa"/>
          </w:tcPr>
          <w:p w14:paraId="5F709501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D1140AB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9EAE340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31CBCEE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204891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30BF57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CD4ECB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8CA75EE" w14:textId="77777777" w:rsidR="00CD3864" w:rsidRDefault="00CD3864">
            <w:pPr>
              <w:jc w:val="center"/>
            </w:pPr>
          </w:p>
        </w:tc>
      </w:tr>
      <w:tr w:rsidR="00CD3864" w14:paraId="21E07716" w14:textId="77777777" w:rsidTr="00CD3864">
        <w:trPr>
          <w:trHeight w:val="640"/>
          <w:jc w:val="center"/>
        </w:trPr>
        <w:tc>
          <w:tcPr>
            <w:tcW w:w="468" w:type="dxa"/>
          </w:tcPr>
          <w:p w14:paraId="1949998F" w14:textId="1E3EB4C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136</w:t>
            </w:r>
          </w:p>
        </w:tc>
        <w:tc>
          <w:tcPr>
            <w:tcW w:w="633" w:type="dxa"/>
          </w:tcPr>
          <w:p w14:paraId="3794CC28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268DFC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C5D35BF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EE3CE88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F88EB9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2C2B68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2E22FF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7494B75" w14:textId="77777777" w:rsidR="00CD3864" w:rsidRDefault="00CD3864">
            <w:pPr>
              <w:jc w:val="center"/>
            </w:pPr>
          </w:p>
        </w:tc>
      </w:tr>
      <w:tr w:rsidR="00CD3864" w14:paraId="2C719B7B" w14:textId="77777777" w:rsidTr="00CD3864">
        <w:trPr>
          <w:trHeight w:val="640"/>
          <w:jc w:val="center"/>
        </w:trPr>
        <w:tc>
          <w:tcPr>
            <w:tcW w:w="468" w:type="dxa"/>
          </w:tcPr>
          <w:p w14:paraId="520BE877" w14:textId="66AA89D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137</w:t>
            </w:r>
          </w:p>
        </w:tc>
        <w:tc>
          <w:tcPr>
            <w:tcW w:w="633" w:type="dxa"/>
          </w:tcPr>
          <w:p w14:paraId="2DE20622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53120537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55EF80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575E17B5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A57E4E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8F59CF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19416F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65315A1" w14:textId="77777777" w:rsidR="00CD3864" w:rsidRDefault="00CD3864">
            <w:pPr>
              <w:jc w:val="center"/>
            </w:pPr>
          </w:p>
        </w:tc>
      </w:tr>
      <w:tr w:rsidR="00CD3864" w14:paraId="672DF8A0" w14:textId="77777777" w:rsidTr="00CD3864">
        <w:trPr>
          <w:trHeight w:val="640"/>
          <w:jc w:val="center"/>
        </w:trPr>
        <w:tc>
          <w:tcPr>
            <w:tcW w:w="468" w:type="dxa"/>
          </w:tcPr>
          <w:p w14:paraId="40833185" w14:textId="3775E80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138</w:t>
            </w:r>
          </w:p>
        </w:tc>
        <w:tc>
          <w:tcPr>
            <w:tcW w:w="633" w:type="dxa"/>
          </w:tcPr>
          <w:p w14:paraId="040F7F21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18CD739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329956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D5649C5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941A3A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630E23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C622A1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CD6CAC6" w14:textId="77777777" w:rsidR="00CD3864" w:rsidRDefault="00CD3864">
            <w:pPr>
              <w:jc w:val="center"/>
            </w:pPr>
          </w:p>
        </w:tc>
      </w:tr>
      <w:tr w:rsidR="00CD3864" w14:paraId="56C2B775" w14:textId="77777777" w:rsidTr="00CD3864">
        <w:trPr>
          <w:trHeight w:val="640"/>
          <w:jc w:val="center"/>
        </w:trPr>
        <w:tc>
          <w:tcPr>
            <w:tcW w:w="468" w:type="dxa"/>
          </w:tcPr>
          <w:p w14:paraId="20A5542D" w14:textId="41521002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139</w:t>
            </w:r>
          </w:p>
        </w:tc>
        <w:tc>
          <w:tcPr>
            <w:tcW w:w="633" w:type="dxa"/>
          </w:tcPr>
          <w:p w14:paraId="019B0723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36D737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8F2E34A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9064B0F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0CF4DE3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8FCB5C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1D63AB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F756C25" w14:textId="77777777" w:rsidR="00CD3864" w:rsidRDefault="00CD3864">
            <w:pPr>
              <w:jc w:val="center"/>
            </w:pPr>
          </w:p>
        </w:tc>
      </w:tr>
      <w:tr w:rsidR="00CD3864" w14:paraId="4C7F1BAD" w14:textId="77777777" w:rsidTr="00CD3864">
        <w:trPr>
          <w:trHeight w:val="640"/>
          <w:jc w:val="center"/>
        </w:trPr>
        <w:tc>
          <w:tcPr>
            <w:tcW w:w="468" w:type="dxa"/>
          </w:tcPr>
          <w:p w14:paraId="6A2D36E6" w14:textId="043CE59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140</w:t>
            </w:r>
          </w:p>
        </w:tc>
        <w:tc>
          <w:tcPr>
            <w:tcW w:w="633" w:type="dxa"/>
          </w:tcPr>
          <w:p w14:paraId="63A00678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D251F89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4377A7F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F634F0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296FA1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503F62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4072BC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F4B0803" w14:textId="77777777" w:rsidR="00CD3864" w:rsidRDefault="00CD3864">
            <w:pPr>
              <w:jc w:val="center"/>
            </w:pPr>
          </w:p>
        </w:tc>
      </w:tr>
      <w:tr w:rsidR="00CD3864" w14:paraId="77317AA6" w14:textId="77777777" w:rsidTr="00CD3864">
        <w:trPr>
          <w:trHeight w:val="640"/>
          <w:jc w:val="center"/>
        </w:trPr>
        <w:tc>
          <w:tcPr>
            <w:tcW w:w="468" w:type="dxa"/>
          </w:tcPr>
          <w:p w14:paraId="776696E6" w14:textId="2F3F67B5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141</w:t>
            </w:r>
          </w:p>
        </w:tc>
        <w:tc>
          <w:tcPr>
            <w:tcW w:w="633" w:type="dxa"/>
          </w:tcPr>
          <w:p w14:paraId="35B7FA7A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E10FD26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CCC8B0D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DFF2918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2285E6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1BB0DE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01056D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2B4A52C" w14:textId="77777777" w:rsidR="00CD3864" w:rsidRDefault="00CD3864">
            <w:pPr>
              <w:jc w:val="center"/>
            </w:pPr>
          </w:p>
        </w:tc>
      </w:tr>
      <w:tr w:rsidR="00CD3864" w14:paraId="403DF444" w14:textId="77777777" w:rsidTr="00CD3864">
        <w:trPr>
          <w:trHeight w:val="640"/>
          <w:jc w:val="center"/>
        </w:trPr>
        <w:tc>
          <w:tcPr>
            <w:tcW w:w="468" w:type="dxa"/>
          </w:tcPr>
          <w:p w14:paraId="54C3AC55" w14:textId="2E7A4C8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142</w:t>
            </w:r>
          </w:p>
        </w:tc>
        <w:tc>
          <w:tcPr>
            <w:tcW w:w="633" w:type="dxa"/>
          </w:tcPr>
          <w:p w14:paraId="71B717BC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81685DB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319CE18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00436A7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DE14C3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736352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5A1B1B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04FCB7A" w14:textId="77777777" w:rsidR="00CD3864" w:rsidRDefault="00CD3864">
            <w:pPr>
              <w:jc w:val="center"/>
            </w:pPr>
          </w:p>
        </w:tc>
      </w:tr>
      <w:tr w:rsidR="00CD3864" w14:paraId="34BC4018" w14:textId="77777777" w:rsidTr="00CD3864">
        <w:trPr>
          <w:trHeight w:val="640"/>
          <w:jc w:val="center"/>
        </w:trPr>
        <w:tc>
          <w:tcPr>
            <w:tcW w:w="468" w:type="dxa"/>
          </w:tcPr>
          <w:p w14:paraId="45F3D12B" w14:textId="24D73668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143</w:t>
            </w:r>
          </w:p>
        </w:tc>
        <w:tc>
          <w:tcPr>
            <w:tcW w:w="633" w:type="dxa"/>
          </w:tcPr>
          <w:p w14:paraId="35AC4B31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DCD7836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E896830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86ED89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72CB60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9508CA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231AA0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4CC17DC" w14:textId="77777777" w:rsidR="00CD3864" w:rsidRDefault="00CD3864">
            <w:pPr>
              <w:jc w:val="center"/>
            </w:pPr>
          </w:p>
        </w:tc>
      </w:tr>
      <w:tr w:rsidR="00CD3864" w14:paraId="4AF886FD" w14:textId="77777777" w:rsidTr="00CD3864">
        <w:trPr>
          <w:trHeight w:val="640"/>
          <w:jc w:val="center"/>
        </w:trPr>
        <w:tc>
          <w:tcPr>
            <w:tcW w:w="468" w:type="dxa"/>
          </w:tcPr>
          <w:p w14:paraId="6978AFAD" w14:textId="6F4EF95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144</w:t>
            </w:r>
          </w:p>
        </w:tc>
        <w:tc>
          <w:tcPr>
            <w:tcW w:w="633" w:type="dxa"/>
          </w:tcPr>
          <w:p w14:paraId="55F877CF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819129F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4EC301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3FE6D8C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654BEF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C2DC25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2859CE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19A63EE" w14:textId="77777777" w:rsidR="00CD3864" w:rsidRDefault="00CD3864">
            <w:pPr>
              <w:jc w:val="center"/>
            </w:pPr>
          </w:p>
        </w:tc>
      </w:tr>
      <w:tr w:rsidR="00CD3864" w14:paraId="6BEB19FB" w14:textId="77777777" w:rsidTr="00CD3864">
        <w:trPr>
          <w:trHeight w:val="640"/>
          <w:jc w:val="center"/>
        </w:trPr>
        <w:tc>
          <w:tcPr>
            <w:tcW w:w="468" w:type="dxa"/>
          </w:tcPr>
          <w:p w14:paraId="4175FDDA" w14:textId="43BF617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145</w:t>
            </w:r>
          </w:p>
        </w:tc>
        <w:tc>
          <w:tcPr>
            <w:tcW w:w="633" w:type="dxa"/>
          </w:tcPr>
          <w:p w14:paraId="669872FA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17FD869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09DE3BA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4361728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AE162B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3942E8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6C94E5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F55DC24" w14:textId="77777777" w:rsidR="00CD3864" w:rsidRDefault="00CD3864">
            <w:pPr>
              <w:jc w:val="center"/>
            </w:pPr>
          </w:p>
        </w:tc>
      </w:tr>
      <w:tr w:rsidR="00CD3864" w14:paraId="39D0062C" w14:textId="77777777" w:rsidTr="00CD3864">
        <w:trPr>
          <w:trHeight w:val="640"/>
          <w:jc w:val="center"/>
        </w:trPr>
        <w:tc>
          <w:tcPr>
            <w:tcW w:w="468" w:type="dxa"/>
          </w:tcPr>
          <w:p w14:paraId="2D31E325" w14:textId="200B896C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146</w:t>
            </w:r>
          </w:p>
        </w:tc>
        <w:tc>
          <w:tcPr>
            <w:tcW w:w="633" w:type="dxa"/>
          </w:tcPr>
          <w:p w14:paraId="6DE3D875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58F3EE6C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10E910F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6DFAE8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3CFA8B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0883C0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574110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EE24724" w14:textId="77777777" w:rsidR="00CD3864" w:rsidRDefault="00CD3864">
            <w:pPr>
              <w:jc w:val="center"/>
            </w:pPr>
          </w:p>
        </w:tc>
      </w:tr>
      <w:tr w:rsidR="00CD3864" w14:paraId="46BCD6B6" w14:textId="77777777" w:rsidTr="00CD3864">
        <w:trPr>
          <w:trHeight w:val="640"/>
          <w:jc w:val="center"/>
        </w:trPr>
        <w:tc>
          <w:tcPr>
            <w:tcW w:w="468" w:type="dxa"/>
          </w:tcPr>
          <w:p w14:paraId="16928F36" w14:textId="75A3B0A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147</w:t>
            </w:r>
          </w:p>
        </w:tc>
        <w:tc>
          <w:tcPr>
            <w:tcW w:w="633" w:type="dxa"/>
          </w:tcPr>
          <w:p w14:paraId="0F8CCA29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7343B92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9DE1E1E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793622B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0BDA7E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6E061B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911F79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800EE25" w14:textId="77777777" w:rsidR="00CD3864" w:rsidRDefault="00CD3864">
            <w:pPr>
              <w:jc w:val="center"/>
            </w:pPr>
          </w:p>
        </w:tc>
      </w:tr>
      <w:tr w:rsidR="00CD3864" w14:paraId="7324C4F8" w14:textId="77777777" w:rsidTr="00CD3864">
        <w:trPr>
          <w:trHeight w:val="640"/>
          <w:jc w:val="center"/>
        </w:trPr>
        <w:tc>
          <w:tcPr>
            <w:tcW w:w="468" w:type="dxa"/>
          </w:tcPr>
          <w:p w14:paraId="6608C7E2" w14:textId="23BBD367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lastRenderedPageBreak/>
              <w:t>148</w:t>
            </w:r>
          </w:p>
        </w:tc>
        <w:tc>
          <w:tcPr>
            <w:tcW w:w="633" w:type="dxa"/>
          </w:tcPr>
          <w:p w14:paraId="79E90C9A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C957889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D3E251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420DC6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154E9C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198289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55916E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5630787" w14:textId="77777777" w:rsidR="00CD3864" w:rsidRDefault="00CD3864">
            <w:pPr>
              <w:jc w:val="center"/>
            </w:pPr>
          </w:p>
        </w:tc>
      </w:tr>
      <w:tr w:rsidR="00CD3864" w14:paraId="1A82DE0D" w14:textId="77777777" w:rsidTr="00CD3864">
        <w:trPr>
          <w:trHeight w:val="640"/>
          <w:jc w:val="center"/>
        </w:trPr>
        <w:tc>
          <w:tcPr>
            <w:tcW w:w="468" w:type="dxa"/>
          </w:tcPr>
          <w:p w14:paraId="06464D87" w14:textId="77A9D1D5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149</w:t>
            </w:r>
          </w:p>
        </w:tc>
        <w:tc>
          <w:tcPr>
            <w:tcW w:w="633" w:type="dxa"/>
          </w:tcPr>
          <w:p w14:paraId="5218E6EC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05FBA66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37E936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79E9A0AB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5D02F5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EB45EB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8A26AF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125999D" w14:textId="77777777" w:rsidR="00CD3864" w:rsidRDefault="00CD3864">
            <w:pPr>
              <w:jc w:val="center"/>
            </w:pPr>
          </w:p>
        </w:tc>
      </w:tr>
      <w:tr w:rsidR="00CD3864" w14:paraId="4E06E68E" w14:textId="77777777" w:rsidTr="00CD3864">
        <w:trPr>
          <w:trHeight w:val="640"/>
          <w:jc w:val="center"/>
        </w:trPr>
        <w:tc>
          <w:tcPr>
            <w:tcW w:w="468" w:type="dxa"/>
          </w:tcPr>
          <w:p w14:paraId="1368F31D" w14:textId="48E3DA28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150</w:t>
            </w:r>
          </w:p>
        </w:tc>
        <w:tc>
          <w:tcPr>
            <w:tcW w:w="633" w:type="dxa"/>
          </w:tcPr>
          <w:p w14:paraId="3C43551C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E24E82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8EA862A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829F86A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9EE99C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18EB13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A31C58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AEBAADE" w14:textId="77777777" w:rsidR="00CD3864" w:rsidRDefault="00CD3864">
            <w:pPr>
              <w:jc w:val="center"/>
            </w:pPr>
          </w:p>
        </w:tc>
      </w:tr>
      <w:tr w:rsidR="00CD3864" w14:paraId="3E854D2B" w14:textId="77777777" w:rsidTr="00CD3864">
        <w:trPr>
          <w:trHeight w:val="640"/>
          <w:jc w:val="center"/>
        </w:trPr>
        <w:tc>
          <w:tcPr>
            <w:tcW w:w="468" w:type="dxa"/>
          </w:tcPr>
          <w:p w14:paraId="023A287B" w14:textId="6834FB15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151</w:t>
            </w:r>
          </w:p>
        </w:tc>
        <w:tc>
          <w:tcPr>
            <w:tcW w:w="633" w:type="dxa"/>
          </w:tcPr>
          <w:p w14:paraId="0C2F9987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9219548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868AF55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31B25B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274970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DD1CC1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48E85B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6073B92" w14:textId="77777777" w:rsidR="00CD3864" w:rsidRDefault="00CD3864">
            <w:pPr>
              <w:jc w:val="center"/>
            </w:pPr>
          </w:p>
        </w:tc>
      </w:tr>
      <w:tr w:rsidR="00CD3864" w14:paraId="365B1F12" w14:textId="77777777" w:rsidTr="00CD3864">
        <w:trPr>
          <w:trHeight w:val="640"/>
          <w:jc w:val="center"/>
        </w:trPr>
        <w:tc>
          <w:tcPr>
            <w:tcW w:w="468" w:type="dxa"/>
          </w:tcPr>
          <w:p w14:paraId="2A5936E8" w14:textId="53914A91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152</w:t>
            </w:r>
          </w:p>
        </w:tc>
        <w:tc>
          <w:tcPr>
            <w:tcW w:w="633" w:type="dxa"/>
          </w:tcPr>
          <w:p w14:paraId="3B9C3082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1FDB6FA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D61872A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18B10EE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AAB7EC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02BDAA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D703F9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592A89C" w14:textId="77777777" w:rsidR="00CD3864" w:rsidRDefault="00CD3864">
            <w:pPr>
              <w:jc w:val="center"/>
            </w:pPr>
          </w:p>
        </w:tc>
      </w:tr>
      <w:tr w:rsidR="00CD3864" w14:paraId="31C90E90" w14:textId="77777777" w:rsidTr="00CD3864">
        <w:trPr>
          <w:trHeight w:val="640"/>
          <w:jc w:val="center"/>
        </w:trPr>
        <w:tc>
          <w:tcPr>
            <w:tcW w:w="468" w:type="dxa"/>
          </w:tcPr>
          <w:p w14:paraId="7D1C77A9" w14:textId="07E672C6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153</w:t>
            </w:r>
          </w:p>
        </w:tc>
        <w:tc>
          <w:tcPr>
            <w:tcW w:w="633" w:type="dxa"/>
          </w:tcPr>
          <w:p w14:paraId="48277A37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D887882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783D59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7A6BF54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645490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B10112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26DC23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21D1C08" w14:textId="77777777" w:rsidR="00CD3864" w:rsidRDefault="00CD3864">
            <w:pPr>
              <w:jc w:val="center"/>
            </w:pPr>
          </w:p>
        </w:tc>
      </w:tr>
      <w:tr w:rsidR="00CD3864" w14:paraId="79D0E16B" w14:textId="77777777" w:rsidTr="00CD3864">
        <w:trPr>
          <w:trHeight w:val="640"/>
          <w:jc w:val="center"/>
        </w:trPr>
        <w:tc>
          <w:tcPr>
            <w:tcW w:w="468" w:type="dxa"/>
          </w:tcPr>
          <w:p w14:paraId="3B986073" w14:textId="2ECDBE18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154</w:t>
            </w:r>
          </w:p>
        </w:tc>
        <w:tc>
          <w:tcPr>
            <w:tcW w:w="633" w:type="dxa"/>
          </w:tcPr>
          <w:p w14:paraId="5FB8F4A4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558E21C0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8B1AB5A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307650C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7C02CF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289E51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F2733D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51C4D5F" w14:textId="77777777" w:rsidR="00CD3864" w:rsidRDefault="00CD3864">
            <w:pPr>
              <w:jc w:val="center"/>
            </w:pPr>
          </w:p>
        </w:tc>
      </w:tr>
      <w:tr w:rsidR="00CD3864" w14:paraId="6D7F770C" w14:textId="77777777" w:rsidTr="00CD3864">
        <w:trPr>
          <w:trHeight w:val="640"/>
          <w:jc w:val="center"/>
        </w:trPr>
        <w:tc>
          <w:tcPr>
            <w:tcW w:w="468" w:type="dxa"/>
          </w:tcPr>
          <w:p w14:paraId="72D0A9A7" w14:textId="26025FFC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155</w:t>
            </w:r>
          </w:p>
        </w:tc>
        <w:tc>
          <w:tcPr>
            <w:tcW w:w="633" w:type="dxa"/>
          </w:tcPr>
          <w:p w14:paraId="4A095863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390BD62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2BE3643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6348421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DFDBD8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A5D349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4B68BE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AABD7B8" w14:textId="77777777" w:rsidR="00CD3864" w:rsidRDefault="00CD3864">
            <w:pPr>
              <w:jc w:val="center"/>
            </w:pPr>
          </w:p>
        </w:tc>
      </w:tr>
      <w:tr w:rsidR="00CD3864" w14:paraId="001DD5C9" w14:textId="77777777" w:rsidTr="00CD3864">
        <w:trPr>
          <w:trHeight w:val="640"/>
          <w:jc w:val="center"/>
        </w:trPr>
        <w:tc>
          <w:tcPr>
            <w:tcW w:w="468" w:type="dxa"/>
          </w:tcPr>
          <w:p w14:paraId="744A3F6D" w14:textId="4429020A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156</w:t>
            </w:r>
          </w:p>
        </w:tc>
        <w:tc>
          <w:tcPr>
            <w:tcW w:w="633" w:type="dxa"/>
          </w:tcPr>
          <w:p w14:paraId="5F703BF2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FB89CC9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863BE1D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5811203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A22B02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FCBC24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6E8BA9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6D33825" w14:textId="77777777" w:rsidR="00CD3864" w:rsidRDefault="00CD3864">
            <w:pPr>
              <w:jc w:val="center"/>
            </w:pPr>
          </w:p>
        </w:tc>
      </w:tr>
      <w:tr w:rsidR="00CD3864" w14:paraId="693ADFD2" w14:textId="77777777" w:rsidTr="00CD3864">
        <w:trPr>
          <w:trHeight w:val="640"/>
          <w:jc w:val="center"/>
        </w:trPr>
        <w:tc>
          <w:tcPr>
            <w:tcW w:w="468" w:type="dxa"/>
          </w:tcPr>
          <w:p w14:paraId="089DCC5E" w14:textId="74401C03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157</w:t>
            </w:r>
          </w:p>
        </w:tc>
        <w:tc>
          <w:tcPr>
            <w:tcW w:w="633" w:type="dxa"/>
          </w:tcPr>
          <w:p w14:paraId="28B5FA3B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84D793B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F30B76D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AF9DF7D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94A1CE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B44782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CC34C8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7DB7596" w14:textId="77777777" w:rsidR="00CD3864" w:rsidRDefault="00CD3864">
            <w:pPr>
              <w:jc w:val="center"/>
            </w:pPr>
          </w:p>
        </w:tc>
      </w:tr>
      <w:tr w:rsidR="00CD3864" w14:paraId="1F0DBDF0" w14:textId="77777777" w:rsidTr="00CD3864">
        <w:trPr>
          <w:trHeight w:val="640"/>
          <w:jc w:val="center"/>
        </w:trPr>
        <w:tc>
          <w:tcPr>
            <w:tcW w:w="468" w:type="dxa"/>
          </w:tcPr>
          <w:p w14:paraId="04376978" w14:textId="5A7F8BE2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158</w:t>
            </w:r>
          </w:p>
        </w:tc>
        <w:tc>
          <w:tcPr>
            <w:tcW w:w="633" w:type="dxa"/>
          </w:tcPr>
          <w:p w14:paraId="5CD5E035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407334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3465B4B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D2930CC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B5B023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D712D3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9E1193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3B698B8" w14:textId="77777777" w:rsidR="00CD3864" w:rsidRDefault="00CD3864">
            <w:pPr>
              <w:jc w:val="center"/>
            </w:pPr>
          </w:p>
        </w:tc>
      </w:tr>
      <w:tr w:rsidR="00CD3864" w14:paraId="4110050E" w14:textId="77777777" w:rsidTr="00CD3864">
        <w:trPr>
          <w:trHeight w:val="640"/>
          <w:jc w:val="center"/>
        </w:trPr>
        <w:tc>
          <w:tcPr>
            <w:tcW w:w="468" w:type="dxa"/>
          </w:tcPr>
          <w:p w14:paraId="1E2D7888" w14:textId="6A265369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159</w:t>
            </w:r>
          </w:p>
        </w:tc>
        <w:tc>
          <w:tcPr>
            <w:tcW w:w="633" w:type="dxa"/>
          </w:tcPr>
          <w:p w14:paraId="5175C528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E1981E0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39828E5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F65ADB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B8FF75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D119C1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79D775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BC7F507" w14:textId="77777777" w:rsidR="00CD3864" w:rsidRDefault="00CD3864">
            <w:pPr>
              <w:jc w:val="center"/>
            </w:pPr>
          </w:p>
        </w:tc>
      </w:tr>
      <w:tr w:rsidR="00CD3864" w14:paraId="6535615F" w14:textId="77777777" w:rsidTr="00CD3864">
        <w:trPr>
          <w:trHeight w:val="640"/>
          <w:jc w:val="center"/>
        </w:trPr>
        <w:tc>
          <w:tcPr>
            <w:tcW w:w="468" w:type="dxa"/>
          </w:tcPr>
          <w:p w14:paraId="5123BD3C" w14:textId="5B5ADC14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160</w:t>
            </w:r>
          </w:p>
        </w:tc>
        <w:tc>
          <w:tcPr>
            <w:tcW w:w="633" w:type="dxa"/>
          </w:tcPr>
          <w:p w14:paraId="631F8C19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4C4E8B19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C3B2D1F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53F05D0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EF7465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F52C21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4EBB1B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062B138" w14:textId="77777777" w:rsidR="00CD3864" w:rsidRDefault="00CD3864">
            <w:pPr>
              <w:jc w:val="center"/>
            </w:pPr>
          </w:p>
        </w:tc>
      </w:tr>
      <w:tr w:rsidR="00CD3864" w14:paraId="64B88476" w14:textId="77777777" w:rsidTr="00CD3864">
        <w:trPr>
          <w:trHeight w:val="640"/>
          <w:jc w:val="center"/>
        </w:trPr>
        <w:tc>
          <w:tcPr>
            <w:tcW w:w="468" w:type="dxa"/>
          </w:tcPr>
          <w:p w14:paraId="436235BE" w14:textId="47B9CB8C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161</w:t>
            </w:r>
          </w:p>
        </w:tc>
        <w:tc>
          <w:tcPr>
            <w:tcW w:w="633" w:type="dxa"/>
          </w:tcPr>
          <w:p w14:paraId="29B48447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D4371DC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F73C52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75E9CBE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10D5B0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86AC39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2DE1E5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6250187" w14:textId="77777777" w:rsidR="00CD3864" w:rsidRDefault="00CD3864">
            <w:pPr>
              <w:jc w:val="center"/>
            </w:pPr>
          </w:p>
        </w:tc>
      </w:tr>
      <w:tr w:rsidR="00CD3864" w14:paraId="3B29BF63" w14:textId="77777777" w:rsidTr="00CD3864">
        <w:trPr>
          <w:trHeight w:val="640"/>
          <w:jc w:val="center"/>
        </w:trPr>
        <w:tc>
          <w:tcPr>
            <w:tcW w:w="468" w:type="dxa"/>
          </w:tcPr>
          <w:p w14:paraId="699E1055" w14:textId="3DC2A35C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162</w:t>
            </w:r>
          </w:p>
        </w:tc>
        <w:tc>
          <w:tcPr>
            <w:tcW w:w="633" w:type="dxa"/>
          </w:tcPr>
          <w:p w14:paraId="6FE56CEF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4F9107C8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9E46059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950DDE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E3FE3E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17C48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EDB602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4EFB619" w14:textId="77777777" w:rsidR="00CD3864" w:rsidRDefault="00CD3864">
            <w:pPr>
              <w:jc w:val="center"/>
            </w:pPr>
          </w:p>
        </w:tc>
      </w:tr>
      <w:tr w:rsidR="00CD3864" w14:paraId="2C9BBB54" w14:textId="77777777" w:rsidTr="00CD3864">
        <w:trPr>
          <w:trHeight w:val="640"/>
          <w:jc w:val="center"/>
        </w:trPr>
        <w:tc>
          <w:tcPr>
            <w:tcW w:w="468" w:type="dxa"/>
          </w:tcPr>
          <w:p w14:paraId="5DC9FF79" w14:textId="6F01D0A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163</w:t>
            </w:r>
          </w:p>
        </w:tc>
        <w:tc>
          <w:tcPr>
            <w:tcW w:w="633" w:type="dxa"/>
          </w:tcPr>
          <w:p w14:paraId="295AAED5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6F1EE1C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A485BA5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4F0C0FA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105CF8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6F8446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D64870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67AB5C3" w14:textId="77777777" w:rsidR="00CD3864" w:rsidRDefault="00CD3864">
            <w:pPr>
              <w:jc w:val="center"/>
            </w:pPr>
          </w:p>
        </w:tc>
      </w:tr>
      <w:tr w:rsidR="00CD3864" w14:paraId="0B7FE41D" w14:textId="77777777" w:rsidTr="00CD3864">
        <w:trPr>
          <w:trHeight w:val="640"/>
          <w:jc w:val="center"/>
        </w:trPr>
        <w:tc>
          <w:tcPr>
            <w:tcW w:w="468" w:type="dxa"/>
          </w:tcPr>
          <w:p w14:paraId="69AE69DE" w14:textId="33AF1E91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164</w:t>
            </w:r>
          </w:p>
        </w:tc>
        <w:tc>
          <w:tcPr>
            <w:tcW w:w="633" w:type="dxa"/>
          </w:tcPr>
          <w:p w14:paraId="63204822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87C1C10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C4D783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30AA19D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49CAAB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94E683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0015DE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84DCB5F" w14:textId="77777777" w:rsidR="00CD3864" w:rsidRDefault="00CD3864">
            <w:pPr>
              <w:jc w:val="center"/>
            </w:pPr>
          </w:p>
        </w:tc>
      </w:tr>
      <w:tr w:rsidR="00CD3864" w14:paraId="658D4565" w14:textId="77777777" w:rsidTr="00CD3864">
        <w:trPr>
          <w:trHeight w:val="640"/>
          <w:jc w:val="center"/>
        </w:trPr>
        <w:tc>
          <w:tcPr>
            <w:tcW w:w="468" w:type="dxa"/>
          </w:tcPr>
          <w:p w14:paraId="0E68C343" w14:textId="6034709F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165</w:t>
            </w:r>
          </w:p>
        </w:tc>
        <w:tc>
          <w:tcPr>
            <w:tcW w:w="633" w:type="dxa"/>
          </w:tcPr>
          <w:p w14:paraId="641789CD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60E5A9B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FB6E40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6575E0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F7D134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C5A78B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5D6EFF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B8D4498" w14:textId="77777777" w:rsidR="00CD3864" w:rsidRDefault="00CD3864">
            <w:pPr>
              <w:jc w:val="center"/>
            </w:pPr>
          </w:p>
        </w:tc>
      </w:tr>
      <w:tr w:rsidR="00CD3864" w14:paraId="343A0DCE" w14:textId="77777777" w:rsidTr="00CD3864">
        <w:trPr>
          <w:trHeight w:val="640"/>
          <w:jc w:val="center"/>
        </w:trPr>
        <w:tc>
          <w:tcPr>
            <w:tcW w:w="468" w:type="dxa"/>
          </w:tcPr>
          <w:p w14:paraId="645A8072" w14:textId="56D17CB2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166</w:t>
            </w:r>
          </w:p>
        </w:tc>
        <w:tc>
          <w:tcPr>
            <w:tcW w:w="633" w:type="dxa"/>
          </w:tcPr>
          <w:p w14:paraId="7EFE7BFD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3E78C4E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4FE355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7507258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1C0692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D8F3E1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B4E877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B0D31BE" w14:textId="77777777" w:rsidR="00CD3864" w:rsidRDefault="00CD3864">
            <w:pPr>
              <w:jc w:val="center"/>
            </w:pPr>
          </w:p>
        </w:tc>
      </w:tr>
      <w:tr w:rsidR="00CD3864" w14:paraId="0985857D" w14:textId="77777777" w:rsidTr="00CD3864">
        <w:trPr>
          <w:trHeight w:val="640"/>
          <w:jc w:val="center"/>
        </w:trPr>
        <w:tc>
          <w:tcPr>
            <w:tcW w:w="468" w:type="dxa"/>
          </w:tcPr>
          <w:p w14:paraId="739A5900" w14:textId="3DA998F3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167</w:t>
            </w:r>
          </w:p>
        </w:tc>
        <w:tc>
          <w:tcPr>
            <w:tcW w:w="633" w:type="dxa"/>
          </w:tcPr>
          <w:p w14:paraId="035537D6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74BB055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DB89170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CB0371A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EAF00F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AC615A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C39411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7D24A9E" w14:textId="77777777" w:rsidR="00CD3864" w:rsidRDefault="00CD3864">
            <w:pPr>
              <w:jc w:val="center"/>
            </w:pPr>
          </w:p>
        </w:tc>
      </w:tr>
      <w:tr w:rsidR="00CD3864" w14:paraId="0FEE1C0B" w14:textId="77777777" w:rsidTr="00CD3864">
        <w:trPr>
          <w:trHeight w:val="640"/>
          <w:jc w:val="center"/>
        </w:trPr>
        <w:tc>
          <w:tcPr>
            <w:tcW w:w="468" w:type="dxa"/>
          </w:tcPr>
          <w:p w14:paraId="39166F2C" w14:textId="2E5D656A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168</w:t>
            </w:r>
          </w:p>
        </w:tc>
        <w:tc>
          <w:tcPr>
            <w:tcW w:w="633" w:type="dxa"/>
          </w:tcPr>
          <w:p w14:paraId="2CB3C0C7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6F76B50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CDC877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34500C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B82191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90A7BF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242E4C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D9DF5DE" w14:textId="77777777" w:rsidR="00CD3864" w:rsidRDefault="00CD3864">
            <w:pPr>
              <w:jc w:val="center"/>
            </w:pPr>
          </w:p>
        </w:tc>
      </w:tr>
      <w:tr w:rsidR="00CD3864" w14:paraId="1F08E6AB" w14:textId="77777777" w:rsidTr="00CD3864">
        <w:trPr>
          <w:trHeight w:val="640"/>
          <w:jc w:val="center"/>
        </w:trPr>
        <w:tc>
          <w:tcPr>
            <w:tcW w:w="468" w:type="dxa"/>
          </w:tcPr>
          <w:p w14:paraId="6F32BDB1" w14:textId="500863C1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lastRenderedPageBreak/>
              <w:t>169</w:t>
            </w:r>
          </w:p>
        </w:tc>
        <w:tc>
          <w:tcPr>
            <w:tcW w:w="633" w:type="dxa"/>
          </w:tcPr>
          <w:p w14:paraId="08A424B8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C214C3C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47665C6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D2B3DD1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B4ED67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A878ED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D7EC91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5D45D37" w14:textId="77777777" w:rsidR="00CD3864" w:rsidRDefault="00CD3864">
            <w:pPr>
              <w:jc w:val="center"/>
            </w:pPr>
          </w:p>
        </w:tc>
      </w:tr>
      <w:tr w:rsidR="00CD3864" w14:paraId="1A9B4D33" w14:textId="77777777" w:rsidTr="00CD3864">
        <w:trPr>
          <w:trHeight w:val="640"/>
          <w:jc w:val="center"/>
        </w:trPr>
        <w:tc>
          <w:tcPr>
            <w:tcW w:w="468" w:type="dxa"/>
          </w:tcPr>
          <w:p w14:paraId="1103F574" w14:textId="6CE7D18E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170</w:t>
            </w:r>
          </w:p>
        </w:tc>
        <w:tc>
          <w:tcPr>
            <w:tcW w:w="633" w:type="dxa"/>
          </w:tcPr>
          <w:p w14:paraId="5FEC0E73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DF32B2A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4CBDED8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C30F69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3F6013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F98ED0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8CAD84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DE879F4" w14:textId="77777777" w:rsidR="00CD3864" w:rsidRDefault="00CD3864">
            <w:pPr>
              <w:jc w:val="center"/>
            </w:pPr>
          </w:p>
        </w:tc>
      </w:tr>
      <w:tr w:rsidR="00CD3864" w14:paraId="3CE235A8" w14:textId="77777777" w:rsidTr="00CD3864">
        <w:trPr>
          <w:trHeight w:val="640"/>
          <w:jc w:val="center"/>
        </w:trPr>
        <w:tc>
          <w:tcPr>
            <w:tcW w:w="468" w:type="dxa"/>
          </w:tcPr>
          <w:p w14:paraId="03165FCB" w14:textId="145F2AC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171</w:t>
            </w:r>
          </w:p>
        </w:tc>
        <w:tc>
          <w:tcPr>
            <w:tcW w:w="633" w:type="dxa"/>
          </w:tcPr>
          <w:p w14:paraId="0C658FB8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F47365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9FBECA0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0B1A8F4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8D8CDE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05EE44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368C38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8C5F203" w14:textId="77777777" w:rsidR="00CD3864" w:rsidRDefault="00CD3864">
            <w:pPr>
              <w:jc w:val="center"/>
            </w:pPr>
          </w:p>
        </w:tc>
      </w:tr>
      <w:tr w:rsidR="00CD3864" w14:paraId="2871DD54" w14:textId="77777777" w:rsidTr="00CD3864">
        <w:trPr>
          <w:trHeight w:val="640"/>
          <w:jc w:val="center"/>
        </w:trPr>
        <w:tc>
          <w:tcPr>
            <w:tcW w:w="468" w:type="dxa"/>
          </w:tcPr>
          <w:p w14:paraId="1FBAB7F0" w14:textId="21F7CC76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172</w:t>
            </w:r>
          </w:p>
        </w:tc>
        <w:tc>
          <w:tcPr>
            <w:tcW w:w="633" w:type="dxa"/>
          </w:tcPr>
          <w:p w14:paraId="592F2450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090FEC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58A2F51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146244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521C10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AF6D8B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AE601D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7F260A0" w14:textId="77777777" w:rsidR="00CD3864" w:rsidRDefault="00CD3864">
            <w:pPr>
              <w:jc w:val="center"/>
            </w:pPr>
          </w:p>
        </w:tc>
      </w:tr>
      <w:tr w:rsidR="00CD3864" w14:paraId="73EE1C6F" w14:textId="77777777" w:rsidTr="00CD3864">
        <w:trPr>
          <w:trHeight w:val="640"/>
          <w:jc w:val="center"/>
        </w:trPr>
        <w:tc>
          <w:tcPr>
            <w:tcW w:w="468" w:type="dxa"/>
          </w:tcPr>
          <w:p w14:paraId="7FA72490" w14:textId="3A6B93FF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173</w:t>
            </w:r>
          </w:p>
        </w:tc>
        <w:tc>
          <w:tcPr>
            <w:tcW w:w="633" w:type="dxa"/>
          </w:tcPr>
          <w:p w14:paraId="4A32982E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204FDE5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48D0438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0E7C3DE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4E2330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4CC992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81BCED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7D43B28" w14:textId="77777777" w:rsidR="00CD3864" w:rsidRDefault="00CD3864">
            <w:pPr>
              <w:jc w:val="center"/>
            </w:pPr>
          </w:p>
        </w:tc>
      </w:tr>
      <w:tr w:rsidR="00CD3864" w14:paraId="4440D57F" w14:textId="77777777" w:rsidTr="00CD3864">
        <w:trPr>
          <w:trHeight w:val="640"/>
          <w:jc w:val="center"/>
        </w:trPr>
        <w:tc>
          <w:tcPr>
            <w:tcW w:w="468" w:type="dxa"/>
          </w:tcPr>
          <w:p w14:paraId="3AF46B15" w14:textId="4C198244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174</w:t>
            </w:r>
          </w:p>
        </w:tc>
        <w:tc>
          <w:tcPr>
            <w:tcW w:w="633" w:type="dxa"/>
          </w:tcPr>
          <w:p w14:paraId="4DBCCAC3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5EBB7547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88F07D9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22CEE9F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DDA38D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7C34ED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AB3A96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D6D46C5" w14:textId="77777777" w:rsidR="00CD3864" w:rsidRDefault="00CD3864">
            <w:pPr>
              <w:jc w:val="center"/>
            </w:pPr>
          </w:p>
        </w:tc>
      </w:tr>
      <w:tr w:rsidR="00CD3864" w14:paraId="565B0089" w14:textId="77777777" w:rsidTr="00CD3864">
        <w:trPr>
          <w:trHeight w:val="640"/>
          <w:jc w:val="center"/>
        </w:trPr>
        <w:tc>
          <w:tcPr>
            <w:tcW w:w="468" w:type="dxa"/>
          </w:tcPr>
          <w:p w14:paraId="37585B1D" w14:textId="09A7425F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175</w:t>
            </w:r>
          </w:p>
        </w:tc>
        <w:tc>
          <w:tcPr>
            <w:tcW w:w="633" w:type="dxa"/>
          </w:tcPr>
          <w:p w14:paraId="53AC26B3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E557F97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10C802D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579DFA4A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976A97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84FF3E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E4D9FD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586FB13" w14:textId="77777777" w:rsidR="00CD3864" w:rsidRDefault="00CD3864">
            <w:pPr>
              <w:jc w:val="center"/>
            </w:pPr>
          </w:p>
        </w:tc>
      </w:tr>
      <w:tr w:rsidR="00CD3864" w14:paraId="195D66BC" w14:textId="77777777" w:rsidTr="00CD3864">
        <w:trPr>
          <w:trHeight w:val="640"/>
          <w:jc w:val="center"/>
        </w:trPr>
        <w:tc>
          <w:tcPr>
            <w:tcW w:w="468" w:type="dxa"/>
          </w:tcPr>
          <w:p w14:paraId="34481417" w14:textId="70A9FDEA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176</w:t>
            </w:r>
          </w:p>
        </w:tc>
        <w:tc>
          <w:tcPr>
            <w:tcW w:w="633" w:type="dxa"/>
          </w:tcPr>
          <w:p w14:paraId="4C3778D1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722C830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C66A03E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81E5D50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2F9E5A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7EC1CB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817A68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FE96F3D" w14:textId="77777777" w:rsidR="00CD3864" w:rsidRDefault="00CD3864">
            <w:pPr>
              <w:jc w:val="center"/>
            </w:pPr>
          </w:p>
        </w:tc>
      </w:tr>
      <w:tr w:rsidR="00CD3864" w14:paraId="769A266F" w14:textId="77777777" w:rsidTr="00CD3864">
        <w:trPr>
          <w:trHeight w:val="640"/>
          <w:jc w:val="center"/>
        </w:trPr>
        <w:tc>
          <w:tcPr>
            <w:tcW w:w="468" w:type="dxa"/>
          </w:tcPr>
          <w:p w14:paraId="7A36E41E" w14:textId="447EFE2E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177</w:t>
            </w:r>
          </w:p>
        </w:tc>
        <w:tc>
          <w:tcPr>
            <w:tcW w:w="633" w:type="dxa"/>
          </w:tcPr>
          <w:p w14:paraId="26DA55BA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11779BE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CA63834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FC6F5FD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E5B518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054218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698192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9CF0907" w14:textId="77777777" w:rsidR="00CD3864" w:rsidRDefault="00CD3864">
            <w:pPr>
              <w:jc w:val="center"/>
            </w:pPr>
          </w:p>
        </w:tc>
      </w:tr>
      <w:tr w:rsidR="00CD3864" w14:paraId="33BB61B6" w14:textId="77777777" w:rsidTr="00CD3864">
        <w:trPr>
          <w:trHeight w:val="640"/>
          <w:jc w:val="center"/>
        </w:trPr>
        <w:tc>
          <w:tcPr>
            <w:tcW w:w="468" w:type="dxa"/>
          </w:tcPr>
          <w:p w14:paraId="0E0029A1" w14:textId="56EA146F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178</w:t>
            </w:r>
          </w:p>
        </w:tc>
        <w:tc>
          <w:tcPr>
            <w:tcW w:w="633" w:type="dxa"/>
          </w:tcPr>
          <w:p w14:paraId="3749C793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47A3430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F30CA7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DD4E7F8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40AD66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ECFD4F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62A776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DCD9AE0" w14:textId="77777777" w:rsidR="00CD3864" w:rsidRDefault="00CD3864">
            <w:pPr>
              <w:jc w:val="center"/>
            </w:pPr>
          </w:p>
        </w:tc>
      </w:tr>
      <w:tr w:rsidR="00CD3864" w14:paraId="32DF857C" w14:textId="77777777" w:rsidTr="00CD3864">
        <w:trPr>
          <w:trHeight w:val="640"/>
          <w:jc w:val="center"/>
        </w:trPr>
        <w:tc>
          <w:tcPr>
            <w:tcW w:w="468" w:type="dxa"/>
          </w:tcPr>
          <w:p w14:paraId="47AB77A2" w14:textId="6D1ECB7A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179</w:t>
            </w:r>
          </w:p>
        </w:tc>
        <w:tc>
          <w:tcPr>
            <w:tcW w:w="633" w:type="dxa"/>
          </w:tcPr>
          <w:p w14:paraId="18196A3B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20D0DE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9DA76A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7D061564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06346D1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448B7D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4C148F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8FAA6D8" w14:textId="77777777" w:rsidR="00CD3864" w:rsidRDefault="00CD3864">
            <w:pPr>
              <w:jc w:val="center"/>
            </w:pPr>
          </w:p>
        </w:tc>
      </w:tr>
      <w:tr w:rsidR="00CD3864" w14:paraId="52A88102" w14:textId="77777777" w:rsidTr="00CD3864">
        <w:trPr>
          <w:trHeight w:val="640"/>
          <w:jc w:val="center"/>
        </w:trPr>
        <w:tc>
          <w:tcPr>
            <w:tcW w:w="468" w:type="dxa"/>
          </w:tcPr>
          <w:p w14:paraId="6F818B2B" w14:textId="5170E967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180</w:t>
            </w:r>
          </w:p>
        </w:tc>
        <w:tc>
          <w:tcPr>
            <w:tcW w:w="633" w:type="dxa"/>
          </w:tcPr>
          <w:p w14:paraId="57C4EB47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882E9F8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156AD8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54B029B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619C6E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5EFB60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827E46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075CF8F" w14:textId="77777777" w:rsidR="00CD3864" w:rsidRDefault="00CD3864">
            <w:pPr>
              <w:jc w:val="center"/>
            </w:pPr>
          </w:p>
        </w:tc>
      </w:tr>
      <w:tr w:rsidR="00CD3864" w14:paraId="642957F9" w14:textId="77777777" w:rsidTr="00CD3864">
        <w:trPr>
          <w:trHeight w:val="640"/>
          <w:jc w:val="center"/>
        </w:trPr>
        <w:tc>
          <w:tcPr>
            <w:tcW w:w="468" w:type="dxa"/>
          </w:tcPr>
          <w:p w14:paraId="2EF6015B" w14:textId="73B6E56A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181</w:t>
            </w:r>
          </w:p>
        </w:tc>
        <w:tc>
          <w:tcPr>
            <w:tcW w:w="633" w:type="dxa"/>
          </w:tcPr>
          <w:p w14:paraId="2E9EBACE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A7133E6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3E0C7D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15F28F1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D72B29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43A1CE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4739FC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CCCB42F" w14:textId="77777777" w:rsidR="00CD3864" w:rsidRDefault="00CD3864">
            <w:pPr>
              <w:jc w:val="center"/>
            </w:pPr>
          </w:p>
        </w:tc>
      </w:tr>
      <w:tr w:rsidR="00CD3864" w14:paraId="2A220E21" w14:textId="77777777" w:rsidTr="00CD3864">
        <w:trPr>
          <w:trHeight w:val="640"/>
          <w:jc w:val="center"/>
        </w:trPr>
        <w:tc>
          <w:tcPr>
            <w:tcW w:w="468" w:type="dxa"/>
          </w:tcPr>
          <w:p w14:paraId="4CAE4F32" w14:textId="4A8BFAE9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182</w:t>
            </w:r>
          </w:p>
        </w:tc>
        <w:tc>
          <w:tcPr>
            <w:tcW w:w="633" w:type="dxa"/>
          </w:tcPr>
          <w:p w14:paraId="56210D40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4D063328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01E55662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562FA0B4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2C5C22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7B62DC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308174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0D5837C" w14:textId="77777777" w:rsidR="00CD3864" w:rsidRDefault="00CD3864">
            <w:pPr>
              <w:jc w:val="center"/>
            </w:pPr>
          </w:p>
        </w:tc>
      </w:tr>
      <w:tr w:rsidR="00CD3864" w14:paraId="7DD8AEA2" w14:textId="77777777" w:rsidTr="00CD3864">
        <w:trPr>
          <w:trHeight w:val="640"/>
          <w:jc w:val="center"/>
        </w:trPr>
        <w:tc>
          <w:tcPr>
            <w:tcW w:w="468" w:type="dxa"/>
          </w:tcPr>
          <w:p w14:paraId="5716199D" w14:textId="77258998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183</w:t>
            </w:r>
          </w:p>
        </w:tc>
        <w:tc>
          <w:tcPr>
            <w:tcW w:w="633" w:type="dxa"/>
          </w:tcPr>
          <w:p w14:paraId="05E18CBB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38E09C9A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BE4A26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D3716D2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87281D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BEB2C8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8173B3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67BFE54" w14:textId="77777777" w:rsidR="00CD3864" w:rsidRDefault="00CD3864">
            <w:pPr>
              <w:jc w:val="center"/>
            </w:pPr>
          </w:p>
        </w:tc>
      </w:tr>
      <w:tr w:rsidR="00CD3864" w14:paraId="7D21458A" w14:textId="77777777" w:rsidTr="00CD3864">
        <w:trPr>
          <w:trHeight w:val="640"/>
          <w:jc w:val="center"/>
        </w:trPr>
        <w:tc>
          <w:tcPr>
            <w:tcW w:w="468" w:type="dxa"/>
          </w:tcPr>
          <w:p w14:paraId="206A3A40" w14:textId="761C7AF6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184</w:t>
            </w:r>
          </w:p>
        </w:tc>
        <w:tc>
          <w:tcPr>
            <w:tcW w:w="633" w:type="dxa"/>
          </w:tcPr>
          <w:p w14:paraId="26497A1A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BDE018C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EEE4A5A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56A7272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E46709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F5AF82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FEE9DB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27567F0" w14:textId="77777777" w:rsidR="00CD3864" w:rsidRDefault="00CD3864">
            <w:pPr>
              <w:jc w:val="center"/>
            </w:pPr>
          </w:p>
        </w:tc>
      </w:tr>
      <w:tr w:rsidR="00CD3864" w14:paraId="202D60F8" w14:textId="77777777" w:rsidTr="00CD3864">
        <w:trPr>
          <w:trHeight w:val="640"/>
          <w:jc w:val="center"/>
        </w:trPr>
        <w:tc>
          <w:tcPr>
            <w:tcW w:w="468" w:type="dxa"/>
          </w:tcPr>
          <w:p w14:paraId="7AA473EA" w14:textId="3DA61B31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185</w:t>
            </w:r>
          </w:p>
        </w:tc>
        <w:tc>
          <w:tcPr>
            <w:tcW w:w="633" w:type="dxa"/>
          </w:tcPr>
          <w:p w14:paraId="11FFD25E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E362B74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F2DC9AC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A9E9EBB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025ACD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0642D11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E2195C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4F683DC" w14:textId="77777777" w:rsidR="00CD3864" w:rsidRDefault="00CD3864">
            <w:pPr>
              <w:jc w:val="center"/>
            </w:pPr>
          </w:p>
        </w:tc>
      </w:tr>
      <w:tr w:rsidR="00CD3864" w14:paraId="4661A0F8" w14:textId="77777777" w:rsidTr="00CD3864">
        <w:trPr>
          <w:trHeight w:val="640"/>
          <w:jc w:val="center"/>
        </w:trPr>
        <w:tc>
          <w:tcPr>
            <w:tcW w:w="468" w:type="dxa"/>
          </w:tcPr>
          <w:p w14:paraId="55A0332D" w14:textId="286DE8F7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186</w:t>
            </w:r>
          </w:p>
        </w:tc>
        <w:tc>
          <w:tcPr>
            <w:tcW w:w="633" w:type="dxa"/>
          </w:tcPr>
          <w:p w14:paraId="7DD83789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6AD77C13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7BFE81A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8380962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97CD542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50DFB2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468C72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0382EA1" w14:textId="77777777" w:rsidR="00CD3864" w:rsidRDefault="00CD3864">
            <w:pPr>
              <w:jc w:val="center"/>
            </w:pPr>
          </w:p>
        </w:tc>
      </w:tr>
      <w:tr w:rsidR="00CD3864" w14:paraId="085CD088" w14:textId="77777777" w:rsidTr="00CD3864">
        <w:trPr>
          <w:trHeight w:val="640"/>
          <w:jc w:val="center"/>
        </w:trPr>
        <w:tc>
          <w:tcPr>
            <w:tcW w:w="468" w:type="dxa"/>
          </w:tcPr>
          <w:p w14:paraId="4ED61308" w14:textId="1B8F0E1F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187</w:t>
            </w:r>
          </w:p>
        </w:tc>
        <w:tc>
          <w:tcPr>
            <w:tcW w:w="633" w:type="dxa"/>
          </w:tcPr>
          <w:p w14:paraId="05A4ED75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33642ED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3B23205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635E54D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2AD2805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7E4FD2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6D11AA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D0B5F89" w14:textId="77777777" w:rsidR="00CD3864" w:rsidRDefault="00CD3864">
            <w:pPr>
              <w:jc w:val="center"/>
            </w:pPr>
          </w:p>
        </w:tc>
      </w:tr>
      <w:tr w:rsidR="00CD3864" w14:paraId="19CA6E10" w14:textId="77777777" w:rsidTr="00CD3864">
        <w:trPr>
          <w:trHeight w:val="640"/>
          <w:jc w:val="center"/>
        </w:trPr>
        <w:tc>
          <w:tcPr>
            <w:tcW w:w="468" w:type="dxa"/>
          </w:tcPr>
          <w:p w14:paraId="004A0240" w14:textId="5A1D6C30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188</w:t>
            </w:r>
          </w:p>
        </w:tc>
        <w:tc>
          <w:tcPr>
            <w:tcW w:w="633" w:type="dxa"/>
          </w:tcPr>
          <w:p w14:paraId="3244F930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B18792A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14ECF024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60C54B2D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EF9910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73D912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FF5AC2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2531E9F" w14:textId="77777777" w:rsidR="00CD3864" w:rsidRDefault="00CD3864">
            <w:pPr>
              <w:jc w:val="center"/>
            </w:pPr>
          </w:p>
        </w:tc>
      </w:tr>
      <w:tr w:rsidR="00CD3864" w14:paraId="4E627A9E" w14:textId="77777777" w:rsidTr="00CD3864">
        <w:trPr>
          <w:trHeight w:val="640"/>
          <w:jc w:val="center"/>
        </w:trPr>
        <w:tc>
          <w:tcPr>
            <w:tcW w:w="468" w:type="dxa"/>
          </w:tcPr>
          <w:p w14:paraId="37DC9314" w14:textId="35CC5EB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189</w:t>
            </w:r>
          </w:p>
        </w:tc>
        <w:tc>
          <w:tcPr>
            <w:tcW w:w="633" w:type="dxa"/>
          </w:tcPr>
          <w:p w14:paraId="24033FA8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BADDE42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83455BB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AC9B2EA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EDA361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45A466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64CD2A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D1EB714" w14:textId="77777777" w:rsidR="00CD3864" w:rsidRDefault="00CD3864">
            <w:pPr>
              <w:jc w:val="center"/>
            </w:pPr>
          </w:p>
        </w:tc>
      </w:tr>
      <w:tr w:rsidR="00CD3864" w14:paraId="5AFFE182" w14:textId="77777777" w:rsidTr="00CD3864">
        <w:trPr>
          <w:trHeight w:val="640"/>
          <w:jc w:val="center"/>
        </w:trPr>
        <w:tc>
          <w:tcPr>
            <w:tcW w:w="468" w:type="dxa"/>
          </w:tcPr>
          <w:p w14:paraId="6EC9EC8A" w14:textId="7C5AF7FC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lastRenderedPageBreak/>
              <w:t>190</w:t>
            </w:r>
          </w:p>
        </w:tc>
        <w:tc>
          <w:tcPr>
            <w:tcW w:w="633" w:type="dxa"/>
          </w:tcPr>
          <w:p w14:paraId="53846A56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9F036FE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F7A6845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05FEE92D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C39878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611882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9A23EC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CB2309D" w14:textId="77777777" w:rsidR="00CD3864" w:rsidRDefault="00CD3864">
            <w:pPr>
              <w:jc w:val="center"/>
            </w:pPr>
          </w:p>
        </w:tc>
      </w:tr>
      <w:tr w:rsidR="00CD3864" w14:paraId="73ECA2A8" w14:textId="77777777" w:rsidTr="00CD3864">
        <w:trPr>
          <w:trHeight w:val="640"/>
          <w:jc w:val="center"/>
        </w:trPr>
        <w:tc>
          <w:tcPr>
            <w:tcW w:w="468" w:type="dxa"/>
          </w:tcPr>
          <w:p w14:paraId="0DB2959D" w14:textId="48E86666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191</w:t>
            </w:r>
          </w:p>
        </w:tc>
        <w:tc>
          <w:tcPr>
            <w:tcW w:w="633" w:type="dxa"/>
          </w:tcPr>
          <w:p w14:paraId="17226E40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EEC38EF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6750FEB1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947AC49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04E371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3A5855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FF935B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DB06A58" w14:textId="77777777" w:rsidR="00CD3864" w:rsidRDefault="00CD3864">
            <w:pPr>
              <w:jc w:val="center"/>
            </w:pPr>
          </w:p>
        </w:tc>
      </w:tr>
      <w:tr w:rsidR="00CD3864" w14:paraId="4C070B37" w14:textId="77777777" w:rsidTr="00CD3864">
        <w:trPr>
          <w:trHeight w:val="640"/>
          <w:jc w:val="center"/>
        </w:trPr>
        <w:tc>
          <w:tcPr>
            <w:tcW w:w="468" w:type="dxa"/>
          </w:tcPr>
          <w:p w14:paraId="165CE432" w14:textId="16AD279B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192</w:t>
            </w:r>
          </w:p>
        </w:tc>
        <w:tc>
          <w:tcPr>
            <w:tcW w:w="633" w:type="dxa"/>
          </w:tcPr>
          <w:p w14:paraId="04AB03EC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FC2193A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44E8B2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43D4325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68EA8E3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9F1EC9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10E852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A4CB6A0" w14:textId="77777777" w:rsidR="00CD3864" w:rsidRDefault="00CD3864">
            <w:pPr>
              <w:jc w:val="center"/>
            </w:pPr>
          </w:p>
        </w:tc>
      </w:tr>
      <w:tr w:rsidR="00CD3864" w14:paraId="742FF8C3" w14:textId="77777777" w:rsidTr="00CD3864">
        <w:trPr>
          <w:trHeight w:val="640"/>
          <w:jc w:val="center"/>
        </w:trPr>
        <w:tc>
          <w:tcPr>
            <w:tcW w:w="468" w:type="dxa"/>
          </w:tcPr>
          <w:p w14:paraId="796A2936" w14:textId="0BD522E7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193</w:t>
            </w:r>
          </w:p>
        </w:tc>
        <w:tc>
          <w:tcPr>
            <w:tcW w:w="633" w:type="dxa"/>
          </w:tcPr>
          <w:p w14:paraId="78BBFD1E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5EEA5584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5EDF9F43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43EDC646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2516B4E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327FC2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0016CD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F1A6F63" w14:textId="77777777" w:rsidR="00CD3864" w:rsidRDefault="00CD3864">
            <w:pPr>
              <w:jc w:val="center"/>
            </w:pPr>
          </w:p>
        </w:tc>
      </w:tr>
      <w:tr w:rsidR="00CD3864" w14:paraId="0E54C849" w14:textId="77777777" w:rsidTr="00CD3864">
        <w:trPr>
          <w:trHeight w:val="640"/>
          <w:jc w:val="center"/>
        </w:trPr>
        <w:tc>
          <w:tcPr>
            <w:tcW w:w="468" w:type="dxa"/>
          </w:tcPr>
          <w:p w14:paraId="497D1181" w14:textId="0AA8B73C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194</w:t>
            </w:r>
          </w:p>
        </w:tc>
        <w:tc>
          <w:tcPr>
            <w:tcW w:w="633" w:type="dxa"/>
          </w:tcPr>
          <w:p w14:paraId="5E155A47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74353C84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95F9548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2EEB26A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31BAA39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023C0DC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6AA974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215185F" w14:textId="77777777" w:rsidR="00CD3864" w:rsidRDefault="00CD3864">
            <w:pPr>
              <w:jc w:val="center"/>
            </w:pPr>
          </w:p>
        </w:tc>
      </w:tr>
      <w:tr w:rsidR="00CD3864" w14:paraId="068A1DAD" w14:textId="77777777" w:rsidTr="00CD3864">
        <w:trPr>
          <w:trHeight w:val="640"/>
          <w:jc w:val="center"/>
        </w:trPr>
        <w:tc>
          <w:tcPr>
            <w:tcW w:w="468" w:type="dxa"/>
          </w:tcPr>
          <w:p w14:paraId="1FC29C4C" w14:textId="058A3EEF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195</w:t>
            </w:r>
          </w:p>
        </w:tc>
        <w:tc>
          <w:tcPr>
            <w:tcW w:w="633" w:type="dxa"/>
          </w:tcPr>
          <w:p w14:paraId="07F2C99C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082D096B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2CEF3A3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8657CAC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97B6DF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F3591E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52A9B6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E61BC84" w14:textId="77777777" w:rsidR="00CD3864" w:rsidRDefault="00CD3864">
            <w:pPr>
              <w:jc w:val="center"/>
            </w:pPr>
          </w:p>
        </w:tc>
      </w:tr>
      <w:tr w:rsidR="00CD3864" w14:paraId="22EA82B0" w14:textId="77777777" w:rsidTr="00CD3864">
        <w:trPr>
          <w:trHeight w:val="640"/>
          <w:jc w:val="center"/>
        </w:trPr>
        <w:tc>
          <w:tcPr>
            <w:tcW w:w="468" w:type="dxa"/>
          </w:tcPr>
          <w:p w14:paraId="2443C84D" w14:textId="239D0AE7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196</w:t>
            </w:r>
          </w:p>
        </w:tc>
        <w:tc>
          <w:tcPr>
            <w:tcW w:w="633" w:type="dxa"/>
          </w:tcPr>
          <w:p w14:paraId="5767F57B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4A4162C6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49771FC5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7A0A9A3C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4E990534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F69719B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B383FB7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7257446" w14:textId="77777777" w:rsidR="00CD3864" w:rsidRDefault="00CD3864">
            <w:pPr>
              <w:jc w:val="center"/>
            </w:pPr>
          </w:p>
        </w:tc>
      </w:tr>
      <w:tr w:rsidR="00CD3864" w14:paraId="5B03A28F" w14:textId="77777777" w:rsidTr="00CD3864">
        <w:trPr>
          <w:trHeight w:val="640"/>
          <w:jc w:val="center"/>
        </w:trPr>
        <w:tc>
          <w:tcPr>
            <w:tcW w:w="468" w:type="dxa"/>
          </w:tcPr>
          <w:p w14:paraId="6EA5C4BE" w14:textId="5AB7FC9C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197</w:t>
            </w:r>
          </w:p>
        </w:tc>
        <w:tc>
          <w:tcPr>
            <w:tcW w:w="633" w:type="dxa"/>
          </w:tcPr>
          <w:p w14:paraId="6879A5BB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DD7E8C1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7F08E43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1328035A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67F14BB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EF2654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42323D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BA1D8B7" w14:textId="77777777" w:rsidR="00CD3864" w:rsidRDefault="00CD3864">
            <w:pPr>
              <w:jc w:val="center"/>
            </w:pPr>
          </w:p>
        </w:tc>
      </w:tr>
      <w:tr w:rsidR="00CD3864" w14:paraId="0A3C1DE0" w14:textId="77777777" w:rsidTr="00CD3864">
        <w:trPr>
          <w:trHeight w:val="640"/>
          <w:jc w:val="center"/>
        </w:trPr>
        <w:tc>
          <w:tcPr>
            <w:tcW w:w="468" w:type="dxa"/>
          </w:tcPr>
          <w:p w14:paraId="15856CDF" w14:textId="5F62CB74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198</w:t>
            </w:r>
          </w:p>
        </w:tc>
        <w:tc>
          <w:tcPr>
            <w:tcW w:w="633" w:type="dxa"/>
          </w:tcPr>
          <w:p w14:paraId="3AAE74DD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51C6118F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369C7B88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2C3BEF6B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7321BB0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011CF6A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4F12B6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137F197" w14:textId="77777777" w:rsidR="00CD3864" w:rsidRDefault="00CD3864">
            <w:pPr>
              <w:jc w:val="center"/>
            </w:pPr>
          </w:p>
        </w:tc>
      </w:tr>
      <w:tr w:rsidR="00CD3864" w14:paraId="6E0D9375" w14:textId="77777777" w:rsidTr="00CD3864">
        <w:trPr>
          <w:trHeight w:val="640"/>
          <w:jc w:val="center"/>
        </w:trPr>
        <w:tc>
          <w:tcPr>
            <w:tcW w:w="468" w:type="dxa"/>
          </w:tcPr>
          <w:p w14:paraId="517B1F23" w14:textId="6C2418B9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199</w:t>
            </w:r>
          </w:p>
        </w:tc>
        <w:tc>
          <w:tcPr>
            <w:tcW w:w="633" w:type="dxa"/>
          </w:tcPr>
          <w:p w14:paraId="7B6664FE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223D57F7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664639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744D6EEB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528DBE09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2C04B18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60D99CE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4940841" w14:textId="77777777" w:rsidR="00CD3864" w:rsidRDefault="00CD3864">
            <w:pPr>
              <w:jc w:val="center"/>
            </w:pPr>
          </w:p>
        </w:tc>
      </w:tr>
      <w:tr w:rsidR="00CD3864" w14:paraId="2F57F027" w14:textId="77777777" w:rsidTr="00CD3864">
        <w:trPr>
          <w:trHeight w:val="640"/>
          <w:jc w:val="center"/>
        </w:trPr>
        <w:tc>
          <w:tcPr>
            <w:tcW w:w="468" w:type="dxa"/>
          </w:tcPr>
          <w:p w14:paraId="2DB52944" w14:textId="3FD56D83" w:rsidR="00CD3864" w:rsidRDefault="00CD3864">
            <w:pPr>
              <w:jc w:val="center"/>
              <w:rPr>
                <w:sz w:val="14"/>
              </w:rPr>
            </w:pPr>
            <w:r>
              <w:rPr>
                <w:sz w:val="14"/>
              </w:rPr>
              <w:t>200</w:t>
            </w:r>
          </w:p>
        </w:tc>
        <w:tc>
          <w:tcPr>
            <w:tcW w:w="633" w:type="dxa"/>
          </w:tcPr>
          <w:p w14:paraId="19FCF16B" w14:textId="77777777" w:rsidR="00CD3864" w:rsidRDefault="00CD3864">
            <w:pPr>
              <w:jc w:val="center"/>
            </w:pPr>
          </w:p>
        </w:tc>
        <w:tc>
          <w:tcPr>
            <w:tcW w:w="2697" w:type="dxa"/>
          </w:tcPr>
          <w:p w14:paraId="17C655F0" w14:textId="77777777" w:rsidR="00CD3864" w:rsidRDefault="00CD3864">
            <w:pPr>
              <w:jc w:val="center"/>
            </w:pPr>
          </w:p>
        </w:tc>
        <w:tc>
          <w:tcPr>
            <w:tcW w:w="1153" w:type="dxa"/>
          </w:tcPr>
          <w:p w14:paraId="2EDB9747" w14:textId="77777777" w:rsidR="00CD3864" w:rsidRDefault="00CD3864">
            <w:pPr>
              <w:jc w:val="center"/>
            </w:pPr>
          </w:p>
        </w:tc>
        <w:tc>
          <w:tcPr>
            <w:tcW w:w="1201" w:type="dxa"/>
          </w:tcPr>
          <w:p w14:paraId="39475663" w14:textId="77777777" w:rsidR="00CD3864" w:rsidRDefault="00CD3864">
            <w:pPr>
              <w:jc w:val="center"/>
            </w:pPr>
          </w:p>
        </w:tc>
        <w:tc>
          <w:tcPr>
            <w:tcW w:w="1132" w:type="dxa"/>
          </w:tcPr>
          <w:p w14:paraId="12D2559F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A2B69D0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E871B1D" w14:textId="77777777" w:rsidR="00415B47" w:rsidRDefault="00652F4F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6A3A759" w14:textId="77777777" w:rsidR="00CD3864" w:rsidRDefault="00CD3864">
            <w:pPr>
              <w:jc w:val="center"/>
            </w:pPr>
          </w:p>
        </w:tc>
      </w:tr>
    </w:tbl>
    <w:p w14:paraId="006F11A5" w14:textId="77777777" w:rsidR="004A05E3" w:rsidRDefault="004A05E3">
      <w:pPr>
        <w:rPr>
          <w:lang w:val="bg-BG"/>
        </w:rPr>
      </w:pPr>
    </w:p>
    <w:p w14:paraId="7B33D84A" w14:textId="40049074" w:rsidR="00415B47" w:rsidRDefault="00652F4F">
      <w:r>
        <w:t>Председателстващ: ____________________________________   Подпис: __________________</w:t>
      </w:r>
    </w:p>
    <w:p w14:paraId="0EFD81E7" w14:textId="77777777" w:rsidR="00415B47" w:rsidRDefault="00652F4F">
      <w:r>
        <w:t>Протоколчик: __________________________________________   Подпис: __________________</w:t>
      </w:r>
    </w:p>
    <w:sectPr w:rsidR="00415B47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5739808">
    <w:abstractNumId w:val="8"/>
  </w:num>
  <w:num w:numId="2" w16cid:durableId="656155041">
    <w:abstractNumId w:val="6"/>
  </w:num>
  <w:num w:numId="3" w16cid:durableId="1986816673">
    <w:abstractNumId w:val="5"/>
  </w:num>
  <w:num w:numId="4" w16cid:durableId="1118992477">
    <w:abstractNumId w:val="4"/>
  </w:num>
  <w:num w:numId="5" w16cid:durableId="1434738807">
    <w:abstractNumId w:val="7"/>
  </w:num>
  <w:num w:numId="6" w16cid:durableId="1128208574">
    <w:abstractNumId w:val="3"/>
  </w:num>
  <w:num w:numId="7" w16cid:durableId="556278014">
    <w:abstractNumId w:val="2"/>
  </w:num>
  <w:num w:numId="8" w16cid:durableId="270358500">
    <w:abstractNumId w:val="1"/>
  </w:num>
  <w:num w:numId="9" w16cid:durableId="1195654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B8D"/>
    <w:rsid w:val="0015074B"/>
    <w:rsid w:val="00180612"/>
    <w:rsid w:val="001B7B5C"/>
    <w:rsid w:val="001C5F03"/>
    <w:rsid w:val="00207D70"/>
    <w:rsid w:val="00281DFF"/>
    <w:rsid w:val="0029639D"/>
    <w:rsid w:val="00326F90"/>
    <w:rsid w:val="00415B47"/>
    <w:rsid w:val="004A05E3"/>
    <w:rsid w:val="005A2456"/>
    <w:rsid w:val="00652F4F"/>
    <w:rsid w:val="006D4597"/>
    <w:rsid w:val="006F3639"/>
    <w:rsid w:val="006F78F8"/>
    <w:rsid w:val="007025C2"/>
    <w:rsid w:val="00715BB3"/>
    <w:rsid w:val="00AA1D8D"/>
    <w:rsid w:val="00B47730"/>
    <w:rsid w:val="00CB0664"/>
    <w:rsid w:val="00CD3864"/>
    <w:rsid w:val="00D864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6038EB"/>
  <w14:defaultImageDpi w14:val="300"/>
  <w15:docId w15:val="{036A6F0D-7F17-4EA9-8F92-0273DE0C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Константин Жечев</cp:lastModifiedBy>
  <cp:revision>18</cp:revision>
  <cp:lastPrinted>2026-10-12T13:53:00Z</cp:lastPrinted>
  <dcterms:created xsi:type="dcterms:W3CDTF">2013-12-23T23:15:00Z</dcterms:created>
  <dcterms:modified xsi:type="dcterms:W3CDTF">2026-10-12T13:53:00Z</dcterms:modified>
  <cp:category/>
</cp:coreProperties>
</file>