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B278" w14:textId="77777777" w:rsidR="00415B47" w:rsidRPr="00715BB3" w:rsidRDefault="00000000">
      <w:pPr>
        <w:jc w:val="center"/>
        <w:rPr>
          <w:sz w:val="24"/>
          <w:szCs w:val="24"/>
        </w:rPr>
      </w:pPr>
      <w:r w:rsidRPr="00715BB3">
        <w:rPr>
          <w:b/>
          <w:sz w:val="24"/>
          <w:szCs w:val="24"/>
        </w:rPr>
        <w:t>ПРОТОКОЛ № 1</w:t>
      </w:r>
    </w:p>
    <w:p w14:paraId="01854FC8" w14:textId="77777777" w:rsidR="00415B47" w:rsidRPr="00281DFF" w:rsidRDefault="00000000">
      <w:pPr>
        <w:jc w:val="center"/>
        <w:rPr>
          <w:szCs w:val="20"/>
        </w:rPr>
      </w:pPr>
      <w:r w:rsidRPr="00281DFF">
        <w:rPr>
          <w:b/>
          <w:szCs w:val="20"/>
        </w:rPr>
        <w:t>от Общо събрание на Сдружението на собствениците</w:t>
      </w:r>
    </w:p>
    <w:p w14:paraId="7252693F" w14:textId="77777777" w:rsidR="00415B47" w:rsidRPr="00281DFF" w:rsidRDefault="00000000">
      <w:pPr>
        <w:rPr>
          <w:szCs w:val="20"/>
        </w:rPr>
      </w:pPr>
      <w:r w:rsidRPr="00281DFF">
        <w:rPr>
          <w:szCs w:val="20"/>
        </w:rPr>
        <w:t>Сграда/блок: ____________  Вход: ______  Адрес: ________________________________________________</w:t>
      </w:r>
    </w:p>
    <w:p w14:paraId="5E9C7B90" w14:textId="77777777" w:rsidR="00415B47" w:rsidRPr="00281DFF" w:rsidRDefault="00000000">
      <w:pPr>
        <w:rPr>
          <w:szCs w:val="20"/>
        </w:rPr>
      </w:pPr>
      <w:r w:rsidRPr="00281DFF">
        <w:rPr>
          <w:szCs w:val="20"/>
        </w:rPr>
        <w:t>Дата: ____________ г.  Час: ______  Място: _________________________________________________</w:t>
      </w:r>
    </w:p>
    <w:p w14:paraId="343D3B6C" w14:textId="77777777" w:rsidR="00415B47" w:rsidRPr="00281DFF" w:rsidRDefault="00000000">
      <w:pPr>
        <w:rPr>
          <w:szCs w:val="20"/>
        </w:rPr>
      </w:pPr>
      <w:r w:rsidRPr="00281DFF">
        <w:rPr>
          <w:szCs w:val="20"/>
        </w:rPr>
        <w:t>Председателстващ: ____________________________________  Протоколчик: ______________________________</w:t>
      </w:r>
    </w:p>
    <w:p w14:paraId="2C1D7E98" w14:textId="77777777" w:rsidR="00415B47" w:rsidRPr="00281DFF" w:rsidRDefault="00000000">
      <w:pPr>
        <w:rPr>
          <w:szCs w:val="20"/>
        </w:rPr>
      </w:pPr>
      <w:r w:rsidRPr="00281DFF">
        <w:rPr>
          <w:b/>
          <w:szCs w:val="20"/>
        </w:rPr>
        <w:t>ДНЕВЕН РЕД</w:t>
      </w:r>
    </w:p>
    <w:p w14:paraId="028E5754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1. Разглеждане и приемане на офертата за изготвяне на технически паспорт на сградата.</w:t>
      </w:r>
    </w:p>
    <w:p w14:paraId="29B8D748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2. Приемане на предложената цена съгласно представената оферта.</w:t>
      </w:r>
    </w:p>
    <w:p w14:paraId="3327AD9E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3. Възлагане на управителя/председателя на Сдружението да сключи договор с избраната фирма/лице за изготвяне на техническия паспорт.</w:t>
      </w:r>
    </w:p>
    <w:p w14:paraId="143C4351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4. Упълномощаване на управителя/председателя да предостави необходимите документи и информация.</w:t>
      </w:r>
    </w:p>
    <w:p w14:paraId="66EF47C0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5. Вземане на решение за обследване за енергийна ефективност/издаване на енергиен сертификат съгласно офертата.</w:t>
      </w:r>
    </w:p>
    <w:p w14:paraId="04A07BFA" w14:textId="00D84D65" w:rsidR="00415B47" w:rsidRPr="00281DFF" w:rsidRDefault="00000000" w:rsidP="00281DFF">
      <w:pPr>
        <w:spacing w:line="240" w:lineRule="auto"/>
        <w:rPr>
          <w:szCs w:val="20"/>
          <w:lang w:val="bg-BG"/>
        </w:rPr>
      </w:pPr>
      <w:r w:rsidRPr="00281DFF">
        <w:rPr>
          <w:szCs w:val="20"/>
        </w:rPr>
        <w:t xml:space="preserve">6. </w:t>
      </w:r>
      <w:r w:rsidR="001B7B5C" w:rsidRPr="00281DFF">
        <w:rPr>
          <w:szCs w:val="20"/>
          <w:lang w:val="bg-BG"/>
        </w:rPr>
        <w:t xml:space="preserve">Отваряне на банкова сметка на сдружението на собствениците за целите на сдружението в банков клон :  </w:t>
      </w:r>
      <w:r w:rsidR="00207D70" w:rsidRPr="00281DFF">
        <w:rPr>
          <w:szCs w:val="20"/>
          <w:lang w:val="bg-BG"/>
        </w:rPr>
        <w:t>................................................................................................................................</w:t>
      </w:r>
    </w:p>
    <w:p w14:paraId="1BC0D687" w14:textId="77777777" w:rsidR="00415B47" w:rsidRPr="00281DFF" w:rsidRDefault="00000000">
      <w:pPr>
        <w:rPr>
          <w:szCs w:val="20"/>
        </w:rPr>
      </w:pPr>
      <w:r w:rsidRPr="00281DFF">
        <w:rPr>
          <w:b/>
          <w:szCs w:val="20"/>
        </w:rPr>
        <w:t>РЕШЕНИЯ</w:t>
      </w:r>
    </w:p>
    <w:p w14:paraId="4FF2AF11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1. Общото събрание приема офертата за изготвяне на технически паспорт на сградата.</w:t>
      </w:r>
    </w:p>
    <w:p w14:paraId="2C32F798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2. Приема предложената цена съгласно представената оферта.</w:t>
      </w:r>
    </w:p>
    <w:p w14:paraId="3A514295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3. Възлага на управителя/председателя на Сдружението да сключи договор с избраната фирма/лице за изготвяне на техническия паспорт.</w:t>
      </w:r>
    </w:p>
    <w:p w14:paraId="5A742917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4. Упълномощава управителя/председателя да предостави необходимите документи и информация, свързани с изготвянето на техническия паспорт.</w:t>
      </w:r>
    </w:p>
    <w:p w14:paraId="355944D4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5. Разходите за изготвянето на техническия паспорт да бъдат заплатени от средствата на етажната собственост.</w:t>
      </w:r>
    </w:p>
    <w:p w14:paraId="3CB23AF4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6. Определя срок за изпълнение съгласно условията, посочени в приетата оферта.</w:t>
      </w:r>
    </w:p>
    <w:p w14:paraId="1C8C767D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7. Общото събрание решава да се извърши обследване за енергийна ефективност/издаване на енергиен сертификат съгласно приетата оферта.</w:t>
      </w:r>
    </w:p>
    <w:p w14:paraId="53AA56B3" w14:textId="773BD137" w:rsidR="00415B47" w:rsidRPr="00281DFF" w:rsidRDefault="00000000" w:rsidP="00281DFF">
      <w:pPr>
        <w:spacing w:line="240" w:lineRule="auto"/>
        <w:rPr>
          <w:szCs w:val="20"/>
          <w:lang w:val="bg-BG"/>
        </w:rPr>
      </w:pPr>
      <w:r w:rsidRPr="00281DFF">
        <w:rPr>
          <w:szCs w:val="20"/>
        </w:rPr>
        <w:t>8. Упълномощава управителя/председателя да подпише необходимите документи и договора с</w:t>
      </w:r>
      <w:r w:rsidR="00FA25AD">
        <w:rPr>
          <w:szCs w:val="20"/>
          <w:lang w:val="bg-BG"/>
        </w:rPr>
        <w:t>ъс</w:t>
      </w:r>
      <w:r w:rsidRPr="00281DFF">
        <w:rPr>
          <w:szCs w:val="20"/>
        </w:rPr>
        <w:t xml:space="preserve"> „САНИРАНЕ БГ“ ЕООД.</w:t>
      </w:r>
      <w:r w:rsidR="00207D70" w:rsidRPr="00281DFF">
        <w:rPr>
          <w:szCs w:val="20"/>
          <w:lang w:val="bg-BG"/>
        </w:rPr>
        <w:t xml:space="preserve"> </w:t>
      </w:r>
      <w:r w:rsidR="00207D70" w:rsidRPr="00281DFF">
        <w:rPr>
          <w:szCs w:val="20"/>
          <w:lang w:val="bg-BG"/>
        </w:rPr>
        <w:br/>
      </w:r>
      <w:r w:rsidR="00207D70" w:rsidRPr="00281DFF">
        <w:rPr>
          <w:szCs w:val="20"/>
          <w:lang w:val="bg-BG"/>
        </w:rPr>
        <w:br/>
        <w:t xml:space="preserve">9. </w:t>
      </w:r>
      <w:r w:rsidR="00207D70" w:rsidRPr="00281DFF">
        <w:rPr>
          <w:szCs w:val="20"/>
        </w:rPr>
        <w:t>Общото събрание решава да се</w:t>
      </w:r>
      <w:r w:rsidR="00207D70" w:rsidRPr="00281DFF">
        <w:rPr>
          <w:szCs w:val="20"/>
          <w:lang w:val="bg-BG"/>
        </w:rPr>
        <w:t xml:space="preserve"> отвори банкова сметка в банков клон:.................................</w:t>
      </w:r>
    </w:p>
    <w:p w14:paraId="48CD0132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Решението е прието с необходимото мнозинство съгласно Закона за управление на етажната собственост.</w:t>
      </w:r>
    </w:p>
    <w:p w14:paraId="7BB3B1C7" w14:textId="77777777" w:rsidR="00415B47" w:rsidRPr="00281DFF" w:rsidRDefault="00000000" w:rsidP="00281DFF">
      <w:pPr>
        <w:spacing w:line="240" w:lineRule="auto"/>
        <w:rPr>
          <w:szCs w:val="20"/>
        </w:rPr>
      </w:pPr>
      <w:r w:rsidRPr="00281DFF">
        <w:rPr>
          <w:szCs w:val="20"/>
        </w:rPr>
        <w:t>Резултат от гласуването: „ЗА“ ______ % идеални части; „ПРОТИВ“ ______ %; „ВЪЗДЪРЖАЛ СЕ“ ______ %.</w:t>
      </w:r>
    </w:p>
    <w:p w14:paraId="37B81E99" w14:textId="77777777" w:rsidR="00415B47" w:rsidRDefault="00000000" w:rsidP="00281DFF">
      <w:pPr>
        <w:spacing w:line="240" w:lineRule="auto"/>
        <w:rPr>
          <w:szCs w:val="20"/>
          <w:lang w:val="bg-BG"/>
        </w:rPr>
      </w:pPr>
      <w:r w:rsidRPr="00281DFF">
        <w:rPr>
          <w:szCs w:val="20"/>
        </w:rPr>
        <w:t>Приложение № 1: Присъствен/гласувателен списък.</w:t>
      </w:r>
    </w:p>
    <w:p w14:paraId="374C5511" w14:textId="77777777" w:rsidR="00000000" w:rsidRDefault="00000000" w:rsidP="00281DFF">
      <w:pPr>
        <w:spacing w:line="240" w:lineRule="auto"/>
        <w:rPr>
          <w:szCs w:val="20"/>
          <w:lang w:val="bg-BG"/>
        </w:rPr>
      </w:pPr>
    </w:p>
    <w:p w14:paraId="696AD6C5" w14:textId="77777777" w:rsidR="00000000" w:rsidRPr="00281DFF" w:rsidRDefault="00000000" w:rsidP="00281DFF">
      <w:pPr>
        <w:spacing w:line="240" w:lineRule="auto"/>
        <w:rPr>
          <w:szCs w:val="20"/>
          <w:lang w:val="bg-BG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"/>
        <w:gridCol w:w="633"/>
        <w:gridCol w:w="2697"/>
        <w:gridCol w:w="1153"/>
        <w:gridCol w:w="1201"/>
        <w:gridCol w:w="1132"/>
        <w:gridCol w:w="1152"/>
        <w:gridCol w:w="1171"/>
        <w:gridCol w:w="1149"/>
      </w:tblGrid>
      <w:tr w:rsidR="00415B47" w14:paraId="50D68AE6" w14:textId="77777777" w:rsidTr="00732DE3">
        <w:trPr>
          <w:jc w:val="center"/>
        </w:trPr>
        <w:tc>
          <w:tcPr>
            <w:tcW w:w="468" w:type="dxa"/>
          </w:tcPr>
          <w:p w14:paraId="2D7A9E70" w14:textId="77777777" w:rsidR="00415B47" w:rsidRDefault="00332AC8">
            <w:pPr>
              <w:jc w:val="center"/>
            </w:pPr>
            <w:r>
              <w:rPr>
                <w:b/>
                <w:sz w:val="14"/>
              </w:rPr>
              <w:lastRenderedPageBreak/>
              <w:t>№</w:t>
            </w:r>
          </w:p>
        </w:tc>
        <w:tc>
          <w:tcPr>
            <w:tcW w:w="633" w:type="dxa"/>
          </w:tcPr>
          <w:p w14:paraId="541CF3C5" w14:textId="77777777" w:rsidR="00415B47" w:rsidRDefault="00332AC8">
            <w:pPr>
              <w:jc w:val="center"/>
            </w:pPr>
            <w:r>
              <w:rPr>
                <w:b/>
                <w:sz w:val="14"/>
              </w:rPr>
              <w:t>Самостоятелен обект / ап.</w:t>
            </w:r>
          </w:p>
        </w:tc>
        <w:tc>
          <w:tcPr>
            <w:tcW w:w="2697" w:type="dxa"/>
          </w:tcPr>
          <w:p w14:paraId="75C0B889" w14:textId="3DCA8D34" w:rsidR="00415B47" w:rsidRPr="006F3639" w:rsidRDefault="00332AC8">
            <w:pPr>
              <w:jc w:val="center"/>
              <w:rPr>
                <w:lang w:val="bg-BG"/>
              </w:rPr>
            </w:pPr>
            <w:r>
              <w:rPr>
                <w:b/>
                <w:sz w:val="14"/>
              </w:rPr>
              <w:t xml:space="preserve">Собственик </w:t>
            </w:r>
          </w:p>
        </w:tc>
        <w:tc>
          <w:tcPr>
            <w:tcW w:w="1153" w:type="dxa"/>
          </w:tcPr>
          <w:p w14:paraId="7D745627" w14:textId="77777777" w:rsidR="00415B47" w:rsidRDefault="00332AC8">
            <w:pPr>
              <w:jc w:val="center"/>
            </w:pPr>
            <w:r>
              <w:rPr>
                <w:b/>
                <w:sz w:val="14"/>
              </w:rPr>
              <w:t>Идеални части (%)</w:t>
            </w:r>
          </w:p>
        </w:tc>
        <w:tc>
          <w:tcPr>
            <w:tcW w:w="1201" w:type="dxa"/>
          </w:tcPr>
          <w:p w14:paraId="731A1611" w14:textId="77777777" w:rsidR="00415B47" w:rsidRDefault="00332AC8">
            <w:pPr>
              <w:jc w:val="center"/>
            </w:pPr>
            <w:r>
              <w:rPr>
                <w:b/>
                <w:sz w:val="14"/>
              </w:rPr>
              <w:t>Представител</w:t>
            </w:r>
          </w:p>
        </w:tc>
        <w:tc>
          <w:tcPr>
            <w:tcW w:w="1132" w:type="dxa"/>
          </w:tcPr>
          <w:p w14:paraId="4ACD8CC7" w14:textId="77777777" w:rsidR="00415B47" w:rsidRDefault="00332AC8">
            <w:pPr>
              <w:jc w:val="center"/>
            </w:pPr>
            <w:r>
              <w:rPr>
                <w:b/>
                <w:sz w:val="14"/>
              </w:rPr>
              <w:t>ЗА</w:t>
            </w:r>
          </w:p>
        </w:tc>
        <w:tc>
          <w:tcPr>
            <w:tcW w:w="1152" w:type="dxa"/>
          </w:tcPr>
          <w:p w14:paraId="4A9E78D9" w14:textId="77777777" w:rsidR="00415B47" w:rsidRDefault="00332AC8">
            <w:pPr>
              <w:jc w:val="center"/>
            </w:pPr>
            <w:r>
              <w:rPr>
                <w:b/>
                <w:sz w:val="14"/>
              </w:rPr>
              <w:t>ПРОТИВ</w:t>
            </w:r>
          </w:p>
        </w:tc>
        <w:tc>
          <w:tcPr>
            <w:tcW w:w="1171" w:type="dxa"/>
          </w:tcPr>
          <w:p w14:paraId="3C8EEC68" w14:textId="77777777" w:rsidR="00415B47" w:rsidRDefault="00332AC8">
            <w:pPr>
              <w:jc w:val="center"/>
            </w:pPr>
            <w:r>
              <w:rPr>
                <w:b/>
                <w:sz w:val="14"/>
              </w:rPr>
              <w:t>ВЪЗДЪРЖАЛ СЕ</w:t>
            </w:r>
          </w:p>
        </w:tc>
        <w:tc>
          <w:tcPr>
            <w:tcW w:w="1149" w:type="dxa"/>
          </w:tcPr>
          <w:p w14:paraId="521027E0" w14:textId="77777777" w:rsidR="00415B47" w:rsidRDefault="00332AC8">
            <w:pPr>
              <w:jc w:val="center"/>
            </w:pPr>
            <w:r>
              <w:rPr>
                <w:b/>
                <w:sz w:val="14"/>
              </w:rPr>
              <w:t>Подпис</w:t>
            </w:r>
          </w:p>
        </w:tc>
      </w:tr>
      <w:tr w:rsidR="00415B47" w14:paraId="110B4FD4" w14:textId="77777777" w:rsidTr="00732DE3">
        <w:trPr>
          <w:trHeight w:val="640"/>
          <w:jc w:val="center"/>
        </w:trPr>
        <w:tc>
          <w:tcPr>
            <w:tcW w:w="468" w:type="dxa"/>
          </w:tcPr>
          <w:p w14:paraId="519B812E" w14:textId="5394A3E2" w:rsidR="00415B47" w:rsidRDefault="00732DE3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33" w:type="dxa"/>
          </w:tcPr>
          <w:p w14:paraId="55B7A391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10AD41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77609E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665F30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02A17C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9DFB5AD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4997C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04FD0D6" w14:textId="77777777" w:rsidR="00415B47" w:rsidRDefault="00415B47">
            <w:pPr>
              <w:jc w:val="center"/>
            </w:pPr>
          </w:p>
        </w:tc>
      </w:tr>
      <w:tr w:rsidR="00415B47" w14:paraId="29556954" w14:textId="77777777" w:rsidTr="00732DE3">
        <w:trPr>
          <w:trHeight w:val="640"/>
          <w:jc w:val="center"/>
        </w:trPr>
        <w:tc>
          <w:tcPr>
            <w:tcW w:w="468" w:type="dxa"/>
          </w:tcPr>
          <w:p w14:paraId="7A022053" w14:textId="62810F2E" w:rsidR="00415B47" w:rsidRDefault="00732DE3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33" w:type="dxa"/>
          </w:tcPr>
          <w:p w14:paraId="3E9F141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7D2465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8E05F5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2B6D5F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B3A34A7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302A3B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74E798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899A4D6" w14:textId="77777777" w:rsidR="00415B47" w:rsidRDefault="00415B47">
            <w:pPr>
              <w:jc w:val="center"/>
            </w:pPr>
          </w:p>
        </w:tc>
      </w:tr>
      <w:tr w:rsidR="00415B47" w14:paraId="41B4CB20" w14:textId="77777777" w:rsidTr="00732DE3">
        <w:trPr>
          <w:trHeight w:val="640"/>
          <w:jc w:val="center"/>
        </w:trPr>
        <w:tc>
          <w:tcPr>
            <w:tcW w:w="468" w:type="dxa"/>
          </w:tcPr>
          <w:p w14:paraId="4CB68F36" w14:textId="31680EB2" w:rsidR="00415B47" w:rsidRDefault="00732DE3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633" w:type="dxa"/>
          </w:tcPr>
          <w:p w14:paraId="12A0E05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0CB154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9FC8DC0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8D6DEB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62B9FE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2A3017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27C1F2D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EC4DF3B" w14:textId="77777777" w:rsidR="00415B47" w:rsidRDefault="00415B47">
            <w:pPr>
              <w:jc w:val="center"/>
            </w:pPr>
          </w:p>
        </w:tc>
      </w:tr>
      <w:tr w:rsidR="00415B47" w14:paraId="137BC2B8" w14:textId="77777777" w:rsidTr="00732DE3">
        <w:trPr>
          <w:trHeight w:val="640"/>
          <w:jc w:val="center"/>
        </w:trPr>
        <w:tc>
          <w:tcPr>
            <w:tcW w:w="468" w:type="dxa"/>
          </w:tcPr>
          <w:p w14:paraId="4FE16BA8" w14:textId="63B10652" w:rsidR="00415B47" w:rsidRDefault="00732DE3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633" w:type="dxa"/>
          </w:tcPr>
          <w:p w14:paraId="15EBEE7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728FED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AC43D6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573F84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D08723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81196D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5D4BC9A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D543B82" w14:textId="77777777" w:rsidR="00415B47" w:rsidRDefault="00415B47">
            <w:pPr>
              <w:jc w:val="center"/>
            </w:pPr>
          </w:p>
        </w:tc>
      </w:tr>
      <w:tr w:rsidR="00415B47" w14:paraId="24FE96B3" w14:textId="77777777" w:rsidTr="00732DE3">
        <w:trPr>
          <w:trHeight w:val="640"/>
          <w:jc w:val="center"/>
        </w:trPr>
        <w:tc>
          <w:tcPr>
            <w:tcW w:w="468" w:type="dxa"/>
          </w:tcPr>
          <w:p w14:paraId="0DE9D42E" w14:textId="225430BC" w:rsidR="00415B47" w:rsidRDefault="00732DE3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633" w:type="dxa"/>
          </w:tcPr>
          <w:p w14:paraId="5E7D993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36AB44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F9312E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84A406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3967B2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EFE593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EB042C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AFDC86B" w14:textId="77777777" w:rsidR="00415B47" w:rsidRDefault="00415B47">
            <w:pPr>
              <w:jc w:val="center"/>
            </w:pPr>
          </w:p>
        </w:tc>
      </w:tr>
      <w:tr w:rsidR="00415B47" w14:paraId="40B85EF1" w14:textId="77777777" w:rsidTr="00732DE3">
        <w:trPr>
          <w:trHeight w:val="640"/>
          <w:jc w:val="center"/>
        </w:trPr>
        <w:tc>
          <w:tcPr>
            <w:tcW w:w="468" w:type="dxa"/>
          </w:tcPr>
          <w:p w14:paraId="55E8252C" w14:textId="79E2DFD8" w:rsidR="00415B47" w:rsidRDefault="00732DE3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633" w:type="dxa"/>
          </w:tcPr>
          <w:p w14:paraId="45E6E22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57EAB7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785B28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F1EAFE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74ECFA3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5808C2F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F8EDD76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6D2D168" w14:textId="77777777" w:rsidR="00415B47" w:rsidRDefault="00415B47">
            <w:pPr>
              <w:jc w:val="center"/>
            </w:pPr>
          </w:p>
        </w:tc>
      </w:tr>
      <w:tr w:rsidR="00415B47" w14:paraId="52415469" w14:textId="77777777" w:rsidTr="00732DE3">
        <w:trPr>
          <w:trHeight w:val="640"/>
          <w:jc w:val="center"/>
        </w:trPr>
        <w:tc>
          <w:tcPr>
            <w:tcW w:w="468" w:type="dxa"/>
          </w:tcPr>
          <w:p w14:paraId="7C1F2D6C" w14:textId="466B970F" w:rsidR="00415B47" w:rsidRDefault="00732DE3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633" w:type="dxa"/>
          </w:tcPr>
          <w:p w14:paraId="531E7B5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36DF8F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CF5F9F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382924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333889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B0AC81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7AA002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D4D020" w14:textId="77777777" w:rsidR="00415B47" w:rsidRDefault="00415B47">
            <w:pPr>
              <w:jc w:val="center"/>
            </w:pPr>
          </w:p>
        </w:tc>
      </w:tr>
      <w:tr w:rsidR="00415B47" w14:paraId="0CA0C543" w14:textId="77777777" w:rsidTr="00732DE3">
        <w:trPr>
          <w:trHeight w:val="640"/>
          <w:jc w:val="center"/>
        </w:trPr>
        <w:tc>
          <w:tcPr>
            <w:tcW w:w="468" w:type="dxa"/>
          </w:tcPr>
          <w:p w14:paraId="2F50127E" w14:textId="117A92D2" w:rsidR="00415B47" w:rsidRDefault="00732DE3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633" w:type="dxa"/>
          </w:tcPr>
          <w:p w14:paraId="2DE2372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A6AA2A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7EF493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1D9C88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AEEF0A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B93426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B6786C4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DA9F820" w14:textId="77777777" w:rsidR="00415B47" w:rsidRDefault="00415B47">
            <w:pPr>
              <w:jc w:val="center"/>
            </w:pPr>
          </w:p>
        </w:tc>
      </w:tr>
      <w:tr w:rsidR="00415B47" w14:paraId="0302678F" w14:textId="77777777" w:rsidTr="00732DE3">
        <w:trPr>
          <w:trHeight w:val="640"/>
          <w:jc w:val="center"/>
        </w:trPr>
        <w:tc>
          <w:tcPr>
            <w:tcW w:w="468" w:type="dxa"/>
          </w:tcPr>
          <w:p w14:paraId="0EBC4275" w14:textId="31222966" w:rsidR="00415B47" w:rsidRDefault="00732DE3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633" w:type="dxa"/>
          </w:tcPr>
          <w:p w14:paraId="674E2EE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D6B7C0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F815C39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0BBEE7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4B748EE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675B12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C1ABAB4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8795D71" w14:textId="77777777" w:rsidR="00415B47" w:rsidRDefault="00415B47">
            <w:pPr>
              <w:jc w:val="center"/>
            </w:pPr>
          </w:p>
        </w:tc>
      </w:tr>
      <w:tr w:rsidR="00415B47" w14:paraId="24057C47" w14:textId="77777777" w:rsidTr="00732DE3">
        <w:trPr>
          <w:trHeight w:val="640"/>
          <w:jc w:val="center"/>
        </w:trPr>
        <w:tc>
          <w:tcPr>
            <w:tcW w:w="468" w:type="dxa"/>
          </w:tcPr>
          <w:p w14:paraId="0E4B9293" w14:textId="00E477E6" w:rsidR="00415B47" w:rsidRDefault="00732DE3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633" w:type="dxa"/>
          </w:tcPr>
          <w:p w14:paraId="0442B8A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EB3497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F174AA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B97C76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8C89E7E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37521D7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F9FF55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69317D1" w14:textId="77777777" w:rsidR="00415B47" w:rsidRDefault="00415B47">
            <w:pPr>
              <w:jc w:val="center"/>
            </w:pPr>
          </w:p>
        </w:tc>
      </w:tr>
      <w:tr w:rsidR="00415B47" w14:paraId="0FCC31E5" w14:textId="77777777" w:rsidTr="00732DE3">
        <w:trPr>
          <w:trHeight w:val="640"/>
          <w:jc w:val="center"/>
        </w:trPr>
        <w:tc>
          <w:tcPr>
            <w:tcW w:w="468" w:type="dxa"/>
          </w:tcPr>
          <w:p w14:paraId="017D70FC" w14:textId="233C792D" w:rsidR="00415B47" w:rsidRDefault="00732DE3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633" w:type="dxa"/>
          </w:tcPr>
          <w:p w14:paraId="4464281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162210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C9A748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C74DDC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A6CA50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5041546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8B0F186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72E8C61" w14:textId="77777777" w:rsidR="00415B47" w:rsidRDefault="00415B47">
            <w:pPr>
              <w:jc w:val="center"/>
            </w:pPr>
          </w:p>
        </w:tc>
      </w:tr>
      <w:tr w:rsidR="00415B47" w14:paraId="111DA3B3" w14:textId="77777777" w:rsidTr="00732DE3">
        <w:trPr>
          <w:trHeight w:val="640"/>
          <w:jc w:val="center"/>
        </w:trPr>
        <w:tc>
          <w:tcPr>
            <w:tcW w:w="468" w:type="dxa"/>
          </w:tcPr>
          <w:p w14:paraId="27A2CAB3" w14:textId="6F394BA0" w:rsidR="00415B47" w:rsidRDefault="00732DE3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633" w:type="dxa"/>
          </w:tcPr>
          <w:p w14:paraId="2B470AD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F76F34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160C91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90F0AF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125562A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067635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95A275E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2A50E2E" w14:textId="77777777" w:rsidR="00415B47" w:rsidRDefault="00415B47">
            <w:pPr>
              <w:jc w:val="center"/>
            </w:pPr>
          </w:p>
        </w:tc>
      </w:tr>
      <w:tr w:rsidR="00415B47" w14:paraId="11FFF358" w14:textId="77777777" w:rsidTr="00732DE3">
        <w:trPr>
          <w:trHeight w:val="640"/>
          <w:jc w:val="center"/>
        </w:trPr>
        <w:tc>
          <w:tcPr>
            <w:tcW w:w="468" w:type="dxa"/>
          </w:tcPr>
          <w:p w14:paraId="391DCB38" w14:textId="094CE549" w:rsidR="00415B47" w:rsidRDefault="00732DE3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633" w:type="dxa"/>
          </w:tcPr>
          <w:p w14:paraId="4709EED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31DBE7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72008A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2F90EC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7B93B97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82FF26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2729455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0B16F19" w14:textId="77777777" w:rsidR="00415B47" w:rsidRDefault="00415B47">
            <w:pPr>
              <w:jc w:val="center"/>
            </w:pPr>
          </w:p>
        </w:tc>
      </w:tr>
      <w:tr w:rsidR="00415B47" w14:paraId="2328559D" w14:textId="77777777" w:rsidTr="00732DE3">
        <w:trPr>
          <w:trHeight w:val="640"/>
          <w:jc w:val="center"/>
        </w:trPr>
        <w:tc>
          <w:tcPr>
            <w:tcW w:w="468" w:type="dxa"/>
          </w:tcPr>
          <w:p w14:paraId="2327219B" w14:textId="6171F78F" w:rsidR="00415B47" w:rsidRDefault="00732DE3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633" w:type="dxa"/>
          </w:tcPr>
          <w:p w14:paraId="2F40F85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A843B4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DE327E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E7E8E3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82321A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6CF1B07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24C8BB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D990A2D" w14:textId="77777777" w:rsidR="00415B47" w:rsidRDefault="00415B47">
            <w:pPr>
              <w:jc w:val="center"/>
            </w:pPr>
          </w:p>
        </w:tc>
      </w:tr>
      <w:tr w:rsidR="00415B47" w14:paraId="0323C540" w14:textId="77777777" w:rsidTr="00732DE3">
        <w:trPr>
          <w:trHeight w:val="640"/>
          <w:jc w:val="center"/>
        </w:trPr>
        <w:tc>
          <w:tcPr>
            <w:tcW w:w="468" w:type="dxa"/>
          </w:tcPr>
          <w:p w14:paraId="5D6925D9" w14:textId="7DEA5AF0" w:rsidR="00415B47" w:rsidRDefault="00732DE3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633" w:type="dxa"/>
          </w:tcPr>
          <w:p w14:paraId="25DDF06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E5CF2A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ED5592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9C9929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508B26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9AFBD5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600138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BFA79E9" w14:textId="77777777" w:rsidR="00415B47" w:rsidRDefault="00415B47">
            <w:pPr>
              <w:jc w:val="center"/>
            </w:pPr>
          </w:p>
        </w:tc>
      </w:tr>
      <w:tr w:rsidR="00415B47" w14:paraId="6345080D" w14:textId="77777777" w:rsidTr="00732DE3">
        <w:trPr>
          <w:trHeight w:val="640"/>
          <w:jc w:val="center"/>
        </w:trPr>
        <w:tc>
          <w:tcPr>
            <w:tcW w:w="468" w:type="dxa"/>
          </w:tcPr>
          <w:p w14:paraId="0E52E76B" w14:textId="45D48C2A" w:rsidR="00415B47" w:rsidRDefault="00732DE3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633" w:type="dxa"/>
          </w:tcPr>
          <w:p w14:paraId="1D84AC1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5CA01D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1B62E2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515C18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EAEEBD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79AFBCA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FBA35F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5B45C48" w14:textId="77777777" w:rsidR="00415B47" w:rsidRDefault="00415B47">
            <w:pPr>
              <w:jc w:val="center"/>
            </w:pPr>
          </w:p>
        </w:tc>
      </w:tr>
      <w:tr w:rsidR="00415B47" w14:paraId="28BC2FEB" w14:textId="77777777" w:rsidTr="00732DE3">
        <w:trPr>
          <w:trHeight w:val="640"/>
          <w:jc w:val="center"/>
        </w:trPr>
        <w:tc>
          <w:tcPr>
            <w:tcW w:w="468" w:type="dxa"/>
          </w:tcPr>
          <w:p w14:paraId="6A52C904" w14:textId="7BCF4D1B" w:rsidR="00415B47" w:rsidRDefault="00732DE3">
            <w:pPr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633" w:type="dxa"/>
          </w:tcPr>
          <w:p w14:paraId="04F686A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0998E17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DECC9C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005540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774434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245D0A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B61537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FCAF8EA" w14:textId="77777777" w:rsidR="00415B47" w:rsidRDefault="00415B47">
            <w:pPr>
              <w:jc w:val="center"/>
            </w:pPr>
          </w:p>
        </w:tc>
      </w:tr>
      <w:tr w:rsidR="00415B47" w14:paraId="4C696FE6" w14:textId="77777777" w:rsidTr="00732DE3">
        <w:trPr>
          <w:trHeight w:val="640"/>
          <w:jc w:val="center"/>
        </w:trPr>
        <w:tc>
          <w:tcPr>
            <w:tcW w:w="468" w:type="dxa"/>
          </w:tcPr>
          <w:p w14:paraId="568712D3" w14:textId="297B5A41" w:rsidR="00415B47" w:rsidRDefault="00732DE3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633" w:type="dxa"/>
          </w:tcPr>
          <w:p w14:paraId="16EA1B4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E25E2A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E74719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4376B2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D1780C6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9B42D8E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04483B7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7DE93B" w14:textId="77777777" w:rsidR="00415B47" w:rsidRDefault="00415B47">
            <w:pPr>
              <w:jc w:val="center"/>
            </w:pPr>
          </w:p>
        </w:tc>
      </w:tr>
      <w:tr w:rsidR="00415B47" w14:paraId="76C0D41F" w14:textId="77777777" w:rsidTr="00732DE3">
        <w:trPr>
          <w:trHeight w:val="640"/>
          <w:jc w:val="center"/>
        </w:trPr>
        <w:tc>
          <w:tcPr>
            <w:tcW w:w="468" w:type="dxa"/>
          </w:tcPr>
          <w:p w14:paraId="03F6A0F3" w14:textId="135F7777" w:rsidR="00415B47" w:rsidRDefault="00732DE3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633" w:type="dxa"/>
          </w:tcPr>
          <w:p w14:paraId="27894E5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98E2A3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DF5F03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F0E752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8B24CD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B399F0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C95C23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849153F" w14:textId="77777777" w:rsidR="00415B47" w:rsidRDefault="00415B47">
            <w:pPr>
              <w:jc w:val="center"/>
            </w:pPr>
          </w:p>
        </w:tc>
      </w:tr>
      <w:tr w:rsidR="00415B47" w14:paraId="7A23E8FC" w14:textId="77777777" w:rsidTr="00732DE3">
        <w:trPr>
          <w:trHeight w:val="640"/>
          <w:jc w:val="center"/>
        </w:trPr>
        <w:tc>
          <w:tcPr>
            <w:tcW w:w="468" w:type="dxa"/>
          </w:tcPr>
          <w:p w14:paraId="5E9698FA" w14:textId="79D3EAAD" w:rsidR="00415B47" w:rsidRDefault="00732DE3">
            <w:pPr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633" w:type="dxa"/>
          </w:tcPr>
          <w:p w14:paraId="5277A86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385563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D4A003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AF6C4D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7EB942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39E65C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EB3F23D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860F1AA" w14:textId="77777777" w:rsidR="00415B47" w:rsidRDefault="00415B47">
            <w:pPr>
              <w:jc w:val="center"/>
            </w:pPr>
          </w:p>
        </w:tc>
      </w:tr>
      <w:tr w:rsidR="00415B47" w14:paraId="5CFAA3C7" w14:textId="77777777" w:rsidTr="00732DE3">
        <w:trPr>
          <w:trHeight w:val="640"/>
          <w:jc w:val="center"/>
        </w:trPr>
        <w:tc>
          <w:tcPr>
            <w:tcW w:w="468" w:type="dxa"/>
          </w:tcPr>
          <w:p w14:paraId="4EAE10C5" w14:textId="722384D8" w:rsidR="00415B47" w:rsidRDefault="00732DE3">
            <w:pPr>
              <w:jc w:val="center"/>
            </w:pPr>
            <w:r>
              <w:rPr>
                <w:sz w:val="14"/>
              </w:rPr>
              <w:lastRenderedPageBreak/>
              <w:t>21</w:t>
            </w:r>
          </w:p>
        </w:tc>
        <w:tc>
          <w:tcPr>
            <w:tcW w:w="633" w:type="dxa"/>
          </w:tcPr>
          <w:p w14:paraId="06C62DE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BDBFD0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18747B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DD724A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1A5E71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49F680D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2677684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63A7DD9" w14:textId="77777777" w:rsidR="00415B47" w:rsidRDefault="00415B47">
            <w:pPr>
              <w:jc w:val="center"/>
            </w:pPr>
          </w:p>
        </w:tc>
      </w:tr>
      <w:tr w:rsidR="00415B47" w14:paraId="0BB57E61" w14:textId="77777777" w:rsidTr="00732DE3">
        <w:trPr>
          <w:trHeight w:val="640"/>
          <w:jc w:val="center"/>
        </w:trPr>
        <w:tc>
          <w:tcPr>
            <w:tcW w:w="468" w:type="dxa"/>
          </w:tcPr>
          <w:p w14:paraId="166A011B" w14:textId="07349619" w:rsidR="00415B47" w:rsidRDefault="00732DE3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633" w:type="dxa"/>
          </w:tcPr>
          <w:p w14:paraId="7BB92D4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A0B70D7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3F48C7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7BCCEE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15B27F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118648D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FD655F5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CAC5E96" w14:textId="77777777" w:rsidR="00415B47" w:rsidRDefault="00415B47">
            <w:pPr>
              <w:jc w:val="center"/>
            </w:pPr>
          </w:p>
        </w:tc>
      </w:tr>
      <w:tr w:rsidR="00415B47" w14:paraId="1ACFFCFA" w14:textId="77777777" w:rsidTr="00732DE3">
        <w:trPr>
          <w:trHeight w:val="640"/>
          <w:jc w:val="center"/>
        </w:trPr>
        <w:tc>
          <w:tcPr>
            <w:tcW w:w="468" w:type="dxa"/>
          </w:tcPr>
          <w:p w14:paraId="4CBE1991" w14:textId="44D61DB8" w:rsidR="00415B47" w:rsidRDefault="00732DE3">
            <w:pPr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633" w:type="dxa"/>
          </w:tcPr>
          <w:p w14:paraId="33E7B0B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A72F23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6C2CF0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A8CBEA4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47A92E4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D61EB4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08CC4D5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36813E5" w14:textId="77777777" w:rsidR="00415B47" w:rsidRDefault="00415B47">
            <w:pPr>
              <w:jc w:val="center"/>
            </w:pPr>
          </w:p>
        </w:tc>
      </w:tr>
      <w:tr w:rsidR="00415B47" w14:paraId="491C6CC3" w14:textId="77777777" w:rsidTr="00732DE3">
        <w:trPr>
          <w:trHeight w:val="640"/>
          <w:jc w:val="center"/>
        </w:trPr>
        <w:tc>
          <w:tcPr>
            <w:tcW w:w="468" w:type="dxa"/>
          </w:tcPr>
          <w:p w14:paraId="3828D2EB" w14:textId="39A6804B" w:rsidR="00415B47" w:rsidRDefault="00732DE3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633" w:type="dxa"/>
          </w:tcPr>
          <w:p w14:paraId="113061E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827CCC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9E7D88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E6B15B3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D2C5FB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A60308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733082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BCCC133" w14:textId="77777777" w:rsidR="00415B47" w:rsidRDefault="00415B47">
            <w:pPr>
              <w:jc w:val="center"/>
            </w:pPr>
          </w:p>
        </w:tc>
      </w:tr>
      <w:tr w:rsidR="00415B47" w14:paraId="33E6FC92" w14:textId="77777777" w:rsidTr="00732DE3">
        <w:trPr>
          <w:trHeight w:val="640"/>
          <w:jc w:val="center"/>
        </w:trPr>
        <w:tc>
          <w:tcPr>
            <w:tcW w:w="468" w:type="dxa"/>
          </w:tcPr>
          <w:p w14:paraId="62854742" w14:textId="34613097" w:rsidR="00415B47" w:rsidRDefault="00732DE3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633" w:type="dxa"/>
          </w:tcPr>
          <w:p w14:paraId="2E0BA7B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02CD65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326B0E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E5E433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145B45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A24C7F3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017744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ED531DE" w14:textId="77777777" w:rsidR="00415B47" w:rsidRDefault="00415B47">
            <w:pPr>
              <w:jc w:val="center"/>
            </w:pPr>
          </w:p>
        </w:tc>
      </w:tr>
      <w:tr w:rsidR="00415B47" w14:paraId="6ED7AD60" w14:textId="77777777" w:rsidTr="00732DE3">
        <w:trPr>
          <w:trHeight w:val="640"/>
          <w:jc w:val="center"/>
        </w:trPr>
        <w:tc>
          <w:tcPr>
            <w:tcW w:w="468" w:type="dxa"/>
          </w:tcPr>
          <w:p w14:paraId="3F744E99" w14:textId="6B196984" w:rsidR="00415B47" w:rsidRDefault="00732DE3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633" w:type="dxa"/>
          </w:tcPr>
          <w:p w14:paraId="6BF80A1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5A7EB46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5F9AAE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61D5A6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F21BAA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C03142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D27FFF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292A52E" w14:textId="77777777" w:rsidR="00415B47" w:rsidRDefault="00415B47">
            <w:pPr>
              <w:jc w:val="center"/>
            </w:pPr>
          </w:p>
        </w:tc>
      </w:tr>
      <w:tr w:rsidR="00415B47" w14:paraId="05673646" w14:textId="77777777" w:rsidTr="00732DE3">
        <w:trPr>
          <w:trHeight w:val="640"/>
          <w:jc w:val="center"/>
        </w:trPr>
        <w:tc>
          <w:tcPr>
            <w:tcW w:w="468" w:type="dxa"/>
          </w:tcPr>
          <w:p w14:paraId="632329A5" w14:textId="01EDA2D6" w:rsidR="00415B47" w:rsidRDefault="00732DE3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633" w:type="dxa"/>
          </w:tcPr>
          <w:p w14:paraId="57017CD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F1E9B5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43A600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E81C28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310AFC6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2342D0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AF2C5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9441F08" w14:textId="77777777" w:rsidR="00415B47" w:rsidRDefault="00415B47">
            <w:pPr>
              <w:jc w:val="center"/>
            </w:pPr>
          </w:p>
        </w:tc>
      </w:tr>
      <w:tr w:rsidR="00415B47" w14:paraId="3F5159FF" w14:textId="77777777" w:rsidTr="00732DE3">
        <w:trPr>
          <w:trHeight w:val="640"/>
          <w:jc w:val="center"/>
        </w:trPr>
        <w:tc>
          <w:tcPr>
            <w:tcW w:w="468" w:type="dxa"/>
          </w:tcPr>
          <w:p w14:paraId="6399D007" w14:textId="6EF93938" w:rsidR="00415B47" w:rsidRDefault="00732DE3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633" w:type="dxa"/>
          </w:tcPr>
          <w:p w14:paraId="1ECE8A0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4917D6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C84392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79230B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E63AD4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0FA691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19F307E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313F2AB" w14:textId="77777777" w:rsidR="00415B47" w:rsidRDefault="00415B47">
            <w:pPr>
              <w:jc w:val="center"/>
            </w:pPr>
          </w:p>
        </w:tc>
      </w:tr>
      <w:tr w:rsidR="00415B47" w14:paraId="43BD0CED" w14:textId="77777777" w:rsidTr="00732DE3">
        <w:trPr>
          <w:trHeight w:val="640"/>
          <w:jc w:val="center"/>
        </w:trPr>
        <w:tc>
          <w:tcPr>
            <w:tcW w:w="468" w:type="dxa"/>
          </w:tcPr>
          <w:p w14:paraId="2EF662B4" w14:textId="42B08D94" w:rsidR="00415B47" w:rsidRDefault="00732DE3">
            <w:pPr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633" w:type="dxa"/>
          </w:tcPr>
          <w:p w14:paraId="3D356FC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60DFDB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1CAEF7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1521CA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621D36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AB84B73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B3333B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6541BD8" w14:textId="77777777" w:rsidR="00415B47" w:rsidRDefault="00415B47">
            <w:pPr>
              <w:jc w:val="center"/>
            </w:pPr>
          </w:p>
        </w:tc>
      </w:tr>
      <w:tr w:rsidR="00415B47" w14:paraId="5F0E5AB3" w14:textId="77777777" w:rsidTr="00732DE3">
        <w:trPr>
          <w:trHeight w:val="640"/>
          <w:jc w:val="center"/>
        </w:trPr>
        <w:tc>
          <w:tcPr>
            <w:tcW w:w="468" w:type="dxa"/>
          </w:tcPr>
          <w:p w14:paraId="46A5C9AC" w14:textId="0FDC004A" w:rsidR="00415B47" w:rsidRDefault="00732DE3">
            <w:pPr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633" w:type="dxa"/>
          </w:tcPr>
          <w:p w14:paraId="6136A2B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80C975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61727D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161572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E583A8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9CAD11F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4C557F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1CBB5E7" w14:textId="77777777" w:rsidR="00415B47" w:rsidRDefault="00415B47">
            <w:pPr>
              <w:jc w:val="center"/>
            </w:pPr>
          </w:p>
        </w:tc>
      </w:tr>
      <w:tr w:rsidR="00415B47" w14:paraId="18653831" w14:textId="77777777" w:rsidTr="00732DE3">
        <w:trPr>
          <w:trHeight w:val="640"/>
          <w:jc w:val="center"/>
        </w:trPr>
        <w:tc>
          <w:tcPr>
            <w:tcW w:w="468" w:type="dxa"/>
          </w:tcPr>
          <w:p w14:paraId="44BA6190" w14:textId="599F66CB" w:rsidR="00415B47" w:rsidRDefault="00732DE3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633" w:type="dxa"/>
          </w:tcPr>
          <w:p w14:paraId="3D3DB7A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3BBD33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7A3CD3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2055D3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2D6392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F5BB17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BB4C8DA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18A0EC4" w14:textId="77777777" w:rsidR="00415B47" w:rsidRDefault="00415B47">
            <w:pPr>
              <w:jc w:val="center"/>
            </w:pPr>
          </w:p>
        </w:tc>
      </w:tr>
      <w:tr w:rsidR="00415B47" w14:paraId="1F98DC38" w14:textId="77777777" w:rsidTr="00732DE3">
        <w:trPr>
          <w:trHeight w:val="640"/>
          <w:jc w:val="center"/>
        </w:trPr>
        <w:tc>
          <w:tcPr>
            <w:tcW w:w="468" w:type="dxa"/>
          </w:tcPr>
          <w:p w14:paraId="7E29721C" w14:textId="0CD09031" w:rsidR="00415B47" w:rsidRDefault="00732DE3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633" w:type="dxa"/>
          </w:tcPr>
          <w:p w14:paraId="170B92D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20DD0F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716AC2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BD67FB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EEEC137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87708C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997FA0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65ED833" w14:textId="77777777" w:rsidR="00415B47" w:rsidRDefault="00415B47">
            <w:pPr>
              <w:jc w:val="center"/>
            </w:pPr>
          </w:p>
        </w:tc>
      </w:tr>
      <w:tr w:rsidR="00415B47" w14:paraId="1DD7C010" w14:textId="77777777" w:rsidTr="00732DE3">
        <w:trPr>
          <w:trHeight w:val="640"/>
          <w:jc w:val="center"/>
        </w:trPr>
        <w:tc>
          <w:tcPr>
            <w:tcW w:w="468" w:type="dxa"/>
          </w:tcPr>
          <w:p w14:paraId="464512F4" w14:textId="680C4231" w:rsidR="00415B47" w:rsidRDefault="00732DE3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633" w:type="dxa"/>
          </w:tcPr>
          <w:p w14:paraId="62F506D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D1424A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8CFA7A9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15FDBD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5814143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AB17AB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5BE5E8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33C5D64" w14:textId="77777777" w:rsidR="00415B47" w:rsidRDefault="00415B47">
            <w:pPr>
              <w:jc w:val="center"/>
            </w:pPr>
          </w:p>
        </w:tc>
      </w:tr>
      <w:tr w:rsidR="00415B47" w14:paraId="3DBF063F" w14:textId="77777777" w:rsidTr="00732DE3">
        <w:trPr>
          <w:trHeight w:val="640"/>
          <w:jc w:val="center"/>
        </w:trPr>
        <w:tc>
          <w:tcPr>
            <w:tcW w:w="468" w:type="dxa"/>
          </w:tcPr>
          <w:p w14:paraId="78EFED84" w14:textId="701A81B8" w:rsidR="00415B47" w:rsidRDefault="00732DE3">
            <w:pPr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633" w:type="dxa"/>
          </w:tcPr>
          <w:p w14:paraId="2777DAA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C0B787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F18E0CB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8749FB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D21074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7200A2E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33337B6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EED3961" w14:textId="77777777" w:rsidR="00415B47" w:rsidRDefault="00415B47">
            <w:pPr>
              <w:jc w:val="center"/>
            </w:pPr>
          </w:p>
        </w:tc>
      </w:tr>
      <w:tr w:rsidR="00415B47" w14:paraId="2B9521AC" w14:textId="77777777" w:rsidTr="00732DE3">
        <w:trPr>
          <w:trHeight w:val="640"/>
          <w:jc w:val="center"/>
        </w:trPr>
        <w:tc>
          <w:tcPr>
            <w:tcW w:w="468" w:type="dxa"/>
          </w:tcPr>
          <w:p w14:paraId="645F67B7" w14:textId="4FADDBF1" w:rsidR="00415B47" w:rsidRDefault="00732DE3">
            <w:pPr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633" w:type="dxa"/>
          </w:tcPr>
          <w:p w14:paraId="3B1AC69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D41C3BC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EFEC93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F79BBC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C25FD6F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8788F6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423051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E86270D" w14:textId="77777777" w:rsidR="00415B47" w:rsidRDefault="00415B47">
            <w:pPr>
              <w:jc w:val="center"/>
            </w:pPr>
          </w:p>
        </w:tc>
      </w:tr>
      <w:tr w:rsidR="00415B47" w14:paraId="4A7099A9" w14:textId="77777777" w:rsidTr="00732DE3">
        <w:trPr>
          <w:trHeight w:val="640"/>
          <w:jc w:val="center"/>
        </w:trPr>
        <w:tc>
          <w:tcPr>
            <w:tcW w:w="468" w:type="dxa"/>
          </w:tcPr>
          <w:p w14:paraId="13399862" w14:textId="107493DB" w:rsidR="00415B47" w:rsidRDefault="00732DE3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633" w:type="dxa"/>
          </w:tcPr>
          <w:p w14:paraId="2397935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8FD0D4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EF278D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7129E1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0484F1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10F2B0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DF2872E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C38CF2C" w14:textId="77777777" w:rsidR="00415B47" w:rsidRDefault="00415B47">
            <w:pPr>
              <w:jc w:val="center"/>
            </w:pPr>
          </w:p>
        </w:tc>
      </w:tr>
      <w:tr w:rsidR="00415B47" w14:paraId="32B0608A" w14:textId="77777777" w:rsidTr="00732DE3">
        <w:trPr>
          <w:trHeight w:val="640"/>
          <w:jc w:val="center"/>
        </w:trPr>
        <w:tc>
          <w:tcPr>
            <w:tcW w:w="468" w:type="dxa"/>
          </w:tcPr>
          <w:p w14:paraId="5CC3B798" w14:textId="66A8B853" w:rsidR="00415B47" w:rsidRDefault="00732DE3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633" w:type="dxa"/>
          </w:tcPr>
          <w:p w14:paraId="5B671BD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DA39D8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8DE69FB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7948F4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949B9D7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C6B2A2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3DB53E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85F14DE" w14:textId="77777777" w:rsidR="00415B47" w:rsidRDefault="00415B47">
            <w:pPr>
              <w:jc w:val="center"/>
            </w:pPr>
          </w:p>
        </w:tc>
      </w:tr>
      <w:tr w:rsidR="00415B47" w14:paraId="6E794CF2" w14:textId="77777777" w:rsidTr="00732DE3">
        <w:trPr>
          <w:trHeight w:val="640"/>
          <w:jc w:val="center"/>
        </w:trPr>
        <w:tc>
          <w:tcPr>
            <w:tcW w:w="468" w:type="dxa"/>
          </w:tcPr>
          <w:p w14:paraId="33746A72" w14:textId="2B6B46B1" w:rsidR="00415B47" w:rsidRDefault="00732DE3">
            <w:pPr>
              <w:jc w:val="center"/>
            </w:pPr>
            <w:r>
              <w:rPr>
                <w:sz w:val="14"/>
              </w:rPr>
              <w:t>38</w:t>
            </w:r>
          </w:p>
        </w:tc>
        <w:tc>
          <w:tcPr>
            <w:tcW w:w="633" w:type="dxa"/>
          </w:tcPr>
          <w:p w14:paraId="142468D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3D7AAC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3BF222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68E232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5E7B27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4B544A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917D64C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284DF59" w14:textId="77777777" w:rsidR="00415B47" w:rsidRDefault="00415B47">
            <w:pPr>
              <w:jc w:val="center"/>
            </w:pPr>
          </w:p>
        </w:tc>
      </w:tr>
      <w:tr w:rsidR="00415B47" w14:paraId="7A90A878" w14:textId="77777777" w:rsidTr="00732DE3">
        <w:trPr>
          <w:trHeight w:val="640"/>
          <w:jc w:val="center"/>
        </w:trPr>
        <w:tc>
          <w:tcPr>
            <w:tcW w:w="468" w:type="dxa"/>
          </w:tcPr>
          <w:p w14:paraId="3E89C43E" w14:textId="50497DA2" w:rsidR="00415B47" w:rsidRDefault="00732DE3">
            <w:pPr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633" w:type="dxa"/>
          </w:tcPr>
          <w:p w14:paraId="463A60C1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89EAAF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A11EAA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C63B42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80216F3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33754B4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CB92A7F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6A0314F" w14:textId="77777777" w:rsidR="00415B47" w:rsidRDefault="00415B47">
            <w:pPr>
              <w:jc w:val="center"/>
            </w:pPr>
          </w:p>
        </w:tc>
      </w:tr>
      <w:tr w:rsidR="00415B47" w14:paraId="147C7F58" w14:textId="77777777" w:rsidTr="00732DE3">
        <w:trPr>
          <w:trHeight w:val="640"/>
          <w:jc w:val="center"/>
        </w:trPr>
        <w:tc>
          <w:tcPr>
            <w:tcW w:w="468" w:type="dxa"/>
          </w:tcPr>
          <w:p w14:paraId="1A9BFEB4" w14:textId="0BC9F5A9" w:rsidR="00415B47" w:rsidRDefault="00732DE3">
            <w:pPr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633" w:type="dxa"/>
          </w:tcPr>
          <w:p w14:paraId="6D8703A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FA3E35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D55CAD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F53572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B440E53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CE649BD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9A7AB5B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06597C7" w14:textId="77777777" w:rsidR="00415B47" w:rsidRDefault="00415B47">
            <w:pPr>
              <w:jc w:val="center"/>
            </w:pPr>
          </w:p>
        </w:tc>
      </w:tr>
      <w:tr w:rsidR="00415B47" w14:paraId="1552B504" w14:textId="77777777" w:rsidTr="00732DE3">
        <w:trPr>
          <w:trHeight w:val="640"/>
          <w:jc w:val="center"/>
        </w:trPr>
        <w:tc>
          <w:tcPr>
            <w:tcW w:w="468" w:type="dxa"/>
          </w:tcPr>
          <w:p w14:paraId="072E027A" w14:textId="453D71B3" w:rsidR="00415B47" w:rsidRDefault="00732DE3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633" w:type="dxa"/>
          </w:tcPr>
          <w:p w14:paraId="0B21BBF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833DA2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845D11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972D93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603CA8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A7C813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57515D6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7D36EE9" w14:textId="77777777" w:rsidR="00415B47" w:rsidRDefault="00415B47">
            <w:pPr>
              <w:jc w:val="center"/>
            </w:pPr>
          </w:p>
        </w:tc>
      </w:tr>
      <w:tr w:rsidR="00415B47" w14:paraId="69F64077" w14:textId="77777777" w:rsidTr="00732DE3">
        <w:trPr>
          <w:trHeight w:val="640"/>
          <w:jc w:val="center"/>
        </w:trPr>
        <w:tc>
          <w:tcPr>
            <w:tcW w:w="468" w:type="dxa"/>
          </w:tcPr>
          <w:p w14:paraId="20F72229" w14:textId="6337DD6D" w:rsidR="00415B47" w:rsidRDefault="00732DE3">
            <w:pPr>
              <w:jc w:val="center"/>
            </w:pPr>
            <w:r>
              <w:rPr>
                <w:sz w:val="14"/>
              </w:rPr>
              <w:lastRenderedPageBreak/>
              <w:t>42</w:t>
            </w:r>
          </w:p>
        </w:tc>
        <w:tc>
          <w:tcPr>
            <w:tcW w:w="633" w:type="dxa"/>
          </w:tcPr>
          <w:p w14:paraId="43E6523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5ECE13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B890800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30495C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1F2F2D3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05A422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1A7855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2B23709" w14:textId="77777777" w:rsidR="00415B47" w:rsidRDefault="00415B47">
            <w:pPr>
              <w:jc w:val="center"/>
            </w:pPr>
          </w:p>
        </w:tc>
      </w:tr>
      <w:tr w:rsidR="00415B47" w14:paraId="73121E78" w14:textId="77777777" w:rsidTr="00732DE3">
        <w:trPr>
          <w:trHeight w:val="640"/>
          <w:jc w:val="center"/>
        </w:trPr>
        <w:tc>
          <w:tcPr>
            <w:tcW w:w="468" w:type="dxa"/>
          </w:tcPr>
          <w:p w14:paraId="2713FA29" w14:textId="51DF708C" w:rsidR="00415B47" w:rsidRDefault="00732DE3">
            <w:pPr>
              <w:jc w:val="center"/>
            </w:pPr>
            <w:r>
              <w:rPr>
                <w:sz w:val="14"/>
              </w:rPr>
              <w:t>43</w:t>
            </w:r>
          </w:p>
        </w:tc>
        <w:tc>
          <w:tcPr>
            <w:tcW w:w="633" w:type="dxa"/>
          </w:tcPr>
          <w:p w14:paraId="4470C41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51EC3D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84B54F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D073D0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9BC2EE6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35FF7CF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3B29A43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5D4E2EB" w14:textId="77777777" w:rsidR="00415B47" w:rsidRDefault="00415B47">
            <w:pPr>
              <w:jc w:val="center"/>
            </w:pPr>
          </w:p>
        </w:tc>
      </w:tr>
      <w:tr w:rsidR="00415B47" w14:paraId="649EFEB9" w14:textId="77777777" w:rsidTr="00732DE3">
        <w:trPr>
          <w:trHeight w:val="640"/>
          <w:jc w:val="center"/>
        </w:trPr>
        <w:tc>
          <w:tcPr>
            <w:tcW w:w="468" w:type="dxa"/>
          </w:tcPr>
          <w:p w14:paraId="1927DE47" w14:textId="4CD178A0" w:rsidR="00415B47" w:rsidRDefault="00732DE3">
            <w:pPr>
              <w:jc w:val="center"/>
            </w:pPr>
            <w:r>
              <w:rPr>
                <w:sz w:val="14"/>
              </w:rPr>
              <w:t>44</w:t>
            </w:r>
          </w:p>
        </w:tc>
        <w:tc>
          <w:tcPr>
            <w:tcW w:w="633" w:type="dxa"/>
          </w:tcPr>
          <w:p w14:paraId="298706D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C1F012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C7D4B0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DB52FE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AFB864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E5A8DE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302E7E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18774F7" w14:textId="77777777" w:rsidR="00415B47" w:rsidRDefault="00415B47">
            <w:pPr>
              <w:jc w:val="center"/>
            </w:pPr>
          </w:p>
        </w:tc>
      </w:tr>
      <w:tr w:rsidR="00415B47" w14:paraId="0BFF8584" w14:textId="77777777" w:rsidTr="00732DE3">
        <w:trPr>
          <w:trHeight w:val="640"/>
          <w:jc w:val="center"/>
        </w:trPr>
        <w:tc>
          <w:tcPr>
            <w:tcW w:w="468" w:type="dxa"/>
          </w:tcPr>
          <w:p w14:paraId="429EEBA1" w14:textId="6EF35D61" w:rsidR="00415B47" w:rsidRDefault="00732DE3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633" w:type="dxa"/>
          </w:tcPr>
          <w:p w14:paraId="65C252F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AF5682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3AA8B1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0A7F90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70885E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D0620B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F22345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E3E02D5" w14:textId="77777777" w:rsidR="00415B47" w:rsidRDefault="00415B47">
            <w:pPr>
              <w:jc w:val="center"/>
            </w:pPr>
          </w:p>
        </w:tc>
      </w:tr>
      <w:tr w:rsidR="00415B47" w14:paraId="3C49D552" w14:textId="77777777" w:rsidTr="00732DE3">
        <w:trPr>
          <w:trHeight w:val="640"/>
          <w:jc w:val="center"/>
        </w:trPr>
        <w:tc>
          <w:tcPr>
            <w:tcW w:w="468" w:type="dxa"/>
          </w:tcPr>
          <w:p w14:paraId="64B1CE26" w14:textId="356E1398" w:rsidR="00415B47" w:rsidRDefault="00732DE3">
            <w:pPr>
              <w:jc w:val="center"/>
            </w:pPr>
            <w:r>
              <w:rPr>
                <w:sz w:val="14"/>
              </w:rPr>
              <w:t>46</w:t>
            </w:r>
          </w:p>
        </w:tc>
        <w:tc>
          <w:tcPr>
            <w:tcW w:w="633" w:type="dxa"/>
          </w:tcPr>
          <w:p w14:paraId="143E86A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DC0C8B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7E15E6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BEFCFF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A0B01B1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34CA28A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E046DAA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AEFCAF4" w14:textId="77777777" w:rsidR="00415B47" w:rsidRDefault="00415B47">
            <w:pPr>
              <w:jc w:val="center"/>
            </w:pPr>
          </w:p>
        </w:tc>
      </w:tr>
      <w:tr w:rsidR="00415B47" w14:paraId="7D6C4C24" w14:textId="77777777" w:rsidTr="00732DE3">
        <w:trPr>
          <w:trHeight w:val="640"/>
          <w:jc w:val="center"/>
        </w:trPr>
        <w:tc>
          <w:tcPr>
            <w:tcW w:w="468" w:type="dxa"/>
          </w:tcPr>
          <w:p w14:paraId="77898D18" w14:textId="22553BE9" w:rsidR="00415B47" w:rsidRDefault="00732DE3">
            <w:pPr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633" w:type="dxa"/>
          </w:tcPr>
          <w:p w14:paraId="72F6B78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DEC4A0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CDFE19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3DEB7A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2391C85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4080EC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42AE67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CD75F35" w14:textId="77777777" w:rsidR="00415B47" w:rsidRDefault="00415B47">
            <w:pPr>
              <w:jc w:val="center"/>
            </w:pPr>
          </w:p>
        </w:tc>
      </w:tr>
      <w:tr w:rsidR="00415B47" w14:paraId="27391086" w14:textId="77777777" w:rsidTr="00732DE3">
        <w:trPr>
          <w:trHeight w:val="640"/>
          <w:jc w:val="center"/>
        </w:trPr>
        <w:tc>
          <w:tcPr>
            <w:tcW w:w="468" w:type="dxa"/>
          </w:tcPr>
          <w:p w14:paraId="3EB203C1" w14:textId="78625559" w:rsidR="00415B47" w:rsidRDefault="00732DE3">
            <w:pPr>
              <w:jc w:val="center"/>
            </w:pPr>
            <w:r>
              <w:rPr>
                <w:sz w:val="14"/>
              </w:rPr>
              <w:t>48</w:t>
            </w:r>
          </w:p>
        </w:tc>
        <w:tc>
          <w:tcPr>
            <w:tcW w:w="633" w:type="dxa"/>
          </w:tcPr>
          <w:p w14:paraId="4E46D48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E555CC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BD5D8B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5E715A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D36A493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4546D5F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5F4CAC6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B13F208" w14:textId="77777777" w:rsidR="00415B47" w:rsidRDefault="00415B47">
            <w:pPr>
              <w:jc w:val="center"/>
            </w:pPr>
          </w:p>
        </w:tc>
      </w:tr>
      <w:tr w:rsidR="00415B47" w14:paraId="5BDC344F" w14:textId="77777777" w:rsidTr="00732DE3">
        <w:trPr>
          <w:trHeight w:val="640"/>
          <w:jc w:val="center"/>
        </w:trPr>
        <w:tc>
          <w:tcPr>
            <w:tcW w:w="468" w:type="dxa"/>
          </w:tcPr>
          <w:p w14:paraId="533BA292" w14:textId="618CA135" w:rsidR="00415B47" w:rsidRDefault="00732DE3">
            <w:pPr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633" w:type="dxa"/>
          </w:tcPr>
          <w:p w14:paraId="31D8963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D080B1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89E009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0888FA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1FB8609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951B99F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F4AF080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8F937BE" w14:textId="77777777" w:rsidR="00415B47" w:rsidRDefault="00415B47">
            <w:pPr>
              <w:jc w:val="center"/>
            </w:pPr>
          </w:p>
        </w:tc>
      </w:tr>
      <w:tr w:rsidR="00415B47" w14:paraId="26BA7277" w14:textId="77777777" w:rsidTr="00732DE3">
        <w:trPr>
          <w:trHeight w:val="640"/>
          <w:jc w:val="center"/>
        </w:trPr>
        <w:tc>
          <w:tcPr>
            <w:tcW w:w="468" w:type="dxa"/>
          </w:tcPr>
          <w:p w14:paraId="29CFB50F" w14:textId="1368F6FA" w:rsidR="00415B47" w:rsidRDefault="00732DE3">
            <w:pPr>
              <w:jc w:val="center"/>
            </w:pPr>
            <w:r>
              <w:rPr>
                <w:sz w:val="14"/>
              </w:rPr>
              <w:t>50</w:t>
            </w:r>
          </w:p>
        </w:tc>
        <w:tc>
          <w:tcPr>
            <w:tcW w:w="633" w:type="dxa"/>
          </w:tcPr>
          <w:p w14:paraId="2061CBA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2CF93C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064EA4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A7D378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0C73E28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6A86CC2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611B5A" w14:textId="77777777" w:rsidR="00415B47" w:rsidRDefault="00332AC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663337A" w14:textId="77777777" w:rsidR="00415B47" w:rsidRDefault="00415B47">
            <w:pPr>
              <w:jc w:val="center"/>
            </w:pPr>
          </w:p>
        </w:tc>
      </w:tr>
    </w:tbl>
    <w:p w14:paraId="006F11A5" w14:textId="77777777" w:rsidR="004A05E3" w:rsidRDefault="004A05E3">
      <w:pPr>
        <w:rPr>
          <w:lang w:val="bg-BG"/>
        </w:rPr>
      </w:pPr>
    </w:p>
    <w:p w14:paraId="7B33D84A" w14:textId="40049074" w:rsidR="00415B47" w:rsidRDefault="00332AC8">
      <w:r>
        <w:t>Председателстващ: ____________________________________   Подпис: __________________</w:t>
      </w:r>
    </w:p>
    <w:p w14:paraId="0EFD81E7" w14:textId="77777777" w:rsidR="00415B47" w:rsidRDefault="00332AC8">
      <w:r>
        <w:t>Протоколчик: __________________________________________   Подпис: __________________</w:t>
      </w:r>
    </w:p>
    <w:sectPr w:rsidR="00415B47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5739808">
    <w:abstractNumId w:val="8"/>
  </w:num>
  <w:num w:numId="2" w16cid:durableId="656155041">
    <w:abstractNumId w:val="6"/>
  </w:num>
  <w:num w:numId="3" w16cid:durableId="1986816673">
    <w:abstractNumId w:val="5"/>
  </w:num>
  <w:num w:numId="4" w16cid:durableId="1118992477">
    <w:abstractNumId w:val="4"/>
  </w:num>
  <w:num w:numId="5" w16cid:durableId="1434738807">
    <w:abstractNumId w:val="7"/>
  </w:num>
  <w:num w:numId="6" w16cid:durableId="1128208574">
    <w:abstractNumId w:val="3"/>
  </w:num>
  <w:num w:numId="7" w16cid:durableId="556278014">
    <w:abstractNumId w:val="2"/>
  </w:num>
  <w:num w:numId="8" w16cid:durableId="270358500">
    <w:abstractNumId w:val="1"/>
  </w:num>
  <w:num w:numId="9" w16cid:durableId="1195654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B8D"/>
    <w:rsid w:val="0015074B"/>
    <w:rsid w:val="00180612"/>
    <w:rsid w:val="001B7B5C"/>
    <w:rsid w:val="001C5F03"/>
    <w:rsid w:val="00207D70"/>
    <w:rsid w:val="0029639D"/>
    <w:rsid w:val="00326F90"/>
    <w:rsid w:val="00332AC8"/>
    <w:rsid w:val="00415B47"/>
    <w:rsid w:val="004A05E3"/>
    <w:rsid w:val="004C4C38"/>
    <w:rsid w:val="005A2456"/>
    <w:rsid w:val="006D4597"/>
    <w:rsid w:val="006F3639"/>
    <w:rsid w:val="007025C2"/>
    <w:rsid w:val="00715BB3"/>
    <w:rsid w:val="00732DE3"/>
    <w:rsid w:val="00AA1D8D"/>
    <w:rsid w:val="00B47730"/>
    <w:rsid w:val="00CB0664"/>
    <w:rsid w:val="00D8648E"/>
    <w:rsid w:val="00FA25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038EB"/>
  <w14:defaultImageDpi w14:val="300"/>
  <w15:docId w15:val="{036A6F0D-7F17-4EA9-8F92-0273DE0C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Константин Жечев</cp:lastModifiedBy>
  <cp:revision>18</cp:revision>
  <cp:lastPrinted>2026-09-09T13:56:00Z</cp:lastPrinted>
  <dcterms:created xsi:type="dcterms:W3CDTF">2013-12-23T23:15:00Z</dcterms:created>
  <dcterms:modified xsi:type="dcterms:W3CDTF">2026-10-23T11:13:00Z</dcterms:modified>
  <cp:category/>
</cp:coreProperties>
</file>