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82E9" w14:textId="77777777" w:rsidR="009E63FF" w:rsidRDefault="00000000" w:rsidP="00674E09">
      <w:pPr>
        <w:spacing w:after="240"/>
        <w:jc w:val="center"/>
      </w:pPr>
      <w:r>
        <w:rPr>
          <w:b/>
          <w:sz w:val="28"/>
        </w:rPr>
        <w:t>СПРАВКА ЗА ИЗРАЗХОДЕНА ЕЛЕКТРОЕНЕРГИЯ</w:t>
      </w:r>
    </w:p>
    <w:p w14:paraId="25C7D786" w14:textId="77777777" w:rsidR="009E63FF" w:rsidRDefault="00000000" w:rsidP="00674E09">
      <w:pPr>
        <w:spacing w:after="280"/>
        <w:jc w:val="center"/>
      </w:pPr>
      <w:r>
        <w:rPr>
          <w:b/>
        </w:rPr>
        <w:t xml:space="preserve">Адрес: </w:t>
      </w:r>
      <w:r>
        <w:t>______________________________________________________________________________</w:t>
      </w:r>
    </w:p>
    <w:tbl>
      <w:tblPr>
        <w:tblStyle w:val="TableGrid"/>
        <w:tblW w:w="10831" w:type="dxa"/>
        <w:jc w:val="center"/>
        <w:tblLayout w:type="fixed"/>
        <w:tblLook w:val="04A0" w:firstRow="1" w:lastRow="0" w:firstColumn="1" w:lastColumn="0" w:noHBand="0" w:noVBand="1"/>
      </w:tblPr>
      <w:tblGrid>
        <w:gridCol w:w="4518"/>
        <w:gridCol w:w="540"/>
        <w:gridCol w:w="540"/>
        <w:gridCol w:w="540"/>
        <w:gridCol w:w="3060"/>
        <w:gridCol w:w="1633"/>
      </w:tblGrid>
      <w:tr w:rsidR="00674E09" w14:paraId="093F0038" w14:textId="77777777" w:rsidTr="00674E09">
        <w:trPr>
          <w:trHeight w:val="425"/>
          <w:tblHeader/>
          <w:jc w:val="center"/>
        </w:trPr>
        <w:tc>
          <w:tcPr>
            <w:tcW w:w="4518" w:type="dxa"/>
            <w:shd w:val="clear" w:color="auto" w:fill="D9D9D9"/>
          </w:tcPr>
          <w:p w14:paraId="7EA3EFF7" w14:textId="1338B4A5" w:rsidR="00674E09" w:rsidRPr="00674E09" w:rsidRDefault="00674E09" w:rsidP="00674E09">
            <w:pPr>
              <w:jc w:val="center"/>
              <w:rPr>
                <w:b/>
                <w:bCs/>
                <w:lang w:val="bg-BG"/>
              </w:rPr>
            </w:pPr>
            <w:r w:rsidRPr="00674E09">
              <w:rPr>
                <w:b/>
                <w:bCs/>
                <w:lang w:val="bg-BG"/>
              </w:rPr>
              <w:t>Адрес</w:t>
            </w:r>
          </w:p>
        </w:tc>
        <w:tc>
          <w:tcPr>
            <w:tcW w:w="540" w:type="dxa"/>
            <w:shd w:val="clear" w:color="auto" w:fill="D9D9D9"/>
          </w:tcPr>
          <w:p w14:paraId="35E3058E" w14:textId="402DE2C6" w:rsidR="00674E09" w:rsidRDefault="00674E09" w:rsidP="00674E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Вх.</w:t>
            </w:r>
          </w:p>
        </w:tc>
        <w:tc>
          <w:tcPr>
            <w:tcW w:w="540" w:type="dxa"/>
            <w:shd w:val="clear" w:color="auto" w:fill="D9D9D9"/>
          </w:tcPr>
          <w:p w14:paraId="57D234EB" w14:textId="66145A8F" w:rsidR="00674E09" w:rsidRPr="00674E09" w:rsidRDefault="00674E09" w:rsidP="00674E09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Ет.</w:t>
            </w:r>
          </w:p>
        </w:tc>
        <w:tc>
          <w:tcPr>
            <w:tcW w:w="540" w:type="dxa"/>
            <w:shd w:val="clear" w:color="auto" w:fill="D9D9D9"/>
          </w:tcPr>
          <w:p w14:paraId="38796EB9" w14:textId="17ACB616" w:rsidR="00674E09" w:rsidRPr="00674E09" w:rsidRDefault="00674E09" w:rsidP="00674E09">
            <w:pPr>
              <w:jc w:val="center"/>
              <w:rPr>
                <w:lang w:val="bg-BG"/>
              </w:rPr>
            </w:pPr>
            <w:proofErr w:type="spellStart"/>
            <w:r>
              <w:rPr>
                <w:b/>
              </w:rPr>
              <w:t>Ап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060" w:type="dxa"/>
            <w:shd w:val="clear" w:color="auto" w:fill="D9D9D9"/>
          </w:tcPr>
          <w:p w14:paraId="2F172AA9" w14:textId="50809F08" w:rsidR="00674E09" w:rsidRPr="00674E09" w:rsidRDefault="00674E09" w:rsidP="00674E09">
            <w:pPr>
              <w:jc w:val="center"/>
              <w:rPr>
                <w:lang w:val="bg-BG"/>
              </w:rPr>
            </w:pPr>
            <w:r>
              <w:rPr>
                <w:b/>
                <w:lang w:val="bg-BG"/>
              </w:rPr>
              <w:t>Име</w:t>
            </w:r>
          </w:p>
        </w:tc>
        <w:tc>
          <w:tcPr>
            <w:tcW w:w="1633" w:type="dxa"/>
            <w:shd w:val="clear" w:color="auto" w:fill="D9D9D9"/>
          </w:tcPr>
          <w:p w14:paraId="26CC5E00" w14:textId="77777777" w:rsidR="00674E09" w:rsidRDefault="00674E09" w:rsidP="00674E09">
            <w:pPr>
              <w:jc w:val="center"/>
            </w:pPr>
            <w:r>
              <w:rPr>
                <w:b/>
              </w:rPr>
              <w:t>ИТН</w:t>
            </w:r>
          </w:p>
        </w:tc>
      </w:tr>
      <w:tr w:rsidR="00674E09" w14:paraId="15B20195" w14:textId="77777777" w:rsidTr="00674E09">
        <w:trPr>
          <w:trHeight w:val="425"/>
          <w:jc w:val="center"/>
        </w:trPr>
        <w:tc>
          <w:tcPr>
            <w:tcW w:w="4518" w:type="dxa"/>
          </w:tcPr>
          <w:p w14:paraId="50F80C21" w14:textId="1B8998B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859BF5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22EBFE0" w14:textId="6158D7C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7C61F2" w14:textId="5811274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EFAC3D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536E312" w14:textId="77777777" w:rsidR="00674E09" w:rsidRDefault="00674E09" w:rsidP="00674E09">
            <w:pPr>
              <w:jc w:val="center"/>
            </w:pPr>
          </w:p>
        </w:tc>
      </w:tr>
      <w:tr w:rsidR="00674E09" w14:paraId="50FC0C0D" w14:textId="77777777" w:rsidTr="00674E09">
        <w:trPr>
          <w:trHeight w:val="425"/>
          <w:jc w:val="center"/>
        </w:trPr>
        <w:tc>
          <w:tcPr>
            <w:tcW w:w="4518" w:type="dxa"/>
          </w:tcPr>
          <w:p w14:paraId="68F37503" w14:textId="08B4BA3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06978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260F82A" w14:textId="160D1C6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E3685F" w14:textId="251C040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B168FA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B90E709" w14:textId="77777777" w:rsidR="00674E09" w:rsidRDefault="00674E09" w:rsidP="00674E09">
            <w:pPr>
              <w:jc w:val="center"/>
            </w:pPr>
          </w:p>
        </w:tc>
      </w:tr>
      <w:tr w:rsidR="00674E09" w14:paraId="67A36879" w14:textId="77777777" w:rsidTr="00674E09">
        <w:trPr>
          <w:trHeight w:val="425"/>
          <w:jc w:val="center"/>
        </w:trPr>
        <w:tc>
          <w:tcPr>
            <w:tcW w:w="4518" w:type="dxa"/>
          </w:tcPr>
          <w:p w14:paraId="70672902" w14:textId="18579A2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9D653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00594F" w14:textId="67F0955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7D42E7A" w14:textId="3ED2DCA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8DC314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25B67A1" w14:textId="77777777" w:rsidR="00674E09" w:rsidRDefault="00674E09" w:rsidP="00674E09">
            <w:pPr>
              <w:jc w:val="center"/>
            </w:pPr>
          </w:p>
        </w:tc>
      </w:tr>
      <w:tr w:rsidR="00674E09" w14:paraId="655BE623" w14:textId="77777777" w:rsidTr="00674E09">
        <w:trPr>
          <w:trHeight w:val="425"/>
          <w:jc w:val="center"/>
        </w:trPr>
        <w:tc>
          <w:tcPr>
            <w:tcW w:w="4518" w:type="dxa"/>
          </w:tcPr>
          <w:p w14:paraId="02EBD3C3" w14:textId="73C0C3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2BF3AB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25F435C" w14:textId="18410DE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30AEC5" w14:textId="3A67CC4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248FEC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56240C7" w14:textId="77777777" w:rsidR="00674E09" w:rsidRDefault="00674E09" w:rsidP="00674E09">
            <w:pPr>
              <w:jc w:val="center"/>
            </w:pPr>
          </w:p>
        </w:tc>
      </w:tr>
      <w:tr w:rsidR="00674E09" w14:paraId="28E7E640" w14:textId="77777777" w:rsidTr="00674E09">
        <w:trPr>
          <w:trHeight w:val="425"/>
          <w:jc w:val="center"/>
        </w:trPr>
        <w:tc>
          <w:tcPr>
            <w:tcW w:w="4518" w:type="dxa"/>
          </w:tcPr>
          <w:p w14:paraId="1198C760" w14:textId="4528153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4412A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F6ABC64" w14:textId="4D3CA2F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C859C9" w14:textId="3B14C94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011547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3E2A530" w14:textId="77777777" w:rsidR="00674E09" w:rsidRDefault="00674E09" w:rsidP="00674E09">
            <w:pPr>
              <w:jc w:val="center"/>
            </w:pPr>
          </w:p>
        </w:tc>
      </w:tr>
      <w:tr w:rsidR="00674E09" w14:paraId="7335D03D" w14:textId="77777777" w:rsidTr="00674E09">
        <w:trPr>
          <w:trHeight w:val="425"/>
          <w:jc w:val="center"/>
        </w:trPr>
        <w:tc>
          <w:tcPr>
            <w:tcW w:w="4518" w:type="dxa"/>
          </w:tcPr>
          <w:p w14:paraId="6378E77C" w14:textId="2DC29D8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D90F2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FF1454" w14:textId="108C6A5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E106B77" w14:textId="277ADB4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8AD855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3E27F2E" w14:textId="77777777" w:rsidR="00674E09" w:rsidRDefault="00674E09" w:rsidP="00674E09">
            <w:pPr>
              <w:jc w:val="center"/>
            </w:pPr>
          </w:p>
        </w:tc>
      </w:tr>
      <w:tr w:rsidR="00674E09" w14:paraId="5003AB3F" w14:textId="77777777" w:rsidTr="00674E09">
        <w:trPr>
          <w:trHeight w:val="425"/>
          <w:jc w:val="center"/>
        </w:trPr>
        <w:tc>
          <w:tcPr>
            <w:tcW w:w="4518" w:type="dxa"/>
          </w:tcPr>
          <w:p w14:paraId="7282ADC4" w14:textId="1E22D10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AE3FC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2A3A5FB" w14:textId="232753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F0A0D4" w14:textId="2F3AD98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7CE4C7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0582157" w14:textId="77777777" w:rsidR="00674E09" w:rsidRDefault="00674E09" w:rsidP="00674E09">
            <w:pPr>
              <w:jc w:val="center"/>
            </w:pPr>
          </w:p>
        </w:tc>
      </w:tr>
      <w:tr w:rsidR="00674E09" w14:paraId="76E10DE6" w14:textId="77777777" w:rsidTr="00674E09">
        <w:trPr>
          <w:trHeight w:val="425"/>
          <w:jc w:val="center"/>
        </w:trPr>
        <w:tc>
          <w:tcPr>
            <w:tcW w:w="4518" w:type="dxa"/>
          </w:tcPr>
          <w:p w14:paraId="37CD62E9" w14:textId="38BA238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67EB7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4F946C7" w14:textId="55D2C1F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814033D" w14:textId="7FB80CB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011250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CC684CA" w14:textId="77777777" w:rsidR="00674E09" w:rsidRDefault="00674E09" w:rsidP="00674E09">
            <w:pPr>
              <w:jc w:val="center"/>
            </w:pPr>
          </w:p>
        </w:tc>
      </w:tr>
      <w:tr w:rsidR="00674E09" w14:paraId="2E865E9F" w14:textId="77777777" w:rsidTr="00674E09">
        <w:trPr>
          <w:trHeight w:val="425"/>
          <w:jc w:val="center"/>
        </w:trPr>
        <w:tc>
          <w:tcPr>
            <w:tcW w:w="4518" w:type="dxa"/>
          </w:tcPr>
          <w:p w14:paraId="32DF2C90" w14:textId="57F2DDE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D4859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ECD1F0E" w14:textId="5ABFDED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50100D5" w14:textId="52CCF8A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96AC53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1B9DED" w14:textId="77777777" w:rsidR="00674E09" w:rsidRDefault="00674E09" w:rsidP="00674E09">
            <w:pPr>
              <w:jc w:val="center"/>
            </w:pPr>
          </w:p>
        </w:tc>
      </w:tr>
      <w:tr w:rsidR="00674E09" w14:paraId="02B7525D" w14:textId="77777777" w:rsidTr="00674E09">
        <w:trPr>
          <w:trHeight w:val="425"/>
          <w:jc w:val="center"/>
        </w:trPr>
        <w:tc>
          <w:tcPr>
            <w:tcW w:w="4518" w:type="dxa"/>
          </w:tcPr>
          <w:p w14:paraId="73E8C536" w14:textId="1B3775D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C5EAD5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299803" w14:textId="2D15E77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EDFCC2" w14:textId="1C6B608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8F1F7E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5C1466C" w14:textId="77777777" w:rsidR="00674E09" w:rsidRDefault="00674E09" w:rsidP="00674E09">
            <w:pPr>
              <w:jc w:val="center"/>
            </w:pPr>
          </w:p>
        </w:tc>
      </w:tr>
      <w:tr w:rsidR="00674E09" w14:paraId="094611E0" w14:textId="77777777" w:rsidTr="00674E09">
        <w:trPr>
          <w:trHeight w:val="425"/>
          <w:jc w:val="center"/>
        </w:trPr>
        <w:tc>
          <w:tcPr>
            <w:tcW w:w="4518" w:type="dxa"/>
          </w:tcPr>
          <w:p w14:paraId="4DDF64F1" w14:textId="39B0257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0B814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532579" w14:textId="172D5B1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7761F42" w14:textId="5E63EB2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160FA9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7B67B3" w14:textId="77777777" w:rsidR="00674E09" w:rsidRDefault="00674E09" w:rsidP="00674E09">
            <w:pPr>
              <w:jc w:val="center"/>
            </w:pPr>
          </w:p>
        </w:tc>
      </w:tr>
      <w:tr w:rsidR="00674E09" w14:paraId="63B62D03" w14:textId="77777777" w:rsidTr="00674E09">
        <w:trPr>
          <w:trHeight w:val="425"/>
          <w:jc w:val="center"/>
        </w:trPr>
        <w:tc>
          <w:tcPr>
            <w:tcW w:w="4518" w:type="dxa"/>
          </w:tcPr>
          <w:p w14:paraId="60287BAA" w14:textId="359A7C8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D4F371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A112CA" w14:textId="4E6C56E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6F562E0" w14:textId="3A41CAAE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35212B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EA4CF6C" w14:textId="77777777" w:rsidR="00674E09" w:rsidRDefault="00674E09" w:rsidP="00674E09">
            <w:pPr>
              <w:jc w:val="center"/>
            </w:pPr>
          </w:p>
        </w:tc>
      </w:tr>
      <w:tr w:rsidR="00674E09" w14:paraId="50CEFE8D" w14:textId="77777777" w:rsidTr="00674E09">
        <w:trPr>
          <w:trHeight w:val="425"/>
          <w:jc w:val="center"/>
        </w:trPr>
        <w:tc>
          <w:tcPr>
            <w:tcW w:w="4518" w:type="dxa"/>
          </w:tcPr>
          <w:p w14:paraId="5EE9B091" w14:textId="02A844A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94D6B7A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95ADC8" w14:textId="530105E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180CB23" w14:textId="09094AEF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869473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9DDE60A" w14:textId="77777777" w:rsidR="00674E09" w:rsidRDefault="00674E09" w:rsidP="00674E09">
            <w:pPr>
              <w:jc w:val="center"/>
            </w:pPr>
          </w:p>
        </w:tc>
      </w:tr>
      <w:tr w:rsidR="00674E09" w14:paraId="4DCC7294" w14:textId="77777777" w:rsidTr="00674E09">
        <w:trPr>
          <w:trHeight w:val="425"/>
          <w:jc w:val="center"/>
        </w:trPr>
        <w:tc>
          <w:tcPr>
            <w:tcW w:w="4518" w:type="dxa"/>
          </w:tcPr>
          <w:p w14:paraId="300836DF" w14:textId="0C5D721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63CE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513129E" w14:textId="5A21165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33259A" w14:textId="448C5E8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9E0314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8D06556" w14:textId="77777777" w:rsidR="00674E09" w:rsidRDefault="00674E09" w:rsidP="00674E09">
            <w:pPr>
              <w:jc w:val="center"/>
            </w:pPr>
          </w:p>
        </w:tc>
      </w:tr>
      <w:tr w:rsidR="00674E09" w14:paraId="23B2F8D6" w14:textId="77777777" w:rsidTr="00674E09">
        <w:trPr>
          <w:trHeight w:val="425"/>
          <w:jc w:val="center"/>
        </w:trPr>
        <w:tc>
          <w:tcPr>
            <w:tcW w:w="4518" w:type="dxa"/>
          </w:tcPr>
          <w:p w14:paraId="3754658B" w14:textId="77EE862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E1F2C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B0C272" w14:textId="0A07CA2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1251D5" w14:textId="5812771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E5D962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7571AFC" w14:textId="77777777" w:rsidR="00674E09" w:rsidRDefault="00674E09" w:rsidP="00674E09">
            <w:pPr>
              <w:jc w:val="center"/>
            </w:pPr>
          </w:p>
        </w:tc>
      </w:tr>
      <w:tr w:rsidR="00674E09" w14:paraId="617B3CD1" w14:textId="77777777" w:rsidTr="00674E09">
        <w:trPr>
          <w:trHeight w:val="425"/>
          <w:jc w:val="center"/>
        </w:trPr>
        <w:tc>
          <w:tcPr>
            <w:tcW w:w="4518" w:type="dxa"/>
          </w:tcPr>
          <w:p w14:paraId="2400E191" w14:textId="149DF7B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6AE1A7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5872A67" w14:textId="622BD5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EA6750" w14:textId="576FB3B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E90938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777974" w14:textId="77777777" w:rsidR="00674E09" w:rsidRDefault="00674E09" w:rsidP="00674E09">
            <w:pPr>
              <w:jc w:val="center"/>
            </w:pPr>
          </w:p>
        </w:tc>
      </w:tr>
      <w:tr w:rsidR="00674E09" w14:paraId="4FB8C3F6" w14:textId="77777777" w:rsidTr="00674E09">
        <w:trPr>
          <w:trHeight w:val="425"/>
          <w:jc w:val="center"/>
        </w:trPr>
        <w:tc>
          <w:tcPr>
            <w:tcW w:w="4518" w:type="dxa"/>
          </w:tcPr>
          <w:p w14:paraId="4FD90A7F" w14:textId="0B357CA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D51603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AA37F32" w14:textId="203AE0F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FC3CD6B" w14:textId="734DCE0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61A326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0D8520" w14:textId="77777777" w:rsidR="00674E09" w:rsidRDefault="00674E09" w:rsidP="00674E09">
            <w:pPr>
              <w:jc w:val="center"/>
            </w:pPr>
          </w:p>
        </w:tc>
      </w:tr>
      <w:tr w:rsidR="00674E09" w14:paraId="0D83C847" w14:textId="77777777" w:rsidTr="00674E09">
        <w:trPr>
          <w:trHeight w:val="425"/>
          <w:jc w:val="center"/>
        </w:trPr>
        <w:tc>
          <w:tcPr>
            <w:tcW w:w="4518" w:type="dxa"/>
          </w:tcPr>
          <w:p w14:paraId="7E429C11" w14:textId="1DFBE39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6A483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888712F" w14:textId="42BA1FF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6997E22" w14:textId="0AE5503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E80DB5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06B4004" w14:textId="77777777" w:rsidR="00674E09" w:rsidRDefault="00674E09" w:rsidP="00674E09">
            <w:pPr>
              <w:jc w:val="center"/>
            </w:pPr>
          </w:p>
        </w:tc>
      </w:tr>
      <w:tr w:rsidR="00674E09" w14:paraId="2FC7333E" w14:textId="77777777" w:rsidTr="00674E09">
        <w:trPr>
          <w:trHeight w:val="425"/>
          <w:jc w:val="center"/>
        </w:trPr>
        <w:tc>
          <w:tcPr>
            <w:tcW w:w="4518" w:type="dxa"/>
          </w:tcPr>
          <w:p w14:paraId="13A6F1B6" w14:textId="6356F84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B51E1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1E3CC3" w14:textId="7D62146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6946C18" w14:textId="1A42081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641B0CD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CC86B3E" w14:textId="77777777" w:rsidR="00674E09" w:rsidRDefault="00674E09" w:rsidP="00674E09">
            <w:pPr>
              <w:jc w:val="center"/>
            </w:pPr>
          </w:p>
        </w:tc>
      </w:tr>
      <w:tr w:rsidR="00674E09" w14:paraId="69CB0E0E" w14:textId="77777777" w:rsidTr="00674E09">
        <w:trPr>
          <w:trHeight w:val="425"/>
          <w:jc w:val="center"/>
        </w:trPr>
        <w:tc>
          <w:tcPr>
            <w:tcW w:w="4518" w:type="dxa"/>
          </w:tcPr>
          <w:p w14:paraId="0805A5F9" w14:textId="1A7FFFF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1BD39D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C7BCC10" w14:textId="5D4F2EA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321578F" w14:textId="723D659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960F9C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85AADD2" w14:textId="77777777" w:rsidR="00674E09" w:rsidRDefault="00674E09" w:rsidP="00674E09">
            <w:pPr>
              <w:jc w:val="center"/>
            </w:pPr>
          </w:p>
        </w:tc>
      </w:tr>
      <w:tr w:rsidR="00674E09" w14:paraId="788FB6DA" w14:textId="77777777" w:rsidTr="00674E09">
        <w:trPr>
          <w:trHeight w:val="425"/>
          <w:jc w:val="center"/>
        </w:trPr>
        <w:tc>
          <w:tcPr>
            <w:tcW w:w="4518" w:type="dxa"/>
          </w:tcPr>
          <w:p w14:paraId="2DE714D7" w14:textId="3B8B220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8E0831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969ECD" w14:textId="13600AE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C03A95A" w14:textId="386E7E9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9604C9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E666078" w14:textId="77777777" w:rsidR="00674E09" w:rsidRDefault="00674E09" w:rsidP="00674E09">
            <w:pPr>
              <w:jc w:val="center"/>
            </w:pPr>
          </w:p>
        </w:tc>
      </w:tr>
      <w:tr w:rsidR="00674E09" w14:paraId="66F9B844" w14:textId="77777777" w:rsidTr="00674E09">
        <w:trPr>
          <w:trHeight w:val="425"/>
          <w:jc w:val="center"/>
        </w:trPr>
        <w:tc>
          <w:tcPr>
            <w:tcW w:w="4518" w:type="dxa"/>
          </w:tcPr>
          <w:p w14:paraId="3C66D28A" w14:textId="63A495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B9D16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AB2B3F" w14:textId="71DD31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29A7CB" w14:textId="01FC0828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3E4527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193D7D39" w14:textId="77777777" w:rsidR="00674E09" w:rsidRDefault="00674E09" w:rsidP="00674E09">
            <w:pPr>
              <w:jc w:val="center"/>
            </w:pPr>
          </w:p>
        </w:tc>
      </w:tr>
      <w:tr w:rsidR="00674E09" w14:paraId="1547D630" w14:textId="77777777" w:rsidTr="00674E09">
        <w:trPr>
          <w:trHeight w:val="425"/>
          <w:jc w:val="center"/>
        </w:trPr>
        <w:tc>
          <w:tcPr>
            <w:tcW w:w="4518" w:type="dxa"/>
          </w:tcPr>
          <w:p w14:paraId="151EEA43" w14:textId="3C18477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EB9B9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BEEB270" w14:textId="6CA278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8B07E49" w14:textId="3CD1A61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35EA5B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1098532" w14:textId="77777777" w:rsidR="00674E09" w:rsidRDefault="00674E09" w:rsidP="00674E09">
            <w:pPr>
              <w:jc w:val="center"/>
            </w:pPr>
          </w:p>
        </w:tc>
      </w:tr>
      <w:tr w:rsidR="00674E09" w14:paraId="432C4209" w14:textId="77777777" w:rsidTr="00674E09">
        <w:trPr>
          <w:trHeight w:val="425"/>
          <w:jc w:val="center"/>
        </w:trPr>
        <w:tc>
          <w:tcPr>
            <w:tcW w:w="4518" w:type="dxa"/>
          </w:tcPr>
          <w:p w14:paraId="7FF0AF33" w14:textId="0A7B6E9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32186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5AD008" w14:textId="7CBDE61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3137D5F" w14:textId="51DCDB9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5BD0ED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EE5B2B" w14:textId="77777777" w:rsidR="00674E09" w:rsidRDefault="00674E09" w:rsidP="00674E09">
            <w:pPr>
              <w:jc w:val="center"/>
            </w:pPr>
          </w:p>
        </w:tc>
      </w:tr>
      <w:tr w:rsidR="00674E09" w14:paraId="5FD528BF" w14:textId="77777777" w:rsidTr="00674E09">
        <w:trPr>
          <w:trHeight w:val="425"/>
          <w:jc w:val="center"/>
        </w:trPr>
        <w:tc>
          <w:tcPr>
            <w:tcW w:w="4518" w:type="dxa"/>
          </w:tcPr>
          <w:p w14:paraId="13EE1CB4" w14:textId="3C4D503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0C13D8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DDF498" w14:textId="48DF7CB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6813743" w14:textId="20E0A1D9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0CB0DCE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8DD60BD" w14:textId="77777777" w:rsidR="00674E09" w:rsidRDefault="00674E09" w:rsidP="00674E09">
            <w:pPr>
              <w:jc w:val="center"/>
            </w:pPr>
          </w:p>
        </w:tc>
      </w:tr>
      <w:tr w:rsidR="00674E09" w14:paraId="285F0F3C" w14:textId="77777777" w:rsidTr="00674E09">
        <w:trPr>
          <w:trHeight w:val="425"/>
          <w:jc w:val="center"/>
        </w:trPr>
        <w:tc>
          <w:tcPr>
            <w:tcW w:w="4518" w:type="dxa"/>
          </w:tcPr>
          <w:p w14:paraId="0F890B6B" w14:textId="7D0B603D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82E200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687E81" w14:textId="5061EF8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F381CD1" w14:textId="64ADB69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FFC968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28282D50" w14:textId="77777777" w:rsidR="00674E09" w:rsidRDefault="00674E09" w:rsidP="00674E09">
            <w:pPr>
              <w:jc w:val="center"/>
            </w:pPr>
          </w:p>
        </w:tc>
      </w:tr>
      <w:tr w:rsidR="00674E09" w14:paraId="0C80FEA8" w14:textId="77777777" w:rsidTr="00674E09">
        <w:trPr>
          <w:trHeight w:val="425"/>
          <w:jc w:val="center"/>
        </w:trPr>
        <w:tc>
          <w:tcPr>
            <w:tcW w:w="4518" w:type="dxa"/>
          </w:tcPr>
          <w:p w14:paraId="61D83AF9" w14:textId="3877F39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7E74CEC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FFD2EC0" w14:textId="7C9053A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BEB004" w14:textId="7742472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EE20AB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0C18E68" w14:textId="77777777" w:rsidR="00674E09" w:rsidRDefault="00674E09" w:rsidP="00674E09">
            <w:pPr>
              <w:jc w:val="center"/>
            </w:pPr>
          </w:p>
        </w:tc>
      </w:tr>
      <w:tr w:rsidR="00674E09" w14:paraId="14DA9EE8" w14:textId="77777777" w:rsidTr="00674E09">
        <w:trPr>
          <w:trHeight w:val="425"/>
          <w:jc w:val="center"/>
        </w:trPr>
        <w:tc>
          <w:tcPr>
            <w:tcW w:w="4518" w:type="dxa"/>
          </w:tcPr>
          <w:p w14:paraId="4BB62276" w14:textId="6CC8528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8D96D7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D9EE171" w14:textId="0F7EC66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84281E" w14:textId="44B1430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46A6CD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1DEA131" w14:textId="77777777" w:rsidR="00674E09" w:rsidRDefault="00674E09" w:rsidP="00674E09">
            <w:pPr>
              <w:jc w:val="center"/>
            </w:pPr>
          </w:p>
        </w:tc>
      </w:tr>
      <w:tr w:rsidR="00674E09" w14:paraId="37A5307B" w14:textId="77777777" w:rsidTr="00674E09">
        <w:trPr>
          <w:trHeight w:val="425"/>
          <w:jc w:val="center"/>
        </w:trPr>
        <w:tc>
          <w:tcPr>
            <w:tcW w:w="4518" w:type="dxa"/>
          </w:tcPr>
          <w:p w14:paraId="220EF669" w14:textId="5C11DB4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A411C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81A791" w14:textId="0BE0658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4C0709F" w14:textId="5F65D1B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374FA3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9B0331A" w14:textId="77777777" w:rsidR="00674E09" w:rsidRDefault="00674E09" w:rsidP="00674E09">
            <w:pPr>
              <w:jc w:val="center"/>
            </w:pPr>
          </w:p>
        </w:tc>
      </w:tr>
      <w:tr w:rsidR="00674E09" w14:paraId="435B94D0" w14:textId="77777777" w:rsidTr="00674E09">
        <w:trPr>
          <w:trHeight w:val="425"/>
          <w:jc w:val="center"/>
        </w:trPr>
        <w:tc>
          <w:tcPr>
            <w:tcW w:w="4518" w:type="dxa"/>
          </w:tcPr>
          <w:p w14:paraId="5741B5D3" w14:textId="3415360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3C1C89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9044E03" w14:textId="434B1DC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2498407" w14:textId="602C2A3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5BC780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A553EEB" w14:textId="77777777" w:rsidR="00674E09" w:rsidRDefault="00674E09" w:rsidP="00674E09">
            <w:pPr>
              <w:jc w:val="center"/>
            </w:pPr>
          </w:p>
        </w:tc>
      </w:tr>
      <w:tr w:rsidR="00674E09" w14:paraId="6C1E3D10" w14:textId="77777777" w:rsidTr="00674E09">
        <w:trPr>
          <w:trHeight w:val="425"/>
          <w:jc w:val="center"/>
        </w:trPr>
        <w:tc>
          <w:tcPr>
            <w:tcW w:w="4518" w:type="dxa"/>
          </w:tcPr>
          <w:p w14:paraId="2B68C86E" w14:textId="2CC6E6E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C5B02F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670018" w14:textId="2C38066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80FBDD" w14:textId="195C185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7511592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5968FFA" w14:textId="77777777" w:rsidR="00674E09" w:rsidRDefault="00674E09" w:rsidP="00674E09">
            <w:pPr>
              <w:jc w:val="center"/>
            </w:pPr>
          </w:p>
        </w:tc>
      </w:tr>
      <w:tr w:rsidR="00674E09" w14:paraId="386614D8" w14:textId="77777777" w:rsidTr="00674E09">
        <w:trPr>
          <w:trHeight w:val="425"/>
          <w:jc w:val="center"/>
        </w:trPr>
        <w:tc>
          <w:tcPr>
            <w:tcW w:w="4518" w:type="dxa"/>
          </w:tcPr>
          <w:p w14:paraId="5F198772" w14:textId="65956B3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1F57D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BA53AA2" w14:textId="4A8EDF75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B4AC437" w14:textId="7D1E4FF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5B5C3C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9255621" w14:textId="77777777" w:rsidR="00674E09" w:rsidRDefault="00674E09" w:rsidP="00674E09">
            <w:pPr>
              <w:jc w:val="center"/>
            </w:pPr>
          </w:p>
        </w:tc>
      </w:tr>
      <w:tr w:rsidR="00674E09" w14:paraId="17DB2985" w14:textId="77777777" w:rsidTr="00674E09">
        <w:trPr>
          <w:trHeight w:val="425"/>
          <w:jc w:val="center"/>
        </w:trPr>
        <w:tc>
          <w:tcPr>
            <w:tcW w:w="4518" w:type="dxa"/>
          </w:tcPr>
          <w:p w14:paraId="3F3A68AD" w14:textId="303EC60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D72A2A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4F873B2" w14:textId="5B7A49E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C447AC" w14:textId="0EEF9852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6671A8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C724C06" w14:textId="77777777" w:rsidR="00674E09" w:rsidRDefault="00674E09" w:rsidP="00674E09">
            <w:pPr>
              <w:jc w:val="center"/>
            </w:pPr>
          </w:p>
        </w:tc>
      </w:tr>
      <w:tr w:rsidR="00674E09" w14:paraId="3E336A6F" w14:textId="77777777" w:rsidTr="00674E09">
        <w:trPr>
          <w:trHeight w:val="425"/>
          <w:jc w:val="center"/>
        </w:trPr>
        <w:tc>
          <w:tcPr>
            <w:tcW w:w="4518" w:type="dxa"/>
          </w:tcPr>
          <w:p w14:paraId="4DD494A7" w14:textId="73405C26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FA5052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61FCDA2" w14:textId="31D691D2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0029E8BC" w14:textId="18B33B9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128DC70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4196B3A" w14:textId="77777777" w:rsidR="00674E09" w:rsidRDefault="00674E09" w:rsidP="00674E09">
            <w:pPr>
              <w:jc w:val="center"/>
            </w:pPr>
          </w:p>
        </w:tc>
      </w:tr>
      <w:tr w:rsidR="00674E09" w14:paraId="54E5F20E" w14:textId="77777777" w:rsidTr="00674E09">
        <w:trPr>
          <w:trHeight w:val="425"/>
          <w:jc w:val="center"/>
        </w:trPr>
        <w:tc>
          <w:tcPr>
            <w:tcW w:w="4518" w:type="dxa"/>
          </w:tcPr>
          <w:p w14:paraId="55870069" w14:textId="071C1AF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5C520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4F76104" w14:textId="48C25C5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1A8FB7C" w14:textId="2F00B883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60D8693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FF06881" w14:textId="77777777" w:rsidR="00674E09" w:rsidRDefault="00674E09" w:rsidP="00674E09">
            <w:pPr>
              <w:jc w:val="center"/>
            </w:pPr>
          </w:p>
        </w:tc>
      </w:tr>
      <w:tr w:rsidR="00674E09" w14:paraId="31015572" w14:textId="77777777" w:rsidTr="00674E09">
        <w:trPr>
          <w:trHeight w:val="425"/>
          <w:jc w:val="center"/>
        </w:trPr>
        <w:tc>
          <w:tcPr>
            <w:tcW w:w="4518" w:type="dxa"/>
          </w:tcPr>
          <w:p w14:paraId="1483F115" w14:textId="5C4229D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922D2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993D480" w14:textId="67C40F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42EDC09" w14:textId="49B3521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148408C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E0FAC5" w14:textId="77777777" w:rsidR="00674E09" w:rsidRDefault="00674E09" w:rsidP="00674E09">
            <w:pPr>
              <w:jc w:val="center"/>
            </w:pPr>
          </w:p>
        </w:tc>
      </w:tr>
      <w:tr w:rsidR="00674E09" w14:paraId="2092C849" w14:textId="77777777" w:rsidTr="00674E09">
        <w:trPr>
          <w:trHeight w:val="425"/>
          <w:jc w:val="center"/>
        </w:trPr>
        <w:tc>
          <w:tcPr>
            <w:tcW w:w="4518" w:type="dxa"/>
          </w:tcPr>
          <w:p w14:paraId="1B37D640" w14:textId="714C60A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DBCED4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181309" w14:textId="6DDB4B11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9E2DE7" w14:textId="7F60B6F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4E7242A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2632518" w14:textId="77777777" w:rsidR="00674E09" w:rsidRDefault="00674E09" w:rsidP="00674E09">
            <w:pPr>
              <w:jc w:val="center"/>
            </w:pPr>
          </w:p>
        </w:tc>
      </w:tr>
      <w:tr w:rsidR="00674E09" w14:paraId="6D408272" w14:textId="77777777" w:rsidTr="00674E09">
        <w:trPr>
          <w:trHeight w:val="425"/>
          <w:jc w:val="center"/>
        </w:trPr>
        <w:tc>
          <w:tcPr>
            <w:tcW w:w="4518" w:type="dxa"/>
          </w:tcPr>
          <w:p w14:paraId="3A1A65B2" w14:textId="1A255D1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A96BFE0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C8B20E5" w14:textId="5B9A540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63519E9" w14:textId="3C57D236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D2E5B9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67C6522" w14:textId="77777777" w:rsidR="00674E09" w:rsidRDefault="00674E09" w:rsidP="00674E09">
            <w:pPr>
              <w:jc w:val="center"/>
            </w:pPr>
          </w:p>
        </w:tc>
      </w:tr>
      <w:tr w:rsidR="00674E09" w14:paraId="43151F75" w14:textId="77777777" w:rsidTr="00674E09">
        <w:trPr>
          <w:trHeight w:val="425"/>
          <w:jc w:val="center"/>
        </w:trPr>
        <w:tc>
          <w:tcPr>
            <w:tcW w:w="4518" w:type="dxa"/>
          </w:tcPr>
          <w:p w14:paraId="5ED938FD" w14:textId="2671BEA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6C6311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90D5EFE" w14:textId="144BCFB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EC2642F" w14:textId="1028292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40FAAD2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8190658" w14:textId="77777777" w:rsidR="00674E09" w:rsidRDefault="00674E09" w:rsidP="00674E09">
            <w:pPr>
              <w:jc w:val="center"/>
            </w:pPr>
          </w:p>
        </w:tc>
      </w:tr>
      <w:tr w:rsidR="00674E09" w14:paraId="20DBB30D" w14:textId="77777777" w:rsidTr="00674E09">
        <w:trPr>
          <w:trHeight w:val="425"/>
          <w:jc w:val="center"/>
        </w:trPr>
        <w:tc>
          <w:tcPr>
            <w:tcW w:w="4518" w:type="dxa"/>
          </w:tcPr>
          <w:p w14:paraId="1C649BE8" w14:textId="74AD0C4C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20E7EB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9207D9" w14:textId="482156D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7A5FED" w14:textId="6FC068BB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CEC38BF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4D49BCC5" w14:textId="77777777" w:rsidR="00674E09" w:rsidRDefault="00674E09" w:rsidP="00674E09">
            <w:pPr>
              <w:jc w:val="center"/>
            </w:pPr>
          </w:p>
        </w:tc>
      </w:tr>
      <w:tr w:rsidR="00674E09" w14:paraId="5C08ACBE" w14:textId="77777777" w:rsidTr="00674E09">
        <w:trPr>
          <w:trHeight w:val="425"/>
          <w:jc w:val="center"/>
        </w:trPr>
        <w:tc>
          <w:tcPr>
            <w:tcW w:w="4518" w:type="dxa"/>
          </w:tcPr>
          <w:p w14:paraId="2770B944" w14:textId="2DBDBFD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597C0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03DCD22" w14:textId="41209DF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A60AD84" w14:textId="437EAF6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F80C951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5AB7E63E" w14:textId="77777777" w:rsidR="00674E09" w:rsidRDefault="00674E09" w:rsidP="00674E09">
            <w:pPr>
              <w:jc w:val="center"/>
            </w:pPr>
          </w:p>
        </w:tc>
      </w:tr>
      <w:tr w:rsidR="00674E09" w14:paraId="16A5C71F" w14:textId="77777777" w:rsidTr="00674E09">
        <w:trPr>
          <w:trHeight w:val="425"/>
          <w:jc w:val="center"/>
        </w:trPr>
        <w:tc>
          <w:tcPr>
            <w:tcW w:w="4518" w:type="dxa"/>
          </w:tcPr>
          <w:p w14:paraId="53D7D528" w14:textId="6374604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0849362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33AF0BC" w14:textId="52F8DEB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5B7D8FE" w14:textId="6E1C5B7C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4FCE03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4323EF4" w14:textId="77777777" w:rsidR="00674E09" w:rsidRDefault="00674E09" w:rsidP="00674E09">
            <w:pPr>
              <w:jc w:val="center"/>
            </w:pPr>
          </w:p>
        </w:tc>
      </w:tr>
      <w:tr w:rsidR="00674E09" w14:paraId="31F6106A" w14:textId="77777777" w:rsidTr="00674E09">
        <w:trPr>
          <w:trHeight w:val="425"/>
          <w:jc w:val="center"/>
        </w:trPr>
        <w:tc>
          <w:tcPr>
            <w:tcW w:w="4518" w:type="dxa"/>
          </w:tcPr>
          <w:p w14:paraId="70D4B7BE" w14:textId="029F971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B5BA70B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A8AA2F2" w14:textId="6916D0F8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75010A8F" w14:textId="50EE860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81F162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BA19C4C" w14:textId="77777777" w:rsidR="00674E09" w:rsidRDefault="00674E09" w:rsidP="00674E09">
            <w:pPr>
              <w:jc w:val="center"/>
            </w:pPr>
          </w:p>
        </w:tc>
      </w:tr>
      <w:tr w:rsidR="00674E09" w14:paraId="2AF84730" w14:textId="77777777" w:rsidTr="00674E09">
        <w:trPr>
          <w:trHeight w:val="425"/>
          <w:jc w:val="center"/>
        </w:trPr>
        <w:tc>
          <w:tcPr>
            <w:tcW w:w="4518" w:type="dxa"/>
          </w:tcPr>
          <w:p w14:paraId="47E06F46" w14:textId="3F72E48E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F67A0A5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AE6D20C" w14:textId="7624088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7CE5FF0" w14:textId="6999910A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5D6EF62D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04E6F2AB" w14:textId="77777777" w:rsidR="00674E09" w:rsidRDefault="00674E09" w:rsidP="00674E09">
            <w:pPr>
              <w:jc w:val="center"/>
            </w:pPr>
          </w:p>
        </w:tc>
      </w:tr>
      <w:tr w:rsidR="00674E09" w14:paraId="5C88CBAC" w14:textId="77777777" w:rsidTr="00674E09">
        <w:trPr>
          <w:trHeight w:val="425"/>
          <w:jc w:val="center"/>
        </w:trPr>
        <w:tc>
          <w:tcPr>
            <w:tcW w:w="4518" w:type="dxa"/>
          </w:tcPr>
          <w:p w14:paraId="11CFD7B4" w14:textId="35B6E7B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633C4E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5DE03948" w14:textId="258ABAF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78E52A4" w14:textId="435E1130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469118B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3DD2D6D7" w14:textId="77777777" w:rsidR="00674E09" w:rsidRDefault="00674E09" w:rsidP="00674E09">
            <w:pPr>
              <w:jc w:val="center"/>
            </w:pPr>
          </w:p>
        </w:tc>
      </w:tr>
      <w:tr w:rsidR="00674E09" w14:paraId="2A714A61" w14:textId="77777777" w:rsidTr="00674E09">
        <w:trPr>
          <w:trHeight w:val="425"/>
          <w:jc w:val="center"/>
        </w:trPr>
        <w:tc>
          <w:tcPr>
            <w:tcW w:w="4518" w:type="dxa"/>
          </w:tcPr>
          <w:p w14:paraId="06FA6FF6" w14:textId="44E436F0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CD11F9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89E460" w14:textId="1B16126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30C8DFC" w14:textId="0AC62F2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7C67FC6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5207D3C" w14:textId="77777777" w:rsidR="00674E09" w:rsidRDefault="00674E09" w:rsidP="00674E09">
            <w:pPr>
              <w:jc w:val="center"/>
            </w:pPr>
          </w:p>
        </w:tc>
      </w:tr>
      <w:tr w:rsidR="00674E09" w14:paraId="696479BE" w14:textId="77777777" w:rsidTr="00674E09">
        <w:trPr>
          <w:trHeight w:val="425"/>
          <w:jc w:val="center"/>
        </w:trPr>
        <w:tc>
          <w:tcPr>
            <w:tcW w:w="4518" w:type="dxa"/>
          </w:tcPr>
          <w:p w14:paraId="573F2E13" w14:textId="021C7EC4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B145C2F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8569C1F" w14:textId="2E37506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D6CB25E" w14:textId="700B1D3D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3BFC9125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35906BD" w14:textId="77777777" w:rsidR="00674E09" w:rsidRDefault="00674E09" w:rsidP="00674E09">
            <w:pPr>
              <w:jc w:val="center"/>
            </w:pPr>
          </w:p>
        </w:tc>
      </w:tr>
      <w:tr w:rsidR="00674E09" w14:paraId="134CB97E" w14:textId="77777777" w:rsidTr="00674E09">
        <w:trPr>
          <w:trHeight w:val="425"/>
          <w:jc w:val="center"/>
        </w:trPr>
        <w:tc>
          <w:tcPr>
            <w:tcW w:w="4518" w:type="dxa"/>
          </w:tcPr>
          <w:p w14:paraId="4E9F5C3E" w14:textId="1A37D60F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4DAC7D6E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81C7105" w14:textId="7721259A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3B20519E" w14:textId="756DB0F5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42A5A4A7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7AA8211" w14:textId="77777777" w:rsidR="00674E09" w:rsidRDefault="00674E09" w:rsidP="00674E09">
            <w:pPr>
              <w:jc w:val="center"/>
            </w:pPr>
          </w:p>
        </w:tc>
      </w:tr>
      <w:tr w:rsidR="00674E09" w14:paraId="711290FB" w14:textId="77777777" w:rsidTr="00674E09">
        <w:trPr>
          <w:trHeight w:val="425"/>
          <w:jc w:val="center"/>
        </w:trPr>
        <w:tc>
          <w:tcPr>
            <w:tcW w:w="4518" w:type="dxa"/>
          </w:tcPr>
          <w:p w14:paraId="0174DF29" w14:textId="6B1BC169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79B8AF8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2CBCF8AD" w14:textId="6D54C1C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9B163EC" w14:textId="0C2A9454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085600A0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6662A2F5" w14:textId="77777777" w:rsidR="00674E09" w:rsidRDefault="00674E09" w:rsidP="00674E09">
            <w:pPr>
              <w:jc w:val="center"/>
            </w:pPr>
          </w:p>
        </w:tc>
      </w:tr>
      <w:tr w:rsidR="00674E09" w14:paraId="6D954071" w14:textId="77777777" w:rsidTr="00674E09">
        <w:trPr>
          <w:trHeight w:val="425"/>
          <w:jc w:val="center"/>
        </w:trPr>
        <w:tc>
          <w:tcPr>
            <w:tcW w:w="4518" w:type="dxa"/>
          </w:tcPr>
          <w:p w14:paraId="7050D050" w14:textId="22D7C053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0CE6576" w14:textId="77777777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624937F0" w14:textId="552F409B" w:rsidR="00674E09" w:rsidRDefault="00674E09" w:rsidP="00674E09">
            <w:pPr>
              <w:jc w:val="center"/>
            </w:pPr>
          </w:p>
        </w:tc>
        <w:tc>
          <w:tcPr>
            <w:tcW w:w="540" w:type="dxa"/>
          </w:tcPr>
          <w:p w14:paraId="1F8B38FA" w14:textId="58890E97" w:rsidR="00674E09" w:rsidRDefault="00674E09" w:rsidP="00674E09">
            <w:pPr>
              <w:jc w:val="center"/>
            </w:pPr>
          </w:p>
        </w:tc>
        <w:tc>
          <w:tcPr>
            <w:tcW w:w="3060" w:type="dxa"/>
          </w:tcPr>
          <w:p w14:paraId="2DC868F9" w14:textId="77777777" w:rsidR="00674E09" w:rsidRDefault="00674E09" w:rsidP="00674E09">
            <w:pPr>
              <w:jc w:val="center"/>
            </w:pPr>
          </w:p>
        </w:tc>
        <w:tc>
          <w:tcPr>
            <w:tcW w:w="1633" w:type="dxa"/>
          </w:tcPr>
          <w:p w14:paraId="7C6FF19E" w14:textId="77777777" w:rsidR="00674E09" w:rsidRDefault="00674E09" w:rsidP="00674E09">
            <w:pPr>
              <w:jc w:val="center"/>
            </w:pPr>
          </w:p>
        </w:tc>
      </w:tr>
    </w:tbl>
    <w:p w14:paraId="25928F75" w14:textId="77777777" w:rsidR="00A874D4" w:rsidRDefault="00A874D4" w:rsidP="00674E09">
      <w:pPr>
        <w:jc w:val="center"/>
      </w:pPr>
    </w:p>
    <w:sectPr w:rsidR="00A874D4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5437624">
    <w:abstractNumId w:val="8"/>
  </w:num>
  <w:num w:numId="2" w16cid:durableId="628055743">
    <w:abstractNumId w:val="6"/>
  </w:num>
  <w:num w:numId="3" w16cid:durableId="1914927102">
    <w:abstractNumId w:val="5"/>
  </w:num>
  <w:num w:numId="4" w16cid:durableId="607546723">
    <w:abstractNumId w:val="4"/>
  </w:num>
  <w:num w:numId="5" w16cid:durableId="1916935098">
    <w:abstractNumId w:val="7"/>
  </w:num>
  <w:num w:numId="6" w16cid:durableId="1624923440">
    <w:abstractNumId w:val="3"/>
  </w:num>
  <w:num w:numId="7" w16cid:durableId="807671554">
    <w:abstractNumId w:val="2"/>
  </w:num>
  <w:num w:numId="8" w16cid:durableId="1546453420">
    <w:abstractNumId w:val="1"/>
  </w:num>
  <w:num w:numId="9" w16cid:durableId="87196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8BA"/>
    <w:rsid w:val="0029639D"/>
    <w:rsid w:val="00326F90"/>
    <w:rsid w:val="00674E09"/>
    <w:rsid w:val="009E63FF"/>
    <w:rsid w:val="00A874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8D260"/>
  <w14:defaultImageDpi w14:val="300"/>
  <w15:docId w15:val="{5B10EAD1-756B-4902-87DF-C425AC02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dr.zhechev@gmail.com</cp:lastModifiedBy>
  <cp:revision>2</cp:revision>
  <dcterms:created xsi:type="dcterms:W3CDTF">2013-12-23T23:15:00Z</dcterms:created>
  <dcterms:modified xsi:type="dcterms:W3CDTF">2026-07-31T06:10:00Z</dcterms:modified>
  <cp:category/>
</cp:coreProperties>
</file>